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7" w:after="0"/>
      </w:pPr>
      <w:r>
        <w:rPr>
          <w:rFonts w:ascii="Times New Roman" w:hAnsi="Times New Roman" w:eastAsia="Times New Roman" w:cs="Times New Roman"/>
          <w:sz w:val="24"/>
        </w:rPr>
        <w:t>INDIANA POWER OF ATTORNEY for MINOR CHILD AGREEMENT</w:t>
      </w:r>
    </w:p>
    <w:p>
      <w:pPr>
        <w:spacing w:before="140" w:after="0"/>
        <w:jc w:val="both"/>
      </w:pPr>
      <w:r>
        <w:rPr>
          <w:rFonts w:ascii="Times New Roman" w:hAnsi="Times New Roman" w:eastAsia="Times New Roman" w:cs="Times New Roman"/>
          <w:sz w:val="24"/>
        </w:rPr>
        <w:t>We,</w:t>
        <w:tab/>
        <w:t>_, legal  guardians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141" w:after="0" w:line="364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a minor child, in accordance with the provisions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Indiana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29-3-9-1,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delegate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_______________________________________</w:t>
      </w:r>
      <w:r>
        <w:rPr>
          <w:rFonts w:ascii="Times New Roman" w:hAnsi="Times New Roman" w:eastAsia="Times New Roman" w:cs="Times New Roman"/>
          <w:sz w:val="24"/>
        </w:rPr>
        <w:t>[Name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representative],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jointly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severally,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Indiana,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(“Representative”)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 our minor child, with all necessary powers regarding his/her support, custody,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welfare.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Additionally,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Indiana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§16-36-1,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seq.,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particularly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§16-36-1-5,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6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7,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absolute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matters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affecting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arrange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things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connection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inpatient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outpatient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facility and to execute consents for medical treatment, procedures or surgery; and to execute releases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liability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waivers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releases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surgeon,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employees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thereof,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their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discretion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desirable,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acted.</w:t>
      </w:r>
    </w:p>
    <w:p>
      <w:pPr>
        <w:spacing w:before="6" w:after="0" w:line="364" w:lineRule="auto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delegate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Indiana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§16-36-1-6,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exercise the authority themselves. In the exercise of the authority granted to them by this appointment,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consistent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expressed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herein, and they shall act in good faith.</w:t>
      </w:r>
    </w:p>
    <w:p>
      <w:pPr>
        <w:spacing w:line="364" w:lineRule="auto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This appointment shall be effective for a period of</w:t>
        <w:tab/>
        <w:t xml:space="preserve">(      ) days [not to exceed 365]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notifying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writing.</w:t>
      </w:r>
    </w:p>
    <w:p>
      <w:pPr/>
    </w:p>
    <w:p>
      <w:pPr>
        <w:spacing w:before="156" w:after="0"/>
        <w:jc w:val="both"/>
      </w:pP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WHEREOF,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______day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  <w:tab/>
        <w:t xml:space="preserve">, 20   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>Notarized or Verified by:</w:t>
      </w:r>
    </w:p>
    <w:p>
      <w:pPr>
        <w:spacing w:before="2" w:after="0"/>
      </w:pPr>
    </w:p>
    <w:p>
      <w:pPr>
        <w:spacing w:line="20" w:lineRule="exact"/>
      </w:pPr>
    </w:p>
    <w:p>
      <w:pPr/>
    </w:p>
    <w:p>
      <w:pPr>
        <w:spacing w:before="3" w:after="0"/>
      </w:pPr>
    </w:p>
    <w:p>
      <w:pPr>
        <w:spacing w:line="20" w:lineRule="exact"/>
      </w:pPr>
    </w:p>
    <w:p>
      <w:pPr/>
    </w:p>
    <w:p>
      <w:pPr>
        <w:spacing w:before="3" w:after="0"/>
      </w:pPr>
    </w:p>
    <w:p>
      <w:pPr>
        <w:spacing w:line="20" w:lineRule="exact"/>
      </w:pPr>
    </w:p>
    <w:p>
      <w:pPr>
        <w:spacing w:before="9" w:after="0"/>
      </w:pPr>
    </w:p>
    <w:p>
      <w:pPr>
        <w:spacing w:before="66" w:after="0"/>
      </w:pPr>
      <w:r>
        <w:rPr>
          <w:rFonts w:ascii="Times New Roman" w:hAnsi="Times New Roman" w:eastAsia="Times New Roman" w:cs="Times New Roman"/>
          <w:sz w:val="24"/>
        </w:rPr>
        <w:t>Parent/Legal Guardian Contact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Information:</w:t>
      </w:r>
    </w:p>
    <w:p>
      <w:pPr/>
      <w:r>
        <w:rPr>
          <w:rFonts w:ascii="Times New Roman" w:hAnsi="Times New Roman" w:eastAsia="Times New Roman" w:cs="Times New Roman"/>
          <w:sz w:val="24"/>
        </w:rPr>
        <w:t>Names: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3" w:after="0"/>
      </w:pPr>
    </w:p>
    <w:p>
      <w:pPr>
        <w:spacing w:before="66" w:after="0"/>
      </w:pPr>
      <w:r>
        <w:rPr>
          <w:rFonts w:ascii="Times New Roman" w:hAnsi="Times New Roman" w:eastAsia="Times New Roman" w:cs="Times New Roman"/>
          <w:sz w:val="24"/>
        </w:rPr>
        <w:t>Mailing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" w:after="0"/>
      </w:pPr>
    </w:p>
    <w:p>
      <w:pPr>
        <w:spacing w:line="20" w:lineRule="exact"/>
      </w:pPr>
    </w:p>
    <w:p>
      <w:pPr>
        <w:spacing w:before="10" w:after="0"/>
      </w:pPr>
    </w:p>
    <w:p>
      <w:pPr>
        <w:spacing w:before="66" w:after="0"/>
      </w:pPr>
      <w:r>
        <w:rPr>
          <w:rFonts w:ascii="Times New Roman" w:hAnsi="Times New Roman" w:eastAsia="Times New Roman" w:cs="Times New Roman"/>
          <w:sz w:val="24"/>
        </w:rPr>
        <w:t>Emergency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Telephone:</w:t>
      </w:r>
    </w:p>
    <w:p>
      <w:pPr>
        <w:spacing w:line="20" w:lineRule="exact"/>
      </w:pPr>
    </w:p>
    <w:p>
      <w:pPr>
        <w:spacing w:before="1" w:after="0"/>
      </w:pPr>
    </w:p>
    <w:p>
      <w:pPr>
        <w:spacing w:before="64" w:after="0"/>
      </w:pPr>
      <w:r>
        <w:rPr>
          <w:rFonts w:ascii="Times New Roman" w:hAnsi="Times New Roman" w:eastAsia="Times New Roman" w:cs="Times New Roman"/>
          <w:sz w:val="24"/>
        </w:rPr>
        <w:t>Email:</w:t>
      </w:r>
    </w:p>
    <w:p>
      <w:pPr>
        <w:spacing w:line="20" w:lineRule="exact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