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diana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Indian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