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INDIANA SELF-PROVING AFFIDAVIT</w:t>
      </w:r>
    </w:p>
    <w:p>
      <w:pPr/>
    </w:p>
    <w:p>
      <w:pPr/>
    </w:p>
    <w:p>
      <w:pPr>
        <w:spacing w:before="280" w:after="280"/>
      </w:pPr>
      <w:r>
        <w:rPr>
          <w:rFonts w:ascii="Times New Roman" w:hAnsi="Times New Roman" w:eastAsia="Times New Roman" w:cs="Times New Roman"/>
          <w:sz w:val="24"/>
        </w:rPr>
        <w:t xml:space="preserve">We, </w:t>
      </w:r>
      <w:r>
        <w:rPr>
          <w:rFonts w:ascii="Times New Roman" w:hAnsi="Times New Roman" w:eastAsia="Times New Roman" w:cs="Times New Roman"/>
          <w:sz w:val="24"/>
        </w:rPr>
        <w:t>[TESTATOR NAME]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  <w:r>
        <w:rPr>
          <w:rFonts w:ascii="Times New Roman" w:hAnsi="Times New Roman" w:eastAsia="Times New Roman" w:cs="Times New Roman"/>
          <w:sz w:val="24"/>
        </w:rPr>
        <w:t>[WITNESS 1 NAME]</w:t>
      </w:r>
      <w:r>
        <w:rPr>
          <w:rFonts w:ascii="Times New Roman" w:hAnsi="Times New Roman" w:eastAsia="Times New Roman" w:cs="Times New Roman"/>
          <w:sz w:val="24"/>
        </w:rPr>
        <w:t xml:space="preserve"> and </w:t>
      </w:r>
      <w:r>
        <w:rPr>
          <w:rFonts w:ascii="Times New Roman" w:hAnsi="Times New Roman" w:eastAsia="Times New Roman" w:cs="Times New Roman"/>
          <w:sz w:val="24"/>
        </w:rPr>
        <w:t>[WITNESS 2 NAME]</w:t>
      </w:r>
      <w:r>
        <w:rPr>
          <w:rFonts w:ascii="Times New Roman" w:hAnsi="Times New Roman" w:eastAsia="Times New Roman" w:cs="Times New Roman"/>
          <w:sz w:val="24"/>
        </w:rPr>
        <w:t>, the undersigned testator and the undersigned witnesses, respectively, whose names are signed to the attached or foregoing instrument declare: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  <w:sz w:val="24"/>
        </w:rPr>
        <w:t>(1) that the testator executed the instrument as the testator's will;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  <w:sz w:val="24"/>
        </w:rPr>
        <w:t>(2) that, in the presence of both witnesses, the testator signed or acknowledged the signature already made or directed another to sign for the testator in the testator's presence;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  <w:sz w:val="24"/>
        </w:rPr>
        <w:t>(3) that the testator executed the will as a free and voluntary act for the purposes expressed in it;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  <w:sz w:val="24"/>
        </w:rPr>
        <w:t>(4) that each of the witnesses, in the presence of the testator and of each other, signed the will as a witness;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  <w:sz w:val="24"/>
        </w:rPr>
        <w:t>(5) that the testator was of sound mind when the will was executed; and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  <w:sz w:val="24"/>
        </w:rPr>
        <w:t>(6) that to the best knowledge of each of the witnesses the testator was, at the time the will was executed, at least eighteen (18) years of age or was a member of the armed forces or of the merchant marine of the United States or its allies.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Testator’s Signature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__________________</w:t>
      </w:r>
      <w:r>
        <w:rPr>
          <w:rFonts w:ascii="Times New Roman" w:hAnsi="Times New Roman" w:eastAsia="Times New Roman" w:cs="Times New Roman"/>
          <w:sz w:val="24"/>
        </w:rPr>
        <w:t xml:space="preserve"> </w:t>
        <w:tab/>
        <w:tab/>
        <w:t xml:space="preserve">          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Witness’s Signature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__________________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Witness’s Signature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__________________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  <w:tab/>
        <w:tab/>
        <w:t xml:space="preserve">          Date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NOTARY ACKNOWLEDGMENT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Subscribed, sworn to and acknowledged before me by </w:t>
      </w:r>
      <w:r>
        <w:rPr>
          <w:rFonts w:ascii="Times New Roman" w:hAnsi="Times New Roman" w:eastAsia="Times New Roman" w:cs="Times New Roman"/>
          <w:sz w:val="24"/>
        </w:rPr>
        <w:t>[TESTATOR NAME]</w:t>
      </w:r>
      <w:r>
        <w:rPr>
          <w:rFonts w:ascii="Times New Roman" w:hAnsi="Times New Roman" w:eastAsia="Times New Roman" w:cs="Times New Roman"/>
          <w:sz w:val="24"/>
        </w:rPr>
        <w:t xml:space="preserve">, the Testator and subscribed and sworn to before me by </w:t>
      </w:r>
      <w:r>
        <w:rPr>
          <w:rFonts w:ascii="Times New Roman" w:hAnsi="Times New Roman" w:eastAsia="Times New Roman" w:cs="Times New Roman"/>
          <w:sz w:val="24"/>
        </w:rPr>
        <w:t>[WITNESS 1 NAME]</w:t>
      </w:r>
      <w:r>
        <w:rPr>
          <w:rFonts w:ascii="Times New Roman" w:hAnsi="Times New Roman" w:eastAsia="Times New Roman" w:cs="Times New Roman"/>
          <w:sz w:val="24"/>
        </w:rPr>
        <w:t xml:space="preserve">, and </w:t>
      </w:r>
      <w:r>
        <w:rPr>
          <w:rFonts w:ascii="Times New Roman" w:hAnsi="Times New Roman" w:eastAsia="Times New Roman" w:cs="Times New Roman"/>
          <w:sz w:val="24"/>
        </w:rPr>
        <w:t>[WITNESS 2 NAME]</w:t>
      </w:r>
      <w:r>
        <w:rPr>
          <w:rFonts w:ascii="Times New Roman" w:hAnsi="Times New Roman" w:eastAsia="Times New Roman" w:cs="Times New Roman"/>
          <w:sz w:val="24"/>
        </w:rPr>
        <w:t xml:space="preserve">, this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. 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Notary Signature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__________________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 xml:space="preserve">My Commission Expires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  <w:r>
        <w:rPr>
          <w:rFonts w:ascii="Times New Roman" w:hAnsi="Times New Roman" w:eastAsia="Times New Roman" w:cs="Times New Roman"/>
          <w:sz w:val="24"/>
        </w:rPr>
        <w:t>(Seal)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