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 xml:space="preserve">This power of attorney shall be governed under the laws located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WITNESS ATTESTATION</w:t>
      </w:r>
    </w:p>
    <w:p>
      <w:pPr/>
    </w:p>
    <w:p>
      <w:pPr/>
      <w:r>
        <w:rPr>
          <w:rFonts w:ascii="Times New Roman" w:hAnsi="Times New Roman" w:eastAsia="Times New Roman" w:cs="Times New Roman"/>
          <w:sz w:val="24"/>
        </w:rPr>
        <w:t>We, the witnesses, attesting to be of legal age and sound mind, acknowledge to have witnessed the principal sign this power of attorney document on the date mentioned hereunder. We affirm that the principal appeared to understand the nature of the document and was free from any duress or undue influence at the time of signing.</w:t>
      </w:r>
    </w:p>
    <w:p>
      <w:pPr/>
    </w:p>
    <w:p>
      <w:pPr/>
      <w:r>
        <w:rPr>
          <w:rFonts w:ascii="Times New Roman" w:hAnsi="Times New Roman" w:eastAsia="Times New Roman" w:cs="Times New Roman"/>
          <w:sz w:val="24"/>
        </w:rPr>
        <w:t>As witnesses, we acknowledge not to be related by blood, marriage, or adoption. We are not entitled to any portion of the principal’s estate under a will or codicil currently existing or by operation of law as it now exists. In addition, neither of us is appointed as the Agent in this power of attorney.</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spacing w:before="4" w:after="0"/>
        <w:jc w:val="center"/>
      </w:pPr>
    </w:p>
    <w:p>
      <w:pPr>
        <w:spacing w:before="4"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