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INDIANA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Indiana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Indiana.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p>
    <w:p>
      <w:pPr/>
    </w:p>
    <w:p>
      <w:pPr/>
    </w:p>
    <w:p>
      <w:pPr/>
    </w:p>
    <w:p>
      <w:pPr/>
    </w:p>
    <w:p>
      <w:pPr/>
    </w:p>
    <w:p>
      <w:pP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