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INDIANA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Indiana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Indiana.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