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Individual Debtor Questionnaire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Please fill out and gather the information requested in this questionnaire. This information will be used to prepare the forms required for filing your bankruptcy case. If any of the questions do not apply to you, please write "N/</w:t>
      </w:r>
      <w:r>
        <w:rPr>
          <w:rFonts w:ascii="Times New Roman" w:hAnsi="Times New Roman" w:eastAsia="Times New Roman" w:cs="Times New Roman"/>
          <w:b/>
          <w:sz w:val="24"/>
        </w:rPr>
        <w:t>A</w:t>
      </w:r>
      <w:r>
        <w:rPr>
          <w:rFonts w:ascii="Times New Roman" w:hAnsi="Times New Roman" w:eastAsia="Times New Roman" w:cs="Times New Roman"/>
          <w:b w:val="0"/>
          <w:sz w:val="24"/>
        </w:rPr>
        <w:t>" in response to that question. If there is insufficient space to answer any of the questions, please separately attach the requested information. Please keep in mind that the forms prepared with this information will need to be signed by you under oath and under the penalty of perjury. Therefore, it is important to provide complete and accurate information. Please feel free to contact me with any questions or concerns.</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Debtor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names used in the past eight years: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Date of birth: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Residence address, including county of residence: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lived at this address for at least 180 days? ___ If no, please list the other addresses used in this time period.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lived at this address for at least 3 years? ___ If no, please list the other addresses used in this time period.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Contact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Home: 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Work: 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Cell: 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Email: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Social security number: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Driver's license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State of issuance: 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Number: 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Expiration date: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Business names and Employer Identification Numbers (including trade names and doing business as names) used in the last 8 years: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Are you married? _________. If yes, list the name and address of your spouse: 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had any previous marriages? ________ If yes, list the name and address of your former spouse: 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reside or resided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 (Alaska, Arizona, California, Idaho, Louisiana, Nevada, New Mexico, Puerto Rico, Texas, Washington, or Wisconsin) within the last 8 years, list the name and current address of your spouse or former spouse who resides or resided with you in the community property state.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Spousal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If you are filing jointly with your spouse, fill in the following information about your spouse: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Spouse name: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other names used by your spouse in the past eight years: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Spouse date of birth: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Spouse residence address, including county of residence: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your spouse lived at this address for at least 180 days? ___ If no, please list the other addresses used in this time period.</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your spouse lived at this address for at least 3 years? ___ If no, please list the other addresses used in this time period.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reside or resided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 (Alaska, Arizona, California, Idaho, Louisiana, Nevada, New Mexico, Puerto Rico, Texas, Washington, or Wisconsin) within the last 8 years, list the name and current address of your spouse or former spouse who resides or resided with you in the community property state.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Spouse contact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Home: 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Work: 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Cell: 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Email: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Spouse social security number: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Spouse driver's license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State of issuance: 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Number: 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Expiration date: 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names and Employer Identification Numbers (including trade names and doing business as names) used by your spouse in the last 8 years: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General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or your spouse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case in the last 8 years? ___ If so, please list the district in which the case was filed, the case number(s), and the date(s) filed. 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Are there any currently pending bankruptcy cases involving you, your spouse, your business, or your spouse's business? ___ If so, please list the district in which the case was filed, your relationship to the debtor, the case number(s), and the date(s) filed. 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own or have any property that poses or is alleged to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 of imminent and identifiable hazard to public health or safety? ___ If so, please describe the hazard. 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own any property that needs immediate attention? ___ If so, include details of the protection needed (for example, protection from weather) or if the property is perishable. Please provide the property address and details of any insurance on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rent your residence? ___ If so, has your landlord sued you, brought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suit against you, or obtained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judgment against you (or is planning on bringing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suit against you)? ___ If so, please provide details,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rent payment, when rent is due, and the back rent owed, (B) whether the landlord is or has claimed that you damaged the property or used illegal drugs on the property, and (C)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has been brought,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obtained, the district in which the suit was brought, judgment was obtained, the case number, and the date the judgment was entered.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proprietor of any full or part-time business? ___ If so, include the name and address of the business. Please indicate whether the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business,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real estate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brokerage,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commodity brokerage.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credit counseling agency within the last 180 days? ______. If so, give the name and address of any credit counseling agency or debt settlement company you have consulted during the past year and the date when you consulted them. If you consulted anyone else about your debts in the past year, please provide that person's name, address, and amounts paid for the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answer was yes to the previous question, provide the following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and terms of the plan to repay or settle your debts (if you signed one), (B) the amount paid to the agency or company, and (C) any debts that were refinanced or consolidated.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Occupation and Income.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Note if you are filing jointly with your spouse, please include information about both you and your spouse where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Are you currently employed? ___ If so, please provide your occupation, the name and address of your employer, and the length of employment for each job that you currently hold.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your current monthly gross wages, salary, and commissions (before all payroll deductions). Indicate whether you are paid weekly, every two weeks, or monthly (or some other manner). Estimate and list monthly overtime pay.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expect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or decrease in income within the next year? ___ If so, please explain (for example, if your job is subject to seasonal or other changes).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What is your gross income (before deductions and exclusions – reported on the W-2 form and tax return) from employment or operation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for the current year and the prior two years? Include the source of the revenue.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the following amounts deducted from your payroll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Tax, Medicare, and Social Security: 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Mandatory contributions for retirement plans: 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Voluntary contributions for retirement plans: 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Required repayment of retirement loans: 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Insurance (health, life, disability, dental, vision): 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Domestic support obligations: 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Union dues: ______</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deductions: 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What is the usual amount of your check (take-home pay)?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other current income regularly received, including: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income from rental property (income less expenses): 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income from operating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(income less expenses): 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Interest and dividends: 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Family support payments received: 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Unemployment compensation: 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Social security: 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government assistance: ______</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Pension or retirement income: ______</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monthly income: 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not listed above, state the income (amounts and source of revenue), other than from employment or business operations, for the current year.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State the income (amounts and source of revenue), other than from employment or business operations, for the prior 2 years.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your spouse have income, other than from employment or business operations, for the current year or the prior 2 years? ___ If so, please state the amounts and include the source of revenue.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your family eligible for food stamps (SNAP benefits)? ___ If so, please state how much in food stamps do you receive per month?</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regular contributions to your monthly expenses. For example,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helps you pay your monthly mortgage, please list that monthly amount. Include contributions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unmarried partner, members of your household, your dependents, your roommates, and other friends or relatives.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list the following income received over the past 6 months:</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Specify the source of the pension and retirement income listed in the chart above. For example, detail any benefits under the Social Security Act and any U.S. payments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disability, combat-related injury or disability,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uniformed services, or COVID-19.</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Business and Business Connections.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the last 4 years, did you or your spouse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have any of the following connections to any business: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sole proprietor or self-employed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profession, or other activity, either full-time or part-time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(LLC) or limited liability partnership (LLP)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partner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officer, director, or managing executive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owner of at least 5% of the voting or equity securities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checked yes to any of the above in </w:t>
      </w:r>
      <w:r>
        <w:rPr>
          <w:rFonts w:ascii="Times New Roman" w:hAnsi="Times New Roman" w:eastAsia="Times New Roman" w:cs="Times New Roman"/>
          <w:b w:val="0"/>
          <w:sz w:val="24"/>
        </w:rPr>
        <w:t>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each business, list the business name and address, EIN number, the name of the accountant or bookkeeper,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nature of the business.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checked yes to any of the above in </w:t>
      </w:r>
      <w:r>
        <w:rPr>
          <w:rFonts w:ascii="Times New Roman" w:hAnsi="Times New Roman" w:eastAsia="Times New Roman" w:cs="Times New Roman"/>
          <w:b w:val="0"/>
          <w:sz w:val="24"/>
        </w:rPr>
        <w:t>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each business, list the name and address of any party to whom you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statement about your business within the last 2 years. Include all financial institutions, creditors, or other parties.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Please include information regarding monthly expenses for your household, including your spouse (whether jointly filing or not) and your dependents. If you and your spouse are filing jointly, but maintain separate households, please include information for both households. Expense information should be current as of the date of filing. Please give realistic estimates. If your expenses add up to more than the income you have listed, or less than your income, be prepared to explain why.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list the ages of your dependents and your relationship with your dependents. Include whether each dependent lives with you full-time or part-time. Explain if any of your expenses include expenses of people other than yourself and your dependents. Describe any expenses for your dependent children under the age of eighteen to attend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or public elementary or secondary school?</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list the amounts you pay each month for the following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Rent or mortgage payment: ______</w:t>
      </w:r>
    </w:p>
    <w:p>
      <w:pPr>
        <w:keepNext w:val="0"/>
        <w:spacing w:before="200" w:after="0" w:line="260" w:lineRule="exact"/>
        <w:ind w:left="1440" w:right="0" w:firstLine="0"/>
        <w:jc w:val="both"/>
      </w:pPr>
      <w:r>
        <w:rPr>
          <w:rFonts w:ascii="Times New Roman" w:hAnsi="Times New Roman" w:eastAsia="Times New Roman" w:cs="Times New Roman"/>
          <w:b w:val="0"/>
          <w:sz w:val="24"/>
        </w:rPr>
        <w:t>If not included above, list monthly amounts for:</w:t>
      </w:r>
    </w:p>
    <w:p>
      <w:pPr>
        <w:keepNext w:val="0"/>
        <w:spacing w:before="200" w:after="0" w:line="260" w:lineRule="exact"/>
        <w:ind w:left="1800" w:right="0" w:firstLine="0"/>
        <w:jc w:val="both"/>
      </w:pPr>
      <w:r>
        <w:rPr>
          <w:rFonts w:ascii="Times New Roman" w:hAnsi="Times New Roman" w:eastAsia="Times New Roman" w:cs="Times New Roman"/>
          <w:b w:val="0"/>
          <w:sz w:val="24"/>
        </w:rPr>
        <w:t>• real estate taxes: ______</w:t>
      </w:r>
    </w:p>
    <w:p>
      <w:pPr>
        <w:keepNext w:val="0"/>
        <w:spacing w:before="200" w:after="0" w:line="260" w:lineRule="exact"/>
        <w:ind w:left="1800" w:right="0" w:firstLine="0"/>
        <w:jc w:val="both"/>
      </w:pPr>
      <w:r>
        <w:rPr>
          <w:rFonts w:ascii="Times New Roman" w:hAnsi="Times New Roman" w:eastAsia="Times New Roman" w:cs="Times New Roman"/>
          <w:b w:val="0"/>
          <w:sz w:val="24"/>
        </w:rPr>
        <w:t>• property, homeowner's or renters insurance: ______</w:t>
      </w:r>
    </w:p>
    <w:p>
      <w:pPr>
        <w:keepNext w:val="0"/>
        <w:spacing w:before="200" w:after="0" w:line="260" w:lineRule="exact"/>
        <w:ind w:left="1800" w:right="0" w:firstLine="0"/>
        <w:jc w:val="both"/>
      </w:pPr>
      <w:r>
        <w:rPr>
          <w:rFonts w:ascii="Times New Roman" w:hAnsi="Times New Roman" w:eastAsia="Times New Roman" w:cs="Times New Roman"/>
          <w:b w:val="0"/>
          <w:sz w:val="24"/>
        </w:rPr>
        <w:t>• Home maintenance, repair, and upkeep expenses: ______</w:t>
      </w:r>
    </w:p>
    <w:p>
      <w:pPr>
        <w:keepNext w:val="0"/>
        <w:spacing w:before="200" w:after="0" w:line="260" w:lineRule="exact"/>
        <w:ind w:left="1800" w:right="0" w:firstLine="0"/>
        <w:jc w:val="both"/>
      </w:pPr>
      <w:r>
        <w:rPr>
          <w:rFonts w:ascii="Times New Roman" w:hAnsi="Times New Roman" w:eastAsia="Times New Roman" w:cs="Times New Roman"/>
          <w:b w:val="0"/>
          <w:sz w:val="24"/>
        </w:rPr>
        <w:t>• Homeowner's association or condominium dues: 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mortgage payments, such as home equity line payments: 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Electricity, heat, or natural gas: 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Water, sewer, and garbage collection: 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Home telephone: 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Cell phone: 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Internet, and cable services: ______</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utility payments: ______</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Food and housekeeping supplies: ______</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Amount of food stamps you spend: ______</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Childcare and children's education costs: ______</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Clothing: ______</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Laundry: ______</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Dry cleaning: ______</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Personal care products and services: ______</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Medical and dental expenses (do not include insurance): ______</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Public transportation: ______</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 or lease payment for vehicle 1: ______</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 or lease payment for vehicle 2: ______</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Automobile maintenance and repairs: ______</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Gas and oil maintenance: ______</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Auto registration and license fees: ______</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Recreation: ______</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Newspapers, magazines, and books: ______</w:t>
      </w:r>
    </w:p>
    <w:p>
      <w:pPr>
        <w:keepNext w:val="0"/>
        <w:spacing w:before="120" w:after="0" w:line="260" w:lineRule="exact"/>
        <w:ind w:left="1080" w:right="0" w:firstLine="0"/>
        <w:jc w:val="left"/>
      </w:pPr>
      <w:r>
        <w:rPr>
          <w:rFonts w:ascii="Times New Roman" w:hAnsi="Times New Roman" w:eastAsia="Times New Roman" w:cs="Times New Roman"/>
          <w:b w:val="0"/>
          <w:sz w:val="24"/>
        </w:rPr>
        <w: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Clubs and union dues (not deducted from wages): ______</w:t>
      </w:r>
    </w:p>
    <w:p>
      <w:pPr>
        <w:keepNext w:val="0"/>
        <w:spacing w:before="120" w:after="0" w:line="260" w:lineRule="exact"/>
        <w:ind w:left="1080" w:right="0" w:firstLine="0"/>
        <w:jc w:val="left"/>
      </w:pPr>
      <w:r>
        <w:rPr>
          <w:rFonts w:ascii="Times New Roman" w:hAnsi="Times New Roman" w:eastAsia="Times New Roman" w:cs="Times New Roman"/>
          <w:b w:val="0"/>
          <w:sz w:val="24"/>
        </w:rPr>
        <w:t>(z)</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Charitable contributions and religious donations: ______</w:t>
      </w:r>
    </w:p>
    <w:p>
      <w:pPr>
        <w:keepNext w:val="0"/>
        <w:spacing w:before="120" w:after="0" w:line="260" w:lineRule="exact"/>
        <w:ind w:left="1080" w:right="0" w:firstLine="0"/>
        <w:jc w:val="left"/>
      </w:pPr>
      <w:r>
        <w:rPr>
          <w:rFonts w:ascii="Times New Roman" w:hAnsi="Times New Roman" w:eastAsia="Times New Roman" w:cs="Times New Roman"/>
          <w:b w:val="0"/>
          <w:sz w:val="24"/>
        </w:rPr>
        <w:t>(aa)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Life insurance (do not include amounts deducted from payroll): ______</w:t>
      </w:r>
    </w:p>
    <w:p>
      <w:pPr>
        <w:keepNext w:val="0"/>
        <w:spacing w:before="120" w:after="0" w:line="260" w:lineRule="exact"/>
        <w:ind w:left="1080" w:right="0" w:firstLine="0"/>
        <w:jc w:val="left"/>
      </w:pPr>
      <w:r>
        <w:rPr>
          <w:rFonts w:ascii="Times New Roman" w:hAnsi="Times New Roman" w:eastAsia="Times New Roman" w:cs="Times New Roman"/>
          <w:b w:val="0"/>
          <w:sz w:val="24"/>
        </w:rPr>
        <w:t>(bb)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Health insurance (do not include amounts deducted from payroll): ______</w:t>
      </w:r>
    </w:p>
    <w:p>
      <w:pPr>
        <w:keepNext w:val="0"/>
        <w:spacing w:before="120" w:after="0" w:line="260" w:lineRule="exact"/>
        <w:ind w:left="1080" w:right="0" w:firstLine="0"/>
        <w:jc w:val="left"/>
      </w:pPr>
      <w:r>
        <w:rPr>
          <w:rFonts w:ascii="Times New Roman" w:hAnsi="Times New Roman" w:eastAsia="Times New Roman" w:cs="Times New Roman"/>
          <w:b w:val="0"/>
          <w:sz w:val="24"/>
        </w:rPr>
        <w:t>(cc)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Vehicle insurance (do not include amounts deducted from payroll): ______</w:t>
      </w:r>
    </w:p>
    <w:p>
      <w:pPr>
        <w:keepNext w:val="0"/>
        <w:spacing w:before="120" w:after="0" w:line="260" w:lineRule="exact"/>
        <w:ind w:left="1080" w:right="0" w:firstLine="0"/>
        <w:jc w:val="left"/>
      </w:pPr>
      <w:r>
        <w:rPr>
          <w:rFonts w:ascii="Times New Roman" w:hAnsi="Times New Roman" w:eastAsia="Times New Roman" w:cs="Times New Roman"/>
          <w:b w:val="0"/>
          <w:sz w:val="24"/>
        </w:rPr>
        <w:t>(dd)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insurance (do not include amounts deducted from payroll): ______</w:t>
      </w:r>
    </w:p>
    <w:p>
      <w:pPr>
        <w:keepNext w:val="0"/>
        <w:spacing w:before="120" w:after="0" w:line="260" w:lineRule="exact"/>
        <w:ind w:left="1080" w:right="0" w:firstLine="0"/>
        <w:jc w:val="left"/>
      </w:pPr>
      <w:r>
        <w:rPr>
          <w:rFonts w:ascii="Times New Roman" w:hAnsi="Times New Roman" w:eastAsia="Times New Roman" w:cs="Times New Roman"/>
          <w:b w:val="0"/>
          <w:sz w:val="24"/>
        </w:rPr>
        <w: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Taxes (do not include amounts deducted from payroll): ______</w:t>
      </w:r>
    </w:p>
    <w:p>
      <w:pPr>
        <w:keepNext w:val="0"/>
        <w:spacing w:before="120" w:after="0" w:line="260" w:lineRule="exact"/>
        <w:ind w:left="1080" w:right="0" w:firstLine="0"/>
        <w:jc w:val="left"/>
      </w:pPr>
      <w:r>
        <w:rPr>
          <w:rFonts w:ascii="Times New Roman" w:hAnsi="Times New Roman" w:eastAsia="Times New Roman" w:cs="Times New Roman"/>
          <w:b w:val="0"/>
          <w:sz w:val="24"/>
        </w:rPr>
        <w:t>(ff)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Tax return preparation fees: ______</w:t>
      </w:r>
    </w:p>
    <w:p>
      <w:pPr>
        <w:keepNext w:val="0"/>
        <w:spacing w:before="120" w:after="0" w:line="260" w:lineRule="exact"/>
        <w:ind w:left="1080" w:right="0" w:firstLine="0"/>
        <w:jc w:val="left"/>
      </w:pPr>
      <w:r>
        <w:rPr>
          <w:rFonts w:ascii="Times New Roman" w:hAnsi="Times New Roman" w:eastAsia="Times New Roman" w:cs="Times New Roman"/>
          <w:b w:val="0"/>
          <w:sz w:val="24"/>
        </w:rPr>
        <w:t>(gg)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Checking account and other bank fees: ______</w:t>
      </w:r>
    </w:p>
    <w:p>
      <w:pPr>
        <w:keepNext w:val="0"/>
        <w:spacing w:before="120" w:after="0" w:line="260" w:lineRule="exact"/>
        <w:ind w:left="1080" w:right="0" w:firstLine="0"/>
        <w:jc w:val="left"/>
      </w:pPr>
      <w:r>
        <w:rPr>
          <w:rFonts w:ascii="Times New Roman" w:hAnsi="Times New Roman" w:eastAsia="Times New Roman" w:cs="Times New Roman"/>
          <w:b w:val="0"/>
          <w:sz w:val="24"/>
        </w:rPr>
        <w:t>(hh)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monthly loan installment payments: ______</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Payments of alimony, maintenance, and support that you are required to make (do not include amounts deducted from payroll): ______</w:t>
      </w:r>
    </w:p>
    <w:p>
      <w:pPr>
        <w:keepNext w:val="0"/>
        <w:spacing w:before="120" w:after="0" w:line="260" w:lineRule="exact"/>
        <w:ind w:left="1080" w:right="0" w:firstLine="0"/>
        <w:jc w:val="left"/>
      </w:pPr>
      <w:r>
        <w:rPr>
          <w:rFonts w:ascii="Times New Roman" w:hAnsi="Times New Roman" w:eastAsia="Times New Roman" w:cs="Times New Roman"/>
          <w:b w:val="0"/>
          <w:sz w:val="24"/>
        </w:rPr>
        <w:t>(jj)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payments that you make to support others outside of your household: ______</w:t>
      </w:r>
    </w:p>
    <w:p>
      <w:pPr>
        <w:keepNext w:val="0"/>
        <w:spacing w:before="120" w:after="0" w:line="260" w:lineRule="exact"/>
        <w:ind w:left="1080" w:right="0" w:firstLine="0"/>
        <w:jc w:val="left"/>
      </w:pPr>
      <w:r>
        <w:rPr>
          <w:rFonts w:ascii="Times New Roman" w:hAnsi="Times New Roman" w:eastAsia="Times New Roman" w:cs="Times New Roman"/>
          <w:b w:val="0"/>
          <w:sz w:val="24"/>
        </w:rPr>
        <w:t>(kk)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Expenses for operating your business: ______</w:t>
      </w:r>
    </w:p>
    <w:p>
      <w:pPr>
        <w:keepNext w:val="0"/>
        <w:spacing w:before="120" w:after="0" w:line="260" w:lineRule="exact"/>
        <w:ind w:left="1080" w:right="0" w:firstLine="0"/>
        <w:jc w:val="left"/>
      </w:pPr>
      <w:r>
        <w:rPr>
          <w:rFonts w:ascii="Times New Roman" w:hAnsi="Times New Roman" w:eastAsia="Times New Roman" w:cs="Times New Roman"/>
          <w:b w:val="0"/>
          <w:sz w:val="24"/>
        </w:rPr>
        <w:t>(ll)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real property expenses not included above (include payments for business or investment properties, and with respect to such properties, real estate taxes, property insurance, homeowner's insurance, renter's insurance, maintenance, repair, and upkeep expenses, homeowner's association or condominium dues): ______</w:t>
      </w:r>
    </w:p>
    <w:p>
      <w:pPr>
        <w:keepNext w:val="0"/>
        <w:spacing w:before="120" w:after="0" w:line="260" w:lineRule="exact"/>
        <w:ind w:left="1080" w:right="0" w:firstLine="0"/>
        <w:jc w:val="left"/>
      </w:pPr>
      <w:r>
        <w:rPr>
          <w:rFonts w:ascii="Times New Roman" w:hAnsi="Times New Roman" w:eastAsia="Times New Roman" w:cs="Times New Roman"/>
          <w:b w:val="0"/>
          <w:sz w:val="24"/>
        </w:rPr>
        <w:t>(mm)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expenses (list types of expenses) (e.g., cigarettes, diapers, birthday and holiday gifts, pets, security system, school): ______</w:t>
      </w:r>
    </w:p>
    <w:p>
      <w:pPr>
        <w:keepNext w:val="0"/>
        <w:spacing w:before="120" w:after="0" w:line="260" w:lineRule="exact"/>
        <w:ind w:left="1080" w:right="0" w:firstLine="0"/>
        <w:jc w:val="left"/>
      </w:pPr>
      <w:r>
        <w:rPr>
          <w:rFonts w:ascii="Times New Roman" w:hAnsi="Times New Roman" w:eastAsia="Times New Roman" w:cs="Times New Roman"/>
          <w:b w:val="0"/>
          <w:sz w:val="24"/>
        </w:rPr>
        <w:t>(nn)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expenses: ______</w:t>
      </w:r>
    </w:p>
    <w:p>
      <w:pPr>
        <w:keepNext w:val="0"/>
        <w:spacing w:before="120" w:after="0" w:line="260" w:lineRule="exact"/>
        <w:ind w:left="1080" w:right="0" w:firstLine="0"/>
        <w:jc w:val="left"/>
      </w:pPr>
      <w:r>
        <w:rPr>
          <w:rFonts w:ascii="Times New Roman" w:hAnsi="Times New Roman" w:eastAsia="Times New Roman" w:cs="Times New Roman"/>
          <w:b w:val="0"/>
          <w:sz w:val="24"/>
        </w:rPr>
        <w:t>(oo)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expenses: ______</w:t>
      </w:r>
    </w:p>
    <w:p>
      <w:pPr>
        <w:keepNext w:val="0"/>
        <w:spacing w:before="120" w:after="0" w:line="260" w:lineRule="exact"/>
        <w:ind w:left="1080" w:right="0" w:firstLine="0"/>
        <w:jc w:val="left"/>
      </w:pPr>
      <w:r>
        <w:rPr>
          <w:rFonts w:ascii="Times New Roman" w:hAnsi="Times New Roman" w:eastAsia="Times New Roman" w:cs="Times New Roman"/>
          <w:b w:val="0"/>
          <w:sz w:val="24"/>
        </w:rPr>
        <w:t>(pp)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expenses: ______</w:t>
      </w:r>
    </w:p>
    <w:p>
      <w:pPr>
        <w:keepNext w:val="0"/>
        <w:spacing w:before="120" w:after="0" w:line="260" w:lineRule="exact"/>
        <w:ind w:left="1080" w:right="0" w:firstLine="0"/>
        <w:jc w:val="left"/>
      </w:pPr>
      <w:r>
        <w:rPr>
          <w:rFonts w:ascii="Times New Roman" w:hAnsi="Times New Roman" w:eastAsia="Times New Roman" w:cs="Times New Roman"/>
          <w:b w:val="0"/>
          <w:sz w:val="24"/>
        </w:rPr>
        <w:t>(qq)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expenses: 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have any monthly expenses not listed above that you pay for the care and support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elderly, chronically ill, or disabled member of your household or your immediate family? If yes, describe: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have any monthly expenses not listed above that you pay to keep your family safe from domestic violence? If yes, describe: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expect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or decrease in expenses within the next year? ___ If so, please explain.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and your spouse are not filing bankruptcy together, does your spouse (who is not filing bankruptcy) have any monthly expenses listed above that are not paid towards your household expenses of you or your dependents (such as child support payments your spouse makes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spouse or payments your spouse makes on separate debts)? If yes, describe expense item, to whom payable, and the amount per month</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you are filing jointly with your spouse, please include information about both you and your spouse where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Transfers. For all transfers or payments, please include the following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Name and contact information of the party that received the transfer or payment (mailing address, zip code, telephone number, and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 Date(s) of the transfers or payments</w:t>
      </w:r>
    </w:p>
    <w:p>
      <w:pPr>
        <w:keepNext w:val="0"/>
        <w:spacing w:before="200" w:after="0" w:line="260" w:lineRule="exact"/>
        <w:ind w:left="1080" w:right="0" w:firstLine="0"/>
        <w:jc w:val="both"/>
      </w:pPr>
      <w:r>
        <w:rPr>
          <w:rFonts w:ascii="Times New Roman" w:hAnsi="Times New Roman" w:eastAsia="Times New Roman" w:cs="Times New Roman"/>
          <w:b w:val="0"/>
          <w:sz w:val="24"/>
        </w:rPr>
        <w:t>• Amounts transferred or paid (or withdrawn, distributed, or credited)</w:t>
      </w:r>
    </w:p>
    <w:p>
      <w:pPr>
        <w:keepNext w:val="0"/>
        <w:spacing w:before="200" w:after="0" w:line="260" w:lineRule="exact"/>
        <w:ind w:left="1080" w:right="0" w:firstLine="0"/>
        <w:jc w:val="both"/>
      </w:pPr>
      <w:r>
        <w:rPr>
          <w:rFonts w:ascii="Times New Roman" w:hAnsi="Times New Roman" w:eastAsia="Times New Roman" w:cs="Times New Roman"/>
          <w:b w:val="0"/>
          <w:sz w:val="24"/>
        </w:rPr>
        <w:t>• Reasons for payment or transfer (i.e., paying secured or unsecured loan)</w:t>
      </w:r>
    </w:p>
    <w:p>
      <w:pPr>
        <w:keepNext w:val="0"/>
        <w:spacing w:before="200" w:after="0" w:line="260" w:lineRule="exact"/>
        <w:ind w:left="1080" w:right="0" w:firstLine="0"/>
        <w:jc w:val="both"/>
      </w:pPr>
      <w:r>
        <w:rPr>
          <w:rFonts w:ascii="Times New Roman" w:hAnsi="Times New Roman" w:eastAsia="Times New Roman" w:cs="Times New Roman"/>
          <w:b w:val="0"/>
          <w:sz w:val="24"/>
        </w:rPr>
        <w:t>• Relationship to the debtor(s)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list each payment over $600 made during the last 90 days.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payments or transfers to so-called insiders within the previous year (this may include domestic support obligations). Examples of insiders include relatives, general partners, and affiliates.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payments made within the previous year on behalf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insider (this may include payments on debts guaranteed or cosigned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insider).</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payments or transfers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that you consulted about debt consolidation or restructuring, seeking bankruptcy relief, 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case within the previous year. Give the date, name, and address of any attorney or bankruptcy consultant (petition preparer, typing service, document preparation service, independent paralegal), how much you paid or promised to pay, and the reason you consulted with the attorney or bankruptcy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all gifts equal or greater than $600 given within the previous 2 years. Please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gifts, the person to whom the gift was given, and the dates of the gifts.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all charitable contributions equal to or greater than $600 given within the previous 2 years. Please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contributions, the charity to whom the contribution was given, and the dates of the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all other sales of property, mortgages, gifts, or transfers of substantial property to anyone made within the previous 4 years (include outright transfers and transfers made as security or mortgage on your property). Detail if any of the money from the sale or transfer of any property within the past ten years was used to purchase or improve your current home, or to pay down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self-settled trusts of which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List any payments or transfers made by you within the previous 10 years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self-settled trust or similar device. Include the name of the trust or device and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Legal Actions, Repossessions, and Foreclosures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all lawsuits, court actions, or administrative proceedings to which you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(include personal injury cases, divorce proceedings, small claims actions, business disputes, unemployment compensation, worker's compensation, etc.). Please list the case caption, the nature of the case, the court where the case is pending, and the status of the case. Include cases where you sued and cases where you were sued.</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all property that was repossessed, foreclosed, garnished, attached, seized, or levied (including lawsuits that resulted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being placed on the property and tax and sheriff's sales). Please list the creditor who took the action, the date of the action, the property taken, and its value.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the past two years, was any of your property in the possession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for the benefit of creditors,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court-appointed receiver,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or another official? If yes, give the name and address of the creditor and the terms and conditions under which you gave the property to the creditor or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the creditor:</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creditor, including banks, which within the last 90 days set-off or otherwise took anything from your bank account without permission or refused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owed to you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owing by you.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action the creditor took, the amount taken, and the date action was taken.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losses due to fire, theft, gambling, or other disaster in the previous year. Describe the property loss (including its value), how the loss occurred, the date of the loss, and any insurance coverage for the loss.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Financial Accounts, Instruments, Safe Deposit Boxes, Storage Units, Property Held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financial accounts or instruments held in your name or for your benefit that were closed, sold, moved, or otherwise transferred in the previous year (include deposit accounts, certificates of deposit, and stock shares). List the name of the financial institution, the last 4 digits of the account, the date of the account closure or transfer, and the balance at the time of transfer or closure.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the name and address of any institution with safe deposit boxes or other depository that presently holds or held within the last year your securities, cash, or other valuables. Include the names of anyone with access to it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contents.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the name and address of any person or institution that has your property (including any check you may have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payday lender or check cashing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pawnbroker, storage company, or repairman). Include the type of property, the value, and why the person is holding the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the name and address of any storage facility where you have stored property in the previous year. Include the names of anyone with access to it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contents.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property that you hold or control that is owned by another person (include any borrowed or property held in trust). List the name and address of the property owner, the location of the property, and the value of the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Environmental information. You are required to report all environmental law notices, releases, and proceedings that you know about, regardless of when they occurred.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any governmental unit notified you that you may be liable or potentially liable under or in violation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environmental law? ___ If so, list the name of the site, the governmental unit, the date of the notice, and the applicable environmental law.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you notified any governmental unit of any release of hazardous material? ___ If so, list the name of the site, the governmental unit, the date of the notice, and the applicable environmental law.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you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judicial or administrative proceeding under any environmental law? ___ If so, list the case caption, case number, court or agency, nature of the case, and status of the case. Include settlements and orders.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have any possible reason for suing someone for damage to your property or for injuries to yourself or other members of your family? If yes, who could you sue, how much money is involved, and why could you sue?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all property listed in this section, please include the following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Name and description of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 Location of the property or asset</w:t>
      </w:r>
    </w:p>
    <w:p>
      <w:pPr>
        <w:keepNext w:val="0"/>
        <w:spacing w:before="200" w:after="0" w:line="260" w:lineRule="exact"/>
        <w:ind w:left="720" w:right="0" w:firstLine="0"/>
        <w:jc w:val="both"/>
      </w:pPr>
      <w:r>
        <w:rPr>
          <w:rFonts w:ascii="Times New Roman" w:hAnsi="Times New Roman" w:eastAsia="Times New Roman" w:cs="Times New Roman"/>
          <w:b w:val="0"/>
          <w:sz w:val="24"/>
        </w:rPr>
        <w:t>• Value of the property (current value)</w:t>
      </w:r>
    </w:p>
    <w:p>
      <w:pPr>
        <w:keepNext w:val="0"/>
        <w:spacing w:before="200" w:after="0" w:line="260" w:lineRule="exact"/>
        <w:ind w:left="720" w:right="0" w:firstLine="0"/>
        <w:jc w:val="both"/>
      </w:pPr>
      <w:r>
        <w:rPr>
          <w:rFonts w:ascii="Times New Roman" w:hAnsi="Times New Roman" w:eastAsia="Times New Roman" w:cs="Times New Roman"/>
          <w:b w:val="0"/>
          <w:sz w:val="24"/>
        </w:rPr>
        <w:t>• Percentage of ownership interest in the property (and whether you, your spouse, or both, own it and the percentage ownership)</w:t>
      </w:r>
    </w:p>
    <w:p>
      <w:pPr>
        <w:keepNext w:val="0"/>
        <w:spacing w:before="200" w:after="0" w:line="260" w:lineRule="exact"/>
        <w:ind w:left="720" w:right="0" w:firstLine="0"/>
        <w:jc w:val="both"/>
      </w:pPr>
      <w:r>
        <w:rPr>
          <w:rFonts w:ascii="Times New Roman" w:hAnsi="Times New Roman" w:eastAsia="Times New Roman" w:cs="Times New Roman"/>
          <w:b w:val="0"/>
          <w:sz w:val="24"/>
        </w:rPr>
        <w:t>• Copy of any professional appraisals issued within the last year for any property or asset</w:t>
      </w:r>
    </w:p>
    <w:p>
      <w:pPr>
        <w:keepNext w:val="0"/>
        <w:spacing w:before="200" w:after="0" w:line="260" w:lineRule="exact"/>
        <w:ind w:left="720" w:right="0" w:firstLine="0"/>
        <w:jc w:val="both"/>
      </w:pPr>
      <w:r>
        <w:rPr>
          <w:rFonts w:ascii="Times New Roman" w:hAnsi="Times New Roman" w:eastAsia="Times New Roman" w:cs="Times New Roman"/>
          <w:b w:val="0"/>
          <w:sz w:val="24"/>
        </w:rPr>
        <w:t>• Whether you currently own or lease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 Amounts owed for the property (lease/ownership)</w:t>
      </w:r>
    </w:p>
    <w:p>
      <w:pPr>
        <w:keepNext w:val="0"/>
        <w:spacing w:before="200" w:after="0" w:line="260" w:lineRule="exact"/>
        <w:ind w:left="720" w:right="0" w:firstLine="0"/>
        <w:jc w:val="both"/>
      </w:pPr>
      <w:r>
        <w:rPr>
          <w:rFonts w:ascii="Times New Roman" w:hAnsi="Times New Roman" w:eastAsia="Times New Roman" w:cs="Times New Roman"/>
          <w:b w:val="0"/>
          <w:sz w:val="24"/>
        </w:rPr>
        <w:t>Include property leased and owned in the past four years.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own your home, list the purchase price, date of purchase, the original mortgage amount, the down-payment, and any amounts that were not borrowed that were used to purchase or improve your home (the amounts and the details). If not purchased, state when and how you became the owner (inheritance, gift, etc.). If you lease your home, please provide the lease details (for example, the term of the lease, the right to renew your lease, the rent, etc.).</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and give the location of all other real estate (lot, house, condominium, cooperative, land, burial plot, business property, timeshare, vacant land, mobile home, etc.) in which you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Describe the nature of your interest (for example, lease, co-owner, full owner, etc.). Provide the same information as requested in the previous question.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automobiles, vans, trucks, tractors, sport utility vehicles, motorcycles, trailers, and titled farm vehicles that you own or lease. Include the year, make, model, and identification numbers.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watercraft, aircraft, motor homes, ATVs, and other recreational vehicles and related accessories that you own or lease. Include the year, make, model, and identification numbers, if applicable.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household goods and furnishings that you own or lease, the approximate age of such goods, and estimate their value. Include major appliances, furniture, linens, china, T.V., and kitchenware.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electronics that you own or lease. Include televisions and radios; audio, video, stereo, and digital equipment; computers, printers, scanners; music collections; electronic devices including cell phones, cameras, media players, and games.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collectibles of value that you own that have substantial value (and estimate the value). Include antiques and figurines; paintings, prints, or other artwork; books, pictures, or other art objects; stamp, coin, or baseball card collections; other collections, memorabilia, and collectibles.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equipment for sports and hobbies that you own. Include sports, photographic, exercise, and other hobby equipment; bicycles, pool tables, golf clubs, skis; canoes and kayaks; carpentry tools; musical instruments.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firearms that you own. Include pistols, rifles, shotguns, ammunition, and related equipment.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clothes that you own. Include everyday clothes, furs, leather coats, designer wear, shoes, and accessories.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jewelry that you own. Include everyday jewelry, costume jewelry, engagement rings, wedding rings, heirloom jewelry, watches, gems, gold, and silver.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non-farm animals that you own. Include dogs, cats, birds, and horses.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personal and household items that you did not already list that you own. Include health aids.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Assets.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cash that you have on hand.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checking, savings, money market, or financial brokerage accounts (including the name of the institution, address, type of account, account numbers, amounts/current value) presently held. If you have multiple accounts with the same institution, list each (including accounts that have your name on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convenience signer, custodian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for any other reason).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bonds, mutual funds, or publicly traded stock that you own. Include bond funds, investment accounts, and money market accounts. Include the institution or issuer name, if applicable,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non-publicly traded stock and interest in incorporated and unincorporated businesses, including interests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LLC, partnership, or joint venture. List the name of the entity, the percentage of your ownership,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governmental and corporate bonds and other negotiable and non-negotiable instruments. Include personal checks, cashiers' checks, promissory notes, and money orders. Include the issuer's name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retirement or pension accounts that you own, including interests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IRA, ERISA plan, Keogh plan, 401(k) plan, 403(b) plan, thrift savings accounts, or other pension or profit-sharing plans. Include the type of account, the name of the institution holding the account,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security deposits and prepayments. Include your share of all unused security deposits for rent and utilities and any prepayments of leases, insurance, taxes, and rent. Include the name of the institution or individual holding the deposit or prepayment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annuities that you own. Include the issuer's name and description and the current value of the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IRA,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ABLE program,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state tuition program. Include amounts paid or contributed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tax-exempt tuition program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529 account, tuition credits or certificates purchased, or funds contributed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ABLE account to help care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disabled child or dependent. Include institution name and description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trusts, equitable, or future interests in property and rights or powers exercisable for your benefit. Provide specific information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patents, copyrights, trademarks, trade secrets, and other intellectual property. Include internet domain names, websites, proceeds from royalties, and licensing agreements. Provide specific information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licenses, franchises, and any other general intangibles. Include building permits, exclusive licenses, cooperative association holdings, liquor licenses, and professional licenses. Provide specific information and the current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tax refunds your received this year and if any are owed to you. Indicate whether the tax returns were already filed, whether the refund is federal, state, or local, the value of the refunds, and whether the refund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Earned Income Credit.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family support payments owed to you. Include past due or lump sum alimony, spousal support, child support, maintenance, divorce settlement, or property settlement. Provide specific information and the current value under each applicable category.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amounts owed to you by anyone for any reason. Include unpaid wages, disability insurance payments, disability benefits, sick pay, vacation pay, workers' compensation, Social Security benefits, and unpaid loans you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interest that you have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Include health, disability, or life insurance, health savings accounts (HSA), credit, homeowner's, or renter's insurance. List the company name, the beneficiary of the policy, and the surrender or refund value of the policy.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interest in property (and the current value) that is due to you from someone that died. Include if you are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trust, expect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or are currently entitled to receive property because someone has died.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claims that you hold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whether or not you have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payment. Include claims for personal injury, employment, disability, insurance, and business disputes.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claim not already listed. Include counterclaims and set-off rights that you have.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financial assets not already listed.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Business-Related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section is only required if you own or have any interest in any business-related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accounts receivables or commissions already earned. Indicate whether the collection of any of the accounts receivables is doubtful or if any are uncollectable.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office furniture, equipment, furnishings, and supplies. Include business-related computers, software, modems, printers, copiers, fax machines, rugs, telephones, desks, chairs, and electronic devices.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machinery, fixtures, equipment, supplies, and tools of the trade used in your business (excluding farm machinery and equipment).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inventory used in your business, including raw materials, work in progress, finished goods, goods held for resale, or other inventory or supplies (and estimate the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interest in partnerships or joint ventures. Include the name of the entity, the percentage of your ownership, and the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customer or mailing lists or other compilations. Indicate the value of the lists.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business-related property not already disclosed.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Farm Related and Commercial Fishing-Related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section is only required if you own or have any interest in any farm or commercial fishing-related property.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farm animals that you own and their value. Include livestock, poultry, and farm-raised fish.</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crops that you own and their value. Include growing and harvested crops.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farm and fishing equipment, implements, machinery, fixtures, and tools of the trade (and their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farm and fishing supplies, chemicals, and feed (and their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farm and the fishing-related property you did not already list (and their value).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all other property of any kind that you did not already disclose (and their value). Include season tickets and country club memberships.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Unexpired Leases and Executory Contracts.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all contracts and leases that have not already been described. Include the name and mailing address for all counter-parties to such agreements. For each contract and lease, please state the purpose of the lease or contract (i.e. rent, vehicle lease, office lease), the monthly payment amount, and the term remaining. For any government contracts, please list the contract number.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Secured Debt.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each secured claim, please provide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Creditor's name and contact information (and the name and contact information of the attorney, collection agency, and any other party that must be notified)</w:t>
      </w:r>
    </w:p>
    <w:p>
      <w:pPr>
        <w:keepNext w:val="0"/>
        <w:spacing w:before="200" w:after="0" w:line="260" w:lineRule="exact"/>
        <w:ind w:left="720" w:right="0" w:firstLine="0"/>
        <w:jc w:val="both"/>
      </w:pPr>
      <w:r>
        <w:rPr>
          <w:rFonts w:ascii="Times New Roman" w:hAnsi="Times New Roman" w:eastAsia="Times New Roman" w:cs="Times New Roman"/>
          <w:b w:val="0"/>
          <w:sz w:val="24"/>
        </w:rPr>
        <w:t>• Claim information, including the account number, amount of claim, date or dates debt was incurred (and, if filing with your spouse, the person(s) who owes the debt)</w:t>
      </w:r>
    </w:p>
    <w:p>
      <w:pPr>
        <w:keepNext w:val="0"/>
        <w:spacing w:before="200" w:after="0" w:line="260" w:lineRule="exact"/>
        <w:ind w:left="720" w:right="0" w:firstLine="0"/>
        <w:jc w:val="both"/>
      </w:pPr>
      <w:r>
        <w:rPr>
          <w:rFonts w:ascii="Times New Roman" w:hAnsi="Times New Roman" w:eastAsia="Times New Roman" w:cs="Times New Roman"/>
          <w:b w:val="0"/>
          <w:sz w:val="24"/>
        </w:rPr>
        <w:t>• The total amount of the claim, the value of the collateral, and the value of the unsecured portion</w:t>
      </w:r>
    </w:p>
    <w:p>
      <w:pPr>
        <w:keepNext w:val="0"/>
        <w:spacing w:before="200" w:after="0" w:line="260" w:lineRule="exact"/>
        <w:ind w:left="720" w:right="0" w:firstLine="0"/>
        <w:jc w:val="both"/>
      </w:pPr>
      <w:r>
        <w:rPr>
          <w:rFonts w:ascii="Times New Roman" w:hAnsi="Times New Roman" w:eastAsia="Times New Roman" w:cs="Times New Roman"/>
          <w:b w:val="0"/>
          <w:sz w:val="24"/>
        </w:rPr>
        <w:t>• Whether the claim is contingent, unliquidated, or disputed, or subject to offset</w:t>
      </w:r>
    </w:p>
    <w:p>
      <w:pPr>
        <w:keepNext w:val="0"/>
        <w:spacing w:before="200" w:after="0" w:line="260" w:lineRule="exact"/>
        <w:ind w:left="720" w:right="0" w:firstLine="0"/>
        <w:jc w:val="both"/>
      </w:pPr>
      <w:r>
        <w:rPr>
          <w:rFonts w:ascii="Times New Roman" w:hAnsi="Times New Roman" w:eastAsia="Times New Roman" w:cs="Times New Roman"/>
          <w:b w:val="0"/>
          <w:sz w:val="24"/>
        </w:rPr>
        <w:t>• The nature of the lien (i.e. voluntary agreement, statutory lien, judgment lien, or other)</w:t>
      </w:r>
    </w:p>
    <w:p>
      <w:pPr>
        <w:keepNext w:val="0"/>
        <w:spacing w:before="200" w:after="0" w:line="260" w:lineRule="exact"/>
        <w:ind w:left="720" w:right="0" w:firstLine="0"/>
        <w:jc w:val="both"/>
      </w:pPr>
      <w:r>
        <w:rPr>
          <w:rFonts w:ascii="Times New Roman" w:hAnsi="Times New Roman" w:eastAsia="Times New Roman" w:cs="Times New Roman"/>
          <w:b w:val="0"/>
          <w:sz w:val="24"/>
        </w:rPr>
        <w:t>• Monthly payment amount and the number of payments remaining.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not already provided, list any home loan or mortgage claims. Include both first and junior priority mortgage debts such as home equity lines (and the outstanding mortgage balance). Do you have insurance on the property? ___. Please specify if the mortgage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FHA, FmHA (Rural Housing), or VA mortgage (or if the mortgage is insured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mortgage company).</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vehicle loans. Do you have insurance on the vehicle?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secured loans. Have you agreed with any creditor that it can take any of your possessions from you, such as your car or your furniture, if you don't keep up with your payments? Is any of the collateral located somewhere other than your home?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of the people or entities who are also liable for any debts listed above, including all guarantors and co-obligors.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applied or been approved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modification of your mortgage? If yes, describe and state whether you are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plan or permanent modification: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Unsecured Debt.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each unsecured claim, please provide the following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Creditor's name and contact information (mailing address, zip code, telephone number, and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 Claim information, including the account number, amount of claim, date, or dates debt was incurred</w:t>
      </w:r>
    </w:p>
    <w:p>
      <w:pPr>
        <w:keepNext w:val="0"/>
        <w:spacing w:before="200" w:after="0" w:line="260" w:lineRule="exact"/>
        <w:ind w:left="720" w:right="0" w:firstLine="0"/>
        <w:jc w:val="both"/>
      </w:pPr>
      <w:r>
        <w:rPr>
          <w:rFonts w:ascii="Times New Roman" w:hAnsi="Times New Roman" w:eastAsia="Times New Roman" w:cs="Times New Roman"/>
          <w:b w:val="0"/>
          <w:sz w:val="24"/>
        </w:rPr>
        <w:t>• The nature of the claim (for example, trade debts, bank loans, professional services, and government contracts)</w:t>
      </w:r>
    </w:p>
    <w:p>
      <w:pPr>
        <w:keepNext w:val="0"/>
        <w:spacing w:before="200" w:after="0" w:line="260" w:lineRule="exact"/>
        <w:ind w:left="720" w:right="0" w:firstLine="0"/>
        <w:jc w:val="both"/>
      </w:pPr>
      <w:r>
        <w:rPr>
          <w:rFonts w:ascii="Times New Roman" w:hAnsi="Times New Roman" w:eastAsia="Times New Roman" w:cs="Times New Roman"/>
          <w:b w:val="0"/>
          <w:sz w:val="24"/>
        </w:rPr>
        <w:t>• The basis for the claim</w:t>
      </w:r>
    </w:p>
    <w:p>
      <w:pPr>
        <w:keepNext w:val="0"/>
        <w:spacing w:before="200" w:after="0" w:line="260" w:lineRule="exact"/>
        <w:ind w:left="720" w:right="0" w:firstLine="0"/>
        <w:jc w:val="both"/>
      </w:pPr>
      <w:r>
        <w:rPr>
          <w:rFonts w:ascii="Times New Roman" w:hAnsi="Times New Roman" w:eastAsia="Times New Roman" w:cs="Times New Roman"/>
          <w:b w:val="0"/>
          <w:sz w:val="24"/>
        </w:rPr>
        <w:t>• Whether the claim is contingent, unliquidated, or disputed, or subject to offset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Include the unsecured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claim with the unsecured claims</w:t>
      </w:r>
    </w:p>
    <w:p>
      <w:pPr>
        <w:keepNext w:val="0"/>
        <w:spacing w:before="200" w:after="0" w:line="260" w:lineRule="exact"/>
        <w:ind w:left="720" w:right="0" w:firstLine="0"/>
        <w:jc w:val="both"/>
      </w:pPr>
      <w:r>
        <w:rPr>
          <w:rFonts w:ascii="Times New Roman" w:hAnsi="Times New Roman" w:eastAsia="Times New Roman" w:cs="Times New Roman"/>
          <w:b w:val="0"/>
          <w:sz w:val="24"/>
        </w:rPr>
        <w:t>• Whether the amounts are owed by you, your spouse, both, and/or another co-debtor</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outstanding federal, state, or local taxes. For each tax debt list the name and address of the taxing authority, the type of tax, the amount, and the date the tax became due.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outstanding domestic support obligations (including whom do you make payments and whether you are behind on payments). Specify the nature of the obligation (child support, alimony, property settlement) and whether such obligations are court-ordered obligations. If you have family court hearings coming up, explain and give dates.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or your vehicle been involved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vehicle accident in the last four years? Have you ever lost your driver's license? Have your children ever injured anyone else or their property? If the answer is yes to these questions, please provide details.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claims for death or personal injury while you were intoxicated.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applicable, list current outstanding amounts owed to any of your employees, including, wages, salaries, commissions, vacation, severance, and/or sick leave pay. Include the name of each such employee, the amount owed to each employee, and the dates when the unpaid compensation was earned.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Are there any debts from your or your spouse's former business? If yes, list them and give details.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and describe any debts for deposits by individuals for the purchase, lease, or rental of property or services for personal, family, or household use that were not delivered or provided by you.</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outstanding contributions to employee benefit plans owed. Also, list any debts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plan, and other similar debts. Include contact information for the plan administrator and detail when the services giving rise to the unpaid contributions were rendered.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outstanding debts to grain farmers or U.S. fishermen.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student loan debts (including any loans you cosigned for someone else). Detail who provided the loan, the amount, the school, whether you (or the person you cosigned for) finished school (if not, why), how much was repaid, and whether anyone else has made payments on the debt.</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credit card debts or cash advances, including debts of more than $500 in the last ninety days and advances of more than $500 in the last 70 days. Include department store credit cards. If you have gone over your credit limit on any credit cards, provide details.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your debts listed on this form are owed to finance companies, did you sign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that listed some of your property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television) and stated that the property would be security or collateral for the loan?</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owe money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payday loan, auto title loan,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cashing service? If so, give details: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medical debts.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personal loan debts (including loans provided by your dependents, relatives).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any other unsecured debts not already disclosed. Examples are listed below and additional space is included below the list to explain any of the debts in the example list or to add other debts not included in the example list: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Store charges: 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Cable T.V. bills: 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Welfare debts: ______</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Back rent: ______</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Criminal restitution debts: 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Money owed to creditors who repossessed your property: 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Schools: ______</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Traffic tickets or parking tickets: ______</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Bills owed to old landlords: ______</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Loans on your pension: ______</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Judgments: ______</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Bills for goods or services: 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all of the people or entities and their addresses who are also liable for any debts listed above, including all guarantors and co-obligors.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ever been the cosigner on someone else's loan or debt that hasn't been paid off? If so, provide the creditor's name and address, the date of the debt, the amount owed, and the name and address of the person you cosigned for.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borrowed any money for someone else's benefit? If so, list the following unless you are sure that loan or debt has been paid: creditor's name and address, collection agent or attorney, the date of the debt and which spouse owes, for what, and the current amount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put up any of your property as collateral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you cosigned, list the creditor, type of property, and how much the property is worth now.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________________________________________________________________________________________________________________________________________________________________________________________________________________________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