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Informed Assent for Clinical Trials for Children/Minors</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Informed Assent for Clinical Trial for Children/Minors</w:t>
      </w:r>
    </w:p>
    <w:p>
      <w:pPr>
        <w:keepNext w:val="0"/>
        <w:spacing w:before="200" w:after="0" w:line="260" w:lineRule="exact"/>
        <w:ind w:left="720" w:right="0" w:firstLine="0"/>
        <w:jc w:val="both"/>
      </w:pPr>
      <w:r>
        <w:rPr>
          <w:rFonts w:ascii="Times New Roman" w:hAnsi="Times New Roman" w:eastAsia="Times New Roman" w:cs="Times New Roman"/>
          <w:b w:val="0"/>
          <w:sz w:val="24"/>
        </w:rPr>
        <w:t>[Project Title]</w:t>
      </w:r>
    </w:p>
    <w:p>
      <w:pPr>
        <w:keepNext w:val="0"/>
        <w:spacing w:before="200" w:after="0" w:line="260" w:lineRule="exact"/>
        <w:ind w:left="720" w:right="0" w:firstLine="0"/>
        <w:jc w:val="both"/>
      </w:pPr>
      <w:r>
        <w:rPr>
          <w:rFonts w:ascii="Times New Roman" w:hAnsi="Times New Roman" w:eastAsia="Times New Roman" w:cs="Times New Roman"/>
          <w:b w:val="0"/>
          <w:sz w:val="24"/>
        </w:rPr>
        <w:t>[Principal Investigator]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are doing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research project about [language describing the research's purpose]. Research studies help us learn more about people. If you decide to take part in the study, you will be asked to [description of requirements, expectations, and time involved].</w:t>
      </w:r>
    </w:p>
    <w:p>
      <w:pPr>
        <w:keepNext w:val="0"/>
        <w:spacing w:before="200" w:after="0" w:line="260" w:lineRule="exact"/>
        <w:ind w:left="720" w:right="0" w:firstLine="0"/>
        <w:jc w:val="both"/>
      </w:pPr>
      <w:r>
        <w:rPr>
          <w:rFonts w:ascii="Times New Roman" w:hAnsi="Times New Roman" w:eastAsia="Times New Roman" w:cs="Times New Roman"/>
          <w:b w:val="0"/>
          <w:sz w:val="24"/>
        </w:rPr>
        <w:t>There are some things you should know before you decide. The research study involves [what the child/minor should know; for example, procedures, risks, discomforts, may take time, etc.].</w:t>
      </w:r>
    </w:p>
    <w:p>
      <w:pPr>
        <w:keepNext w:val="0"/>
        <w:spacing w:before="200" w:after="0" w:line="260" w:lineRule="exact"/>
        <w:ind w:left="720" w:right="0" w:firstLine="0"/>
        <w:jc w:val="both"/>
      </w:pPr>
      <w:r>
        <w:rPr>
          <w:rFonts w:ascii="Times New Roman" w:hAnsi="Times New Roman" w:eastAsia="Times New Roman" w:cs="Times New Roman"/>
          <w:b w:val="0"/>
          <w:sz w:val="24"/>
        </w:rPr>
        <w:t>You may not end up getting the benefit we hope; everyone is different and may feel differently going through the study. Benefits should help you and make you feel better and might include [expected benefits].</w:t>
      </w:r>
    </w:p>
    <w:p>
      <w:pPr>
        <w:keepNext w:val="0"/>
        <w:spacing w:before="200" w:after="0" w:line="260" w:lineRule="exact"/>
        <w:ind w:left="720" w:right="0" w:firstLine="0"/>
        <w:jc w:val="both"/>
      </w:pPr>
      <w:r>
        <w:rPr>
          <w:rFonts w:ascii="Times New Roman" w:hAnsi="Times New Roman" w:eastAsia="Times New Roman" w:cs="Times New Roman"/>
          <w:b w:val="0"/>
          <w:sz w:val="24"/>
        </w:rPr>
        <w:t>If you decide not to take part in the research study, we will still tell you other treatments you can follow.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the end of the research study, we will let you know what we learned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We will not use your name or let anyone know you were in the research study in this report.</w:t>
      </w:r>
    </w:p>
    <w:p>
      <w:pPr>
        <w:keepNext w:val="0"/>
        <w:spacing w:before="200" w:after="0" w:line="260" w:lineRule="exact"/>
        <w:ind w:left="720" w:right="0" w:firstLine="0"/>
        <w:jc w:val="both"/>
      </w:pPr>
      <w:r>
        <w:rPr>
          <w:rFonts w:ascii="Times New Roman" w:hAnsi="Times New Roman" w:eastAsia="Times New Roman" w:cs="Times New Roman"/>
          <w:b w:val="0"/>
          <w:sz w:val="24"/>
        </w:rPr>
        <w:t>You do not have to be in this research study, and if you change your mind once we start, it is okay. Your parents also know about this research study.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If you want to be in the research study, please sign your name.</w:t>
      </w:r>
    </w:p>
    <w:p>
      <w:pPr>
        <w:keepNext w:val="0"/>
        <w:spacing w:before="200" w:after="0" w:line="260" w:lineRule="exact"/>
        <w:ind w:left="360" w:right="0" w:firstLine="0"/>
        <w:jc w:val="both"/>
      </w:pPr>
      <w:r>
        <w:rPr>
          <w:rFonts w:ascii="Times New Roman" w:hAnsi="Times New Roman" w:eastAsia="Times New Roman" w:cs="Times New Roman"/>
          <w:b w:val="0"/>
          <w:sz w:val="24"/>
        </w:rPr>
        <w:t>I, [child/minor name], want to be in this research study.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 Your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following longer form can be used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Informed Assent for Clinical Trials when the subjects are children/minors and parental permission is also required.</w:t>
      </w:r>
    </w:p>
    <w:p>
      <w:pPr>
        <w:keepNext w:val="0"/>
        <w:spacing w:before="200" w:after="0" w:line="260" w:lineRule="exact"/>
        <w:ind w:left="360" w:right="0" w:firstLine="0"/>
        <w:jc w:val="both"/>
      </w:pPr>
      <w:r>
        <w:rPr>
          <w:rFonts w:ascii="Times New Roman" w:hAnsi="Times New Roman" w:eastAsia="Times New Roman" w:cs="Times New Roman"/>
          <w:b/>
          <w:sz w:val="24"/>
        </w:rPr>
        <w:t>Informed Assent for Clinical Trials for Children/Minors with Parental Permission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Informed Assent for Clinical Trial for Children/Minors has two parts. The first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information sheet containing information about the clinical trial and the research we are doing as part of it. The second is the certificate of assent where you will sign if you agree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clinical trial. You will be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fully signed Informed Assent for Clinical Trial for Children/Minors with Parental Permission should you agree to take part.</w:t>
      </w:r>
    </w:p>
    <w:p>
      <w:pPr>
        <w:keepNext w:val="0"/>
        <w:spacing w:before="120" w:after="0" w:line="260" w:lineRule="exact"/>
        <w:ind w:left="360" w:right="0" w:firstLine="0"/>
        <w:jc w:val="left"/>
      </w:pPr>
      <w:r>
        <w:rPr>
          <w:rFonts w:ascii="Times New Roman" w:hAnsi="Times New Roman" w:eastAsia="Times New Roman" w:cs="Times New Roman"/>
          <w:b w:val="0"/>
          <w:sz w:val="24"/>
        </w:rPr>
        <w:t>Part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Sheet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[name of principal investigator]</w:t>
      </w:r>
    </w:p>
    <w:p>
      <w:pPr>
        <w:keepNext w:val="0"/>
        <w:spacing w:before="200" w:after="0" w:line="260" w:lineRule="exact"/>
        <w:ind w:left="1080" w:right="0" w:firstLine="0"/>
        <w:jc w:val="both"/>
      </w:pPr>
      <w:r>
        <w:rPr>
          <w:rFonts w:ascii="Times New Roman" w:hAnsi="Times New Roman" w:eastAsia="Times New Roman" w:cs="Times New Roman"/>
          <w:b w:val="0"/>
          <w:sz w:val="24"/>
        </w:rPr>
        <w:t>[name of organization]</w:t>
      </w:r>
    </w:p>
    <w:p>
      <w:pPr>
        <w:keepNext w:val="0"/>
        <w:spacing w:before="200" w:after="0" w:line="260" w:lineRule="exact"/>
        <w:ind w:left="1080" w:right="0" w:firstLine="0"/>
        <w:jc w:val="both"/>
      </w:pPr>
      <w:r>
        <w:rPr>
          <w:rFonts w:ascii="Times New Roman" w:hAnsi="Times New Roman" w:eastAsia="Times New Roman" w:cs="Times New Roman"/>
          <w:b w:val="0"/>
          <w:sz w:val="24"/>
        </w:rPr>
        <w:t>[name of sponsor]</w:t>
      </w:r>
    </w:p>
    <w:p>
      <w:pPr>
        <w:keepNext w:val="0"/>
        <w:spacing w:before="200" w:after="0" w:line="260" w:lineRule="exact"/>
        <w:ind w:left="1080" w:right="0" w:firstLine="0"/>
        <w:jc w:val="both"/>
      </w:pPr>
      <w:r>
        <w:rPr>
          <w:rFonts w:ascii="Times New Roman" w:hAnsi="Times New Roman" w:eastAsia="Times New Roman" w:cs="Times New Roman"/>
          <w:b w:val="0"/>
          <w:sz w:val="24"/>
        </w:rPr>
        <w:t>[name of proposal and version]</w:t>
      </w:r>
    </w:p>
    <w:p>
      <w:pPr>
        <w:keepNext w:val="0"/>
        <w:spacing w:before="200" w:after="0" w:line="260" w:lineRule="exact"/>
        <w:ind w:left="1080" w:right="0" w:firstLine="0"/>
        <w:jc w:val="both"/>
      </w:pPr>
      <w:r>
        <w:rPr>
          <w:rFonts w:ascii="Times New Roman" w:hAnsi="Times New Roman" w:eastAsia="Times New Roman" w:cs="Times New Roman"/>
          <w:b w:val="0"/>
          <w:sz w:val="24"/>
        </w:rPr>
        <w:t>Our research group wants to learn about [disease name], and in this document, I will give you information about the research and ask you if you want to participate in the research. You do not have to decide today. It is important that you take the time you need to decide and to speak with anyone to help you make this decision, including your parents.</w:t>
      </w:r>
    </w:p>
    <w:p>
      <w:pPr>
        <w:keepNext w:val="0"/>
        <w:spacing w:before="200" w:after="0" w:line="260" w:lineRule="exact"/>
        <w:ind w:left="1080" w:right="0" w:firstLine="0"/>
        <w:jc w:val="both"/>
      </w:pPr>
      <w:r>
        <w:rPr>
          <w:rFonts w:ascii="Times New Roman" w:hAnsi="Times New Roman" w:eastAsia="Times New Roman" w:cs="Times New Roman"/>
          <w:b w:val="0"/>
          <w:sz w:val="24"/>
        </w:rPr>
        <w:t>You may see some unfamiliar words or concepts that are confusing or that you do not fully understand. Please ask me any questions, and I will take the time to explain them to you. If you have questions later, please ask me.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the Research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purpose of this clinical trial is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[Detailed explanation of the purpose of the research]</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Type of Research Intervention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clinical trial involves the following intervention(s):</w:t>
      </w:r>
    </w:p>
    <w:p>
      <w:pPr>
        <w:keepNext w:val="0"/>
        <w:spacing w:before="200" w:after="0" w:line="260" w:lineRule="exact"/>
        <w:ind w:left="1080" w:right="0" w:firstLine="0"/>
        <w:jc w:val="both"/>
      </w:pPr>
      <w:r>
        <w:rPr>
          <w:rFonts w:ascii="Times New Roman" w:hAnsi="Times New Roman" w:eastAsia="Times New Roman" w:cs="Times New Roman"/>
          <w:b w:val="0"/>
          <w:sz w:val="24"/>
        </w:rPr>
        <w:t>[Detailed explanation of research intervention]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 Participation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Your participation in this research is entirely voluntary and your choice. If you decide not to participate, you will be offered the usual treatment offered in this clinic/hospital for [disease name]. You may change your mind at any time and stop participating in the clinical trial even if you agreed before.</w:t>
      </w:r>
    </w:p>
    <w:p>
      <w:pPr>
        <w:keepNext w:val="0"/>
        <w:spacing w:before="200" w:after="0" w:line="260" w:lineRule="exact"/>
        <w:ind w:left="1080" w:right="0" w:firstLine="0"/>
        <w:jc w:val="both"/>
      </w:pPr>
      <w:r>
        <w:rPr>
          <w:rFonts w:ascii="Times New Roman" w:hAnsi="Times New Roman" w:eastAsia="Times New Roman" w:cs="Times New Roman"/>
          <w:b w:val="0"/>
          <w:sz w:val="24"/>
        </w:rPr>
        <w:t>If you decide not to participate, you should consider trying [alternative treatments]. These other treatments could help you feel better without joining the clinical trial.</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and Protocol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[Detailed explanation of the procedures and protocol used in the clinical trial]</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[Expected duration of the clinical trial]</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Side Effects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[Explanation of known or anticipated side effects]</w:t>
      </w:r>
    </w:p>
    <w:p>
      <w:pPr>
        <w:keepNext w:val="0"/>
        <w:spacing w:before="120" w:after="0" w:line="260" w:lineRule="exact"/>
        <w:ind w:left="72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Risks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[Explanation of possible risks]</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[Explanation of benefits]</w:t>
      </w:r>
    </w:p>
    <w:p>
      <w:pPr>
        <w:keepNext w:val="0"/>
        <w:spacing w:before="120" w:after="0" w:line="260" w:lineRule="exact"/>
        <w:ind w:left="72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[Explanation of reimbursements]</w:t>
      </w:r>
    </w:p>
    <w:p>
      <w:pPr>
        <w:keepNext w:val="0"/>
        <w:spacing w:before="120" w:after="0" w:line="260" w:lineRule="exact"/>
        <w:ind w:left="72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[Confidentiality statement]</w:t>
      </w:r>
    </w:p>
    <w:p>
      <w:pPr>
        <w:keepNext w:val="0"/>
        <w:spacing w:before="120" w:after="0" w:line="260" w:lineRule="exact"/>
        <w:ind w:left="72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Sharing the Results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information we learn from this research will be shared with you through [follow-up and results informational methods] before it is made available to the general public. Confidential information will not be shared. After [date or time frame], we will publish the results to allow others to learn from our research.</w:t>
      </w:r>
    </w:p>
    <w:p>
      <w:pPr>
        <w:keepNext w:val="0"/>
        <w:spacing w:before="120" w:after="0" w:line="260" w:lineRule="exact"/>
        <w:ind w:left="72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Refuse or Withdraw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[Statement of right to refuse or withdraw]</w:t>
      </w:r>
    </w:p>
    <w:p>
      <w:pPr>
        <w:keepNext w:val="0"/>
        <w:spacing w:before="120" w:after="0" w:line="260" w:lineRule="exact"/>
        <w:ind w:left="72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Who to Contact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[proposal/research] has been reviewed and approved by [name of the institutional review board (IRB)]. If you would like additional information about the [IRB name], please contact [IRB contact information].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Part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Assent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Statement of Subject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have read the information or it has been read to me. I have had the opportunity to ask questions about the research and this informed assent. Any questions I have asked have been answered. I voluntarily assent to take part in this research.</w:t>
      </w:r>
    </w:p>
    <w:p>
      <w:pPr>
        <w:keepNext w:val="0"/>
        <w:spacing w:before="120" w:after="0" w:line="260" w:lineRule="exact"/>
        <w:ind w:left="1080" w:right="0" w:firstLine="0"/>
        <w:jc w:val="left"/>
      </w:pPr>
      <w:r>
        <w:rPr>
          <w:rFonts w:ascii="Times New Roman" w:hAnsi="Times New Roman" w:eastAsia="Times New Roman" w:cs="Times New Roman"/>
          <w:b w:val="0"/>
          <w:sz w:val="24"/>
        </w:rPr>
        <w:t>Print name of child: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child: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Statement of Researcher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have accurately read out this informed assent to the subject and, to the best of my ability, have ensured the subject understands the research. I confirm that the subject was given the chance to ask questions and that the questions were answered truthfully and to the best of my ability. I confirm the subject has not been coerced into giving assent, and that the subject's assent has been given freely and voluntarily.</w:t>
      </w:r>
    </w:p>
    <w:p>
      <w:pPr>
        <w:keepNext w:val="0"/>
        <w:spacing w:before="120" w:after="0" w:line="260" w:lineRule="exact"/>
        <w:ind w:left="720" w:right="0" w:firstLine="0"/>
        <w:jc w:val="left"/>
      </w:pPr>
      <w:r>
        <w:rPr>
          <w:rFonts w:ascii="Times New Roman" w:hAnsi="Times New Roman" w:eastAsia="Times New Roman" w:cs="Times New Roman"/>
          <w:b w:val="0"/>
          <w:sz w:val="24"/>
        </w:rPr>
        <w:t>Print name of witness: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informed assent has been given to the subject.</w:t>
      </w:r>
    </w:p>
    <w:p>
      <w:pPr>
        <w:keepNext w:val="0"/>
        <w:spacing w:before="120" w:after="0" w:line="260" w:lineRule="exact"/>
        <w:ind w:left="360" w:right="0" w:firstLine="0"/>
        <w:jc w:val="left"/>
      </w:pPr>
      <w:r>
        <w:rPr>
          <w:rFonts w:ascii="Times New Roman" w:hAnsi="Times New Roman" w:eastAsia="Times New Roman" w:cs="Times New Roman"/>
          <w:b/>
          <w:sz w:val="24"/>
        </w:rPr>
        <w:t>Parental Permission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Your signature on this form will mean all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research study was explained to you</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chance to ask all the questions you have at this time and all questions have been answered clearly and to your satisfaction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understand that the persons listed on this form will answer any other questions you or your child may have about the research study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Your child has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research participant, and we will tell you new information or changes to the study that may affect your child's health or your willingness to have him or her stay in the study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signing this parental permission, you do not give up any of your legal rights, and</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agree to have your child take part in this research study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Research Participant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Parent or Legal Guardian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Parent or Legal Guardian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