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Informed Consent for Clinical Trials Form</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sz w:val="24"/>
        </w:rPr>
        <w:t>Informed Consent for Clinical Trial for [__________]</w:t>
      </w:r>
    </w:p>
    <w:p>
      <w:pPr>
        <w:keepNext w:val="0"/>
        <w:spacing w:before="200" w:after="0" w:line="260" w:lineRule="exact"/>
        <w:ind w:left="360" w:right="0" w:firstLine="0"/>
        <w:jc w:val="both"/>
      </w:pPr>
      <w:r>
        <w:rPr>
          <w:rFonts w:ascii="Times New Roman" w:hAnsi="Times New Roman" w:eastAsia="Times New Roman" w:cs="Times New Roman"/>
          <w:b w:val="0"/>
          <w:sz w:val="24"/>
        </w:rPr>
        <w:t>This Informed Consent for Clinical Trial is for adults over the age of 18 who have [disease name] and take [medication name] and who we are inviting to participate in research on [research subject].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Informed Consent for Clinical Trial has two parts. The first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information sheet containing information about the clinical trial and the research we are undertaking as part of it. The second is the certificate of consent where you will sign if you agree to take part in this clinical trial. You will be given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fully signed Informed Consent for Clinical Trial should you agree to take part.</w:t>
      </w:r>
    </w:p>
    <w:p>
      <w:pPr>
        <w:keepNext w:val="0"/>
        <w:spacing w:before="120" w:after="0" w:line="260" w:lineRule="exact"/>
        <w:ind w:left="360" w:right="0" w:firstLine="0"/>
        <w:jc w:val="left"/>
      </w:pPr>
      <w:r>
        <w:rPr>
          <w:rFonts w:ascii="Times New Roman" w:hAnsi="Times New Roman" w:eastAsia="Times New Roman" w:cs="Times New Roman"/>
          <w:b w:val="0"/>
          <w:sz w:val="24"/>
        </w:rPr>
        <w:t>Part 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Information Sheet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Introduction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[name of principal investigator]</w:t>
      </w:r>
    </w:p>
    <w:p>
      <w:pPr>
        <w:keepNext w:val="0"/>
        <w:spacing w:before="200" w:after="0" w:line="260" w:lineRule="exact"/>
        <w:ind w:left="1080" w:right="0" w:firstLine="0"/>
        <w:jc w:val="both"/>
      </w:pPr>
      <w:r>
        <w:rPr>
          <w:rFonts w:ascii="Times New Roman" w:hAnsi="Times New Roman" w:eastAsia="Times New Roman" w:cs="Times New Roman"/>
          <w:b w:val="0"/>
          <w:sz w:val="24"/>
        </w:rPr>
        <w:t>[name of organization]</w:t>
      </w:r>
    </w:p>
    <w:p>
      <w:pPr>
        <w:keepNext w:val="0"/>
        <w:spacing w:before="200" w:after="0" w:line="260" w:lineRule="exact"/>
        <w:ind w:left="1080" w:right="0" w:firstLine="0"/>
        <w:jc w:val="both"/>
      </w:pPr>
      <w:r>
        <w:rPr>
          <w:rFonts w:ascii="Times New Roman" w:hAnsi="Times New Roman" w:eastAsia="Times New Roman" w:cs="Times New Roman"/>
          <w:b w:val="0"/>
          <w:sz w:val="24"/>
        </w:rPr>
        <w:t>[name of sponsor]</w:t>
      </w:r>
    </w:p>
    <w:p>
      <w:pPr>
        <w:keepNext w:val="0"/>
        <w:spacing w:before="200" w:after="0" w:line="260" w:lineRule="exact"/>
        <w:ind w:left="1080" w:right="0" w:firstLine="0"/>
        <w:jc w:val="both"/>
      </w:pPr>
      <w:r>
        <w:rPr>
          <w:rFonts w:ascii="Times New Roman" w:hAnsi="Times New Roman" w:eastAsia="Times New Roman" w:cs="Times New Roman"/>
          <w:b w:val="0"/>
          <w:sz w:val="24"/>
        </w:rPr>
        <w:t>[name of proposal and version]</w:t>
      </w:r>
    </w:p>
    <w:p>
      <w:pPr>
        <w:keepNext w:val="0"/>
        <w:spacing w:before="200" w:after="0" w:line="260" w:lineRule="exact"/>
        <w:ind w:left="1080" w:right="0" w:firstLine="0"/>
        <w:jc w:val="both"/>
      </w:pPr>
      <w:r>
        <w:rPr>
          <w:rFonts w:ascii="Times New Roman" w:hAnsi="Times New Roman" w:eastAsia="Times New Roman" w:cs="Times New Roman"/>
          <w:b w:val="0"/>
          <w:sz w:val="24"/>
        </w:rPr>
        <w:t>We are conducting research on [disease name], and in this document, I will give you information about the research and invite you to participate in the research. You do not have to decide today if you want to participate. It is important that you take the time you need to decide and to speak with anyone to help you make this decision.</w:t>
      </w:r>
    </w:p>
    <w:p>
      <w:pPr>
        <w:keepNext w:val="0"/>
        <w:spacing w:before="200" w:after="0" w:line="260" w:lineRule="exact"/>
        <w:ind w:left="1080" w:right="0" w:firstLine="0"/>
        <w:jc w:val="both"/>
      </w:pPr>
      <w:r>
        <w:rPr>
          <w:rFonts w:ascii="Times New Roman" w:hAnsi="Times New Roman" w:eastAsia="Times New Roman" w:cs="Times New Roman"/>
          <w:b w:val="0"/>
          <w:sz w:val="24"/>
        </w:rPr>
        <w:t>In reviewing this document, there may be some unfamiliar words or concepts that are confusing or that you do not fully understand. Please ask me any questions to clarify, and I will take the time to explain them to you. If you have questions later, please ask me or any member of the clinical trial team.</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 of the Research</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purpose of this clinical trial is as follows:</w:t>
      </w:r>
    </w:p>
    <w:p>
      <w:pPr>
        <w:keepNext w:val="0"/>
        <w:spacing w:before="200" w:after="0" w:line="260" w:lineRule="exact"/>
        <w:ind w:left="1080" w:right="0" w:firstLine="0"/>
        <w:jc w:val="both"/>
      </w:pPr>
      <w:r>
        <w:rPr>
          <w:rFonts w:ascii="Times New Roman" w:hAnsi="Times New Roman" w:eastAsia="Times New Roman" w:cs="Times New Roman"/>
          <w:b w:val="0"/>
          <w:sz w:val="24"/>
        </w:rPr>
        <w:t>[Detailed explanation of the purpose of the research]</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Type of Research Intervention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clinical trial involves the following intervention(s):</w:t>
      </w:r>
    </w:p>
    <w:p>
      <w:pPr>
        <w:keepNext w:val="0"/>
        <w:spacing w:before="200" w:after="0" w:line="260" w:lineRule="exact"/>
        <w:ind w:left="1080" w:right="0" w:firstLine="0"/>
        <w:jc w:val="both"/>
      </w:pPr>
      <w:r>
        <w:rPr>
          <w:rFonts w:ascii="Times New Roman" w:hAnsi="Times New Roman" w:eastAsia="Times New Roman" w:cs="Times New Roman"/>
          <w:b w:val="0"/>
          <w:sz w:val="24"/>
        </w:rPr>
        <w:t>[Detailed explanation of research intervention]</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Participant Selection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We are inviting all adults with [disease name] to participate in the research on the new drug [drug name].</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Voluntary Participation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Your participation in this research is entirely voluntary. It is your decision whether to participate or not. Whether you choose to participate or not, all the services you typically receive will continue. If you decide not to participate, you will be offered the typical treatment offered in this clinic/hospital for [disease name]. You may change your mind at any time and stop participating in the clinical trial even if you agreed earlier.</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Information on the Trial Drug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[Detailed explanation of the specific phase of the drug trial and information about the drug]</w:t>
      </w:r>
    </w:p>
    <w:p>
      <w:pPr>
        <w:keepNext w:val="0"/>
        <w:spacing w:before="120" w:after="0" w:line="260" w:lineRule="exact"/>
        <w:ind w:left="72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Procedures and Protocol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[Detailed explanation of the procedures and protocol used in the clinical trial]</w:t>
      </w:r>
    </w:p>
    <w:p>
      <w:pPr>
        <w:keepNext w:val="0"/>
        <w:spacing w:before="120" w:after="0" w:line="260" w:lineRule="exact"/>
        <w:ind w:left="72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[Expected duration of the clinical trial]</w:t>
      </w:r>
    </w:p>
    <w:p>
      <w:pPr>
        <w:keepNext w:val="0"/>
        <w:spacing w:before="120" w:after="0" w:line="260" w:lineRule="exact"/>
        <w:ind w:left="72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Side Effects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[Explanation of known or anticipated side effects]</w:t>
      </w:r>
    </w:p>
    <w:p>
      <w:pPr>
        <w:keepNext w:val="0"/>
        <w:spacing w:before="120" w:after="0" w:line="260" w:lineRule="exact"/>
        <w:ind w:left="72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Risks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[Explanation of possible risks]</w:t>
      </w:r>
    </w:p>
    <w:p>
      <w:pPr>
        <w:keepNext w:val="0"/>
        <w:spacing w:before="120" w:after="0" w:line="260" w:lineRule="exact"/>
        <w:ind w:left="72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[Explanation of benefits]</w:t>
      </w:r>
    </w:p>
    <w:p>
      <w:pPr>
        <w:keepNext w:val="0"/>
        <w:spacing w:before="120" w:after="0" w:line="260" w:lineRule="exact"/>
        <w:ind w:left="720" w:right="0" w:firstLine="0"/>
        <w:jc w:val="left"/>
      </w:pPr>
      <w:r>
        <w:rPr>
          <w:rFonts w:ascii="Times New Roman" w:hAnsi="Times New Roman" w:eastAsia="Times New Roman" w:cs="Times New Roman"/>
          <w:b w:val="0"/>
          <w:sz w:val="24"/>
        </w:rPr>
        <w:t>L.</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Reimbursements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[Explanation of reimbursements]</w:t>
      </w:r>
    </w:p>
    <w:p>
      <w:pPr>
        <w:keepNext w:val="0"/>
        <w:spacing w:before="120" w:after="0" w:line="260" w:lineRule="exact"/>
        <w:ind w:left="720" w:right="0" w:firstLine="0"/>
        <w:jc w:val="left"/>
      </w:pPr>
      <w:r>
        <w:rPr>
          <w:rFonts w:ascii="Times New Roman" w:hAnsi="Times New Roman" w:eastAsia="Times New Roman" w:cs="Times New Roman"/>
          <w:b w:val="0"/>
          <w:sz w:val="24"/>
        </w:rPr>
        <w:t>M.</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[Confidentiality statement]</w:t>
      </w:r>
    </w:p>
    <w:p>
      <w:pPr>
        <w:keepNext w:val="0"/>
        <w:spacing w:before="120" w:after="0" w:line="260" w:lineRule="exact"/>
        <w:ind w:left="720" w:right="0" w:firstLine="0"/>
        <w:jc w:val="left"/>
      </w:pPr>
      <w:r>
        <w:rPr>
          <w:rFonts w:ascii="Times New Roman" w:hAnsi="Times New Roman" w:eastAsia="Times New Roman" w:cs="Times New Roman"/>
          <w:b w:val="0"/>
          <w:sz w:val="24"/>
        </w:rPr>
        <w:t>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Sharing the Results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information and knowledge we obtain from conducting this research will be shared with you through [results communication method] before it is made available to the general public. Confidential information will not be shared. After [date or time frame], we will publish the results to allow others to learn from our research.</w:t>
      </w:r>
    </w:p>
    <w:p>
      <w:pPr>
        <w:keepNext w:val="0"/>
        <w:spacing w:before="120" w:after="0" w:line="260" w:lineRule="exact"/>
        <w:ind w:left="720" w:right="0" w:firstLine="0"/>
        <w:jc w:val="left"/>
      </w:pPr>
      <w:r>
        <w:rPr>
          <w:rFonts w:ascii="Times New Roman" w:hAnsi="Times New Roman" w:eastAsia="Times New Roman" w:cs="Times New Roman"/>
          <w:b w:val="0"/>
          <w:sz w:val="24"/>
        </w:rPr>
        <w:t>O.</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to Refuse or Withdraw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[Statement of right to refuse or withdraw]</w:t>
      </w:r>
    </w:p>
    <w:p>
      <w:pPr>
        <w:keepNext w:val="0"/>
        <w:spacing w:before="120" w:after="0" w:line="260" w:lineRule="exact"/>
        <w:ind w:left="720" w:right="0" w:firstLine="0"/>
        <w:jc w:val="left"/>
      </w:pPr>
      <w:r>
        <w:rPr>
          <w:rFonts w:ascii="Times New Roman" w:hAnsi="Times New Roman" w:eastAsia="Times New Roman" w:cs="Times New Roman"/>
          <w:b w:val="0"/>
          <w:sz w:val="24"/>
        </w:rPr>
        <w:t>P.</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Who to Contact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[proposal/research] has been reviewed and approved by [name of the institutional review board (IRB)]. If you would like additional information about the [IRB name], please contact [IRB contact person's name, address, 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Part 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Consent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Statement of Subject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have read the foregoing information or it has been read to me. I have had the opportunity to ask questions about the research and this informed consent, and any questions I have asked have been answered to my satisfaction. I voluntarily consent to take part in this research.</w:t>
      </w:r>
    </w:p>
    <w:p>
      <w:pPr>
        <w:keepNext w:val="0"/>
        <w:spacing w:before="120" w:after="0" w:line="260" w:lineRule="exact"/>
        <w:ind w:left="1080" w:right="0" w:firstLine="0"/>
        <w:jc w:val="left"/>
      </w:pPr>
      <w:r>
        <w:rPr>
          <w:rFonts w:ascii="Times New Roman" w:hAnsi="Times New Roman" w:eastAsia="Times New Roman" w:cs="Times New Roman"/>
          <w:b w:val="0"/>
          <w:sz w:val="24"/>
        </w:rPr>
        <w:t>Print name of subject: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of subject: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Date: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