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INFORMED CONSENT TO SURGERY</w:t>
      </w:r>
    </w:p>
    <w:p>
      <w:pPr/>
    </w:p>
    <w:p>
      <w:pPr/>
    </w:p>
    <w:p>
      <w:pPr/>
      <w:r>
        <w:rPr>
          <w:rFonts w:ascii="Times New Roman" w:hAnsi="Times New Roman" w:eastAsia="Times New Roman" w:cs="Times New Roman"/>
          <w:b/>
          <w:sz w:val="24"/>
        </w:rPr>
        <w:t xml:space="preserve">1. Title of Form. </w:t>
      </w:r>
    </w:p>
    <w:p>
      <w:pPr/>
    </w:p>
    <w:p>
      <w:pPr/>
      <w:r>
        <w:rPr>
          <w:rFonts w:ascii="Times New Roman" w:hAnsi="Times New Roman" w:eastAsia="Times New Roman" w:cs="Times New Roman"/>
          <w:sz w:val="24"/>
        </w:rPr>
        <w:t>This form is called an “Informed Consent Form.” It is your doctor’s obligation to provide you with the information you need in order to decide whether to consent to the surgery or special procedure that your doctors have recommended. The purpose of this form is to verify that you have received this information and have given your consent to the surgery or special procedure recommended to you. you should read this form carefully and ask questions of your doctors so that you understand the operation or procedure before you decide whether or not to give your consent. If you have questions, you are encouraged and expected to ask them before you sign this form. Your doctors are not employees or agents of the hospital. They are independent medical practitioners.</w:t>
      </w:r>
    </w:p>
    <w:p>
      <w:pPr/>
    </w:p>
    <w:p>
      <w:pPr/>
      <w:r>
        <w:rPr>
          <w:rFonts w:ascii="Times New Roman" w:hAnsi="Times New Roman" w:eastAsia="Times New Roman" w:cs="Times New Roman"/>
          <w:b/>
          <w:sz w:val="24"/>
        </w:rPr>
        <w:t>2. Recommendation</w:t>
      </w:r>
    </w:p>
    <w:p>
      <w:pPr/>
    </w:p>
    <w:p>
      <w:pPr/>
      <w:r>
        <w:rPr>
          <w:rFonts w:ascii="Times New Roman" w:hAnsi="Times New Roman" w:eastAsia="Times New Roman" w:cs="Times New Roman"/>
          <w:sz w:val="24"/>
        </w:rPr>
        <w:t xml:space="preserve">Your doctors have recommended the following operation or procedure: </w:t>
      </w:r>
      <w:r>
        <w:rPr>
          <w:rFonts w:ascii="Times New Roman" w:hAnsi="Times New Roman" w:eastAsia="Times New Roman" w:cs="Times New Roman"/>
          <w:sz w:val="24"/>
        </w:rPr>
        <w:t>[DESCRIBE PROCEDURE]</w:t>
      </w:r>
      <w:r>
        <w:rPr>
          <w:rFonts w:ascii="Times New Roman" w:hAnsi="Times New Roman" w:eastAsia="Times New Roman" w:cs="Times New Roman"/>
          <w:sz w:val="24"/>
        </w:rPr>
        <w:t xml:space="preserve"> and the following type of anesthesia: </w:t>
      </w:r>
      <w:r>
        <w:rPr>
          <w:rFonts w:ascii="Times New Roman" w:hAnsi="Times New Roman" w:eastAsia="Times New Roman" w:cs="Times New Roman"/>
          <w:sz w:val="24"/>
        </w:rPr>
        <w:t>[IDENTIFY ANESTHESIA]</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Upon your authorization and consent, this operation or procedure, together with any different or further procedures which, in the opinion of the doctor(s) performing the procedure, may be indicated due to any emergency, will be performed on you. The operations or procedures will be performed by the doctor named below (or, in the event the doctor is unable to perform or complete the procedure, a qualified substitute doctor), together with associates and assistants, including anesthesiologists, pathologists, and radiologists from the medical staff of </w:t>
      </w:r>
      <w:r>
        <w:rPr>
          <w:rFonts w:ascii="Times New Roman" w:hAnsi="Times New Roman" w:eastAsia="Times New Roman" w:cs="Times New Roman"/>
          <w:sz w:val="24"/>
        </w:rPr>
        <w:t>[NAME OF HOSPITAL]</w:t>
      </w:r>
      <w:r>
        <w:rPr>
          <w:rFonts w:ascii="Times New Roman" w:hAnsi="Times New Roman" w:eastAsia="Times New Roman" w:cs="Times New Roman"/>
          <w:sz w:val="24"/>
        </w:rPr>
        <w:t xml:space="preserve"> to whom the doctor(s) performing the procedure may assign designated responsibilities.</w:t>
      </w:r>
    </w:p>
    <w:p>
      <w:pPr/>
    </w:p>
    <w:p>
      <w:pPr/>
      <w:r>
        <w:rPr>
          <w:rFonts w:ascii="Times New Roman" w:hAnsi="Times New Roman" w:eastAsia="Times New Roman" w:cs="Times New Roman"/>
          <w:b/>
          <w:sz w:val="24"/>
        </w:rPr>
        <w:t>3. Practitioner</w:t>
      </w:r>
    </w:p>
    <w:p>
      <w:pPr/>
    </w:p>
    <w:p>
      <w:pPr/>
      <w:r>
        <w:rPr>
          <w:rFonts w:ascii="Times New Roman" w:hAnsi="Times New Roman" w:eastAsia="Times New Roman" w:cs="Times New Roman"/>
          <w:sz w:val="24"/>
        </w:rPr>
        <w:t xml:space="preserve">Name of the practitioner who is performing the procedure or administering the medical treatment: </w:t>
      </w:r>
      <w:r>
        <w:rPr>
          <w:rFonts w:ascii="Times New Roman" w:hAnsi="Times New Roman" w:eastAsia="Times New Roman" w:cs="Times New Roman"/>
          <w:sz w:val="24"/>
        </w:rPr>
        <w:t>[NAME OF PRACTITIONER]</w:t>
      </w:r>
      <w:r>
        <w:rPr>
          <w:rFonts w:ascii="Times New Roman" w:hAnsi="Times New Roman" w:eastAsia="Times New Roman" w:cs="Times New Roman"/>
          <w:sz w:val="24"/>
        </w:rPr>
        <w:t>.</w:t>
      </w:r>
    </w:p>
    <w:p>
      <w:pPr/>
      <w:r>
        <w:rPr>
          <w:rFonts w:ascii="Times New Roman" w:hAnsi="Times New Roman" w:eastAsia="Times New Roman" w:cs="Times New Roman"/>
          <w:sz w:val="24"/>
        </w:rPr>
        <w:t>The hospital maintains personnel and facilities to assist your doctors in their performance of various surgical operations and other special diagnostic or therapeutic procedures. However, your doctors, surgeons and the persons in attendance for the purpose of performing specialized medical services such as anesthesia, radiology, or pathology are not employees or agents of the hospital or of doctor(s) performing the procedure. They are usually independent medical practitioners.</w:t>
      </w:r>
    </w:p>
    <w:p>
      <w:pPr/>
    </w:p>
    <w:p>
      <w:pPr/>
      <w:r>
        <w:rPr>
          <w:rFonts w:ascii="Times New Roman" w:hAnsi="Times New Roman" w:eastAsia="Times New Roman" w:cs="Times New Roman"/>
          <w:b/>
          <w:sz w:val="24"/>
        </w:rPr>
        <w:t>4. Standard Risks</w:t>
      </w:r>
    </w:p>
    <w:p>
      <w:pPr/>
    </w:p>
    <w:p>
      <w:pPr/>
      <w:r>
        <w:rPr>
          <w:rFonts w:ascii="Times New Roman" w:hAnsi="Times New Roman" w:eastAsia="Times New Roman" w:cs="Times New Roman"/>
          <w:sz w:val="24"/>
        </w:rPr>
        <w:t>All operations and procedures carry the risk of unsuccessful results, complications, injury or even death, from both known and unforeseen causes, and no warranty or guarantee is made as to result or cure. you have the right to be informed of:</w:t>
      </w:r>
    </w:p>
    <w:p>
      <w:pPr/>
    </w:p>
    <w:p>
      <w:pPr/>
      <w:r>
        <w:rPr>
          <w:rFonts w:ascii="Times New Roman" w:hAnsi="Times New Roman" w:eastAsia="Times New Roman" w:cs="Times New Roman"/>
          <w:sz w:val="24"/>
        </w:rPr>
        <w:t>The nature of the operation or procedure, including other care, treatment or medications;</w:t>
      </w:r>
    </w:p>
    <w:p>
      <w:pPr/>
      <w:r>
        <w:rPr>
          <w:rFonts w:ascii="Times New Roman" w:hAnsi="Times New Roman" w:eastAsia="Times New Roman" w:cs="Times New Roman"/>
          <w:sz w:val="24"/>
        </w:rPr>
        <w:t>Potential benefits, risks or side effects of the operation or procedure, including potential problems that might occur with the anesthesia to be used and during recuperation;</w:t>
      </w:r>
    </w:p>
    <w:p>
      <w:pPr/>
      <w:r>
        <w:rPr>
          <w:rFonts w:ascii="Times New Roman" w:hAnsi="Times New Roman" w:eastAsia="Times New Roman" w:cs="Times New Roman"/>
          <w:sz w:val="24"/>
        </w:rPr>
        <w:t>The likelihood of achieving treatment goals;</w:t>
      </w:r>
    </w:p>
    <w:p>
      <w:pPr/>
      <w:r>
        <w:rPr>
          <w:rFonts w:ascii="Times New Roman" w:hAnsi="Times New Roman" w:eastAsia="Times New Roman" w:cs="Times New Roman"/>
          <w:sz w:val="24"/>
        </w:rPr>
        <w:t xml:space="preserve">Reasonable alternatives and the relevant risks, benefits and side effects related to such alternatives, including the possible results of not receiving care or treatment; and </w:t>
      </w:r>
    </w:p>
    <w:p>
      <w:pPr/>
      <w:r>
        <w:rPr>
          <w:rFonts w:ascii="Times New Roman" w:hAnsi="Times New Roman" w:eastAsia="Times New Roman" w:cs="Times New Roman"/>
          <w:sz w:val="24"/>
        </w:rPr>
        <w:t>Any independent medical research or significant economic interests your doctor may have related to the performance of the proposed operation or procedure.</w:t>
      </w:r>
    </w:p>
    <w:p>
      <w:pPr/>
    </w:p>
    <w:p>
      <w:pPr/>
      <w:r>
        <w:rPr>
          <w:rFonts w:ascii="Times New Roman" w:hAnsi="Times New Roman" w:eastAsia="Times New Roman" w:cs="Times New Roman"/>
          <w:sz w:val="24"/>
        </w:rPr>
        <w:t>Except in cases of emergency, operations or procedures are not performed until you have had the opportunity to receive this information and have given your consent. You have the right to give or refuse consent to any proposed operation or procedure at any time prior to its performance.</w:t>
      </w:r>
    </w:p>
    <w:p>
      <w:pPr/>
    </w:p>
    <w:p>
      <w:pPr/>
      <w:r>
        <w:rPr>
          <w:rFonts w:ascii="Times New Roman" w:hAnsi="Times New Roman" w:eastAsia="Times New Roman" w:cs="Times New Roman"/>
          <w:b/>
          <w:sz w:val="24"/>
        </w:rPr>
        <w:t>5. Conditions (if any)</w:t>
      </w:r>
    </w:p>
    <w:p>
      <w:pPr/>
    </w:p>
    <w:p>
      <w:pPr/>
      <w:r>
        <w:rPr>
          <w:rFonts w:ascii="Times New Roman" w:hAnsi="Times New Roman" w:eastAsia="Times New Roman" w:cs="Times New Roman"/>
          <w:sz w:val="24"/>
        </w:rPr>
        <w:t xml:space="preserve">By your signature below, you authorize the pathologist to use his or her discretion in disposition or use of any member, organ or tissue removed from your person during the operation or procedure set forth above, subject to the following conditions (if any): </w:t>
      </w:r>
      <w:r>
        <w:rPr>
          <w:rFonts w:ascii="Times New Roman" w:hAnsi="Times New Roman" w:eastAsia="Times New Roman" w:cs="Times New Roman"/>
          <w:sz w:val="24"/>
        </w:rPr>
        <w:t>[DESCRIBE CONDITIONS]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6. Anesthesia</w:t>
      </w:r>
    </w:p>
    <w:p>
      <w:pPr/>
    </w:p>
    <w:p>
      <w:pPr/>
      <w:r>
        <w:rPr>
          <w:rFonts w:ascii="Times New Roman" w:hAnsi="Times New Roman" w:eastAsia="Times New Roman" w:cs="Times New Roman"/>
          <w:sz w:val="24"/>
        </w:rPr>
        <w:t>Your doctor will discuss with you the risks and benefits of the recommended operation or procedure, including the following (the patient’s doctor is responsible for the content of the information provided below):</w:t>
      </w:r>
    </w:p>
    <w:p>
      <w:pPr/>
    </w:p>
    <w:p>
      <w:pPr/>
      <w:r>
        <w:rPr>
          <w:rFonts w:ascii="Times New Roman" w:hAnsi="Times New Roman" w:eastAsia="Times New Roman" w:cs="Times New Roman"/>
          <w:sz w:val="24"/>
        </w:rPr>
        <w:t>A.</w:t>
        <w:tab/>
        <w:t xml:space="preserve">The nature of the operation or procedure and the anesthesia, including the surgical site and laterality if applicable: </w:t>
      </w:r>
      <w:r>
        <w:rPr>
          <w:rFonts w:ascii="Times New Roman" w:hAnsi="Times New Roman" w:eastAsia="Times New Roman" w:cs="Times New Roman"/>
          <w:sz w:val="24"/>
        </w:rPr>
        <w:t>[DESCRIBE NATURE OF PROCEDURE]</w:t>
      </w:r>
      <w:r>
        <w:rPr>
          <w:rFonts w:ascii="Times New Roman" w:hAnsi="Times New Roman" w:eastAsia="Times New Roman" w:cs="Times New Roman"/>
          <w:sz w:val="24"/>
        </w:rPr>
        <w:t>.</w:t>
      </w:r>
    </w:p>
    <w:p>
      <w:pPr/>
    </w:p>
    <w:p>
      <w:pPr/>
      <w:r>
        <w:rPr>
          <w:rFonts w:ascii="Times New Roman" w:hAnsi="Times New Roman" w:eastAsia="Times New Roman" w:cs="Times New Roman"/>
          <w:sz w:val="24"/>
        </w:rPr>
        <w:t>B.</w:t>
        <w:tab/>
        <w:t xml:space="preserve">The expected benefits or effects of the operation or procedure and anesthesia: </w:t>
      </w:r>
      <w:r>
        <w:rPr>
          <w:rFonts w:ascii="Times New Roman" w:hAnsi="Times New Roman" w:eastAsia="Times New Roman" w:cs="Times New Roman"/>
          <w:sz w:val="24"/>
        </w:rPr>
        <w:t>[DESCRIBE EXPECTED BENEFITS]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The possible risks and/or complications of the operation or procedure and anesthesia, including potential problems that might occur during recuperation include, but are not limited to: </w:t>
      </w:r>
      <w:r>
        <w:rPr>
          <w:rFonts w:ascii="Times New Roman" w:hAnsi="Times New Roman" w:eastAsia="Times New Roman" w:cs="Times New Roman"/>
          <w:sz w:val="24"/>
        </w:rPr>
        <w:t>[DESCRIBE POSSIBLE RISKS]</w:t>
      </w:r>
      <w:r>
        <w:rPr>
          <w:rFonts w:ascii="Times New Roman" w:hAnsi="Times New Roman" w:eastAsia="Times New Roman" w:cs="Times New Roman"/>
          <w:sz w:val="24"/>
        </w:rPr>
        <w:t>.</w:t>
      </w:r>
    </w:p>
    <w:p>
      <w:pPr/>
    </w:p>
    <w:p>
      <w:pPr/>
      <w:r>
        <w:rPr>
          <w:rFonts w:ascii="Times New Roman" w:hAnsi="Times New Roman" w:eastAsia="Times New Roman" w:cs="Times New Roman"/>
          <w:sz w:val="24"/>
        </w:rPr>
        <w:t>C.</w:t>
        <w:tab/>
        <w:t xml:space="preserve">Due to the following specific medical condition(s): </w:t>
      </w:r>
      <w:r>
        <w:rPr>
          <w:rFonts w:ascii="Times New Roman" w:hAnsi="Times New Roman" w:eastAsia="Times New Roman" w:cs="Times New Roman"/>
          <w:sz w:val="24"/>
        </w:rPr>
        <w:t>[SPECIFY MEDICAL CONDITION]</w:t>
      </w:r>
      <w:r>
        <w:rPr>
          <w:rFonts w:ascii="Times New Roman" w:hAnsi="Times New Roman" w:eastAsia="Times New Roman" w:cs="Times New Roman"/>
          <w:sz w:val="24"/>
        </w:rPr>
        <w:t xml:space="preserve">, additional risks and/ or complications of the operation or procedure and anesthesia include, but are not limited to: </w:t>
      </w:r>
      <w:r>
        <w:rPr>
          <w:rFonts w:ascii="Times New Roman" w:hAnsi="Times New Roman" w:eastAsia="Times New Roman" w:cs="Times New Roman"/>
          <w:sz w:val="24"/>
        </w:rPr>
        <w:t>[ADDITIONAL RISKS]</w:t>
      </w:r>
      <w:r>
        <w:rPr>
          <w:rFonts w:ascii="Times New Roman" w:hAnsi="Times New Roman" w:eastAsia="Times New Roman" w:cs="Times New Roman"/>
          <w:sz w:val="24"/>
        </w:rPr>
        <w:t>.</w:t>
      </w:r>
    </w:p>
    <w:p>
      <w:pPr/>
    </w:p>
    <w:p>
      <w:pPr/>
      <w:r>
        <w:rPr>
          <w:rFonts w:ascii="Times New Roman" w:hAnsi="Times New Roman" w:eastAsia="Times New Roman" w:cs="Times New Roman"/>
          <w:sz w:val="24"/>
        </w:rPr>
        <w:t>D.</w:t>
        <w:tab/>
        <w:t xml:space="preserve">Alternative methods of treatment, including the nature of such treatments, their expected benefits or effects, and their possible risks and complications include: </w:t>
      </w:r>
      <w:r>
        <w:rPr>
          <w:rFonts w:ascii="Times New Roman" w:hAnsi="Times New Roman" w:eastAsia="Times New Roman" w:cs="Times New Roman"/>
          <w:sz w:val="24"/>
        </w:rPr>
        <w:t>[ALTERNATIVE METHODS OF TREATMENT]</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E.</w:t>
        <w:tab/>
        <w:t xml:space="preserve">Other issues discussed with the patient: </w:t>
      </w:r>
      <w:r>
        <w:rPr>
          <w:rFonts w:ascii="Times New Roman" w:hAnsi="Times New Roman" w:eastAsia="Times New Roman" w:cs="Times New Roman"/>
          <w:sz w:val="24"/>
        </w:rPr>
        <w:t>[EXPLAIN]</w:t>
      </w:r>
      <w:r>
        <w:rPr>
          <w:rFonts w:ascii="Times New Roman" w:hAnsi="Times New Roman" w:eastAsia="Times New Roman" w:cs="Times New Roman"/>
          <w:sz w:val="24"/>
        </w:rPr>
        <w:t>.</w:t>
      </w:r>
    </w:p>
    <w:p>
      <w:pPr/>
    </w:p>
    <w:p>
      <w:pPr/>
      <w:r>
        <w:rPr>
          <w:rFonts w:ascii="Times New Roman" w:hAnsi="Times New Roman" w:eastAsia="Times New Roman" w:cs="Times New Roman"/>
          <w:sz w:val="24"/>
        </w:rPr>
        <w:t>If your doctor determines that there is a reasonable possibility that you may need a blood transfusion as a result of the surgery or procedure to which you are consenting, your doctor will inform you of this and will provide you with information concerning the benefits and risks of the various options for blood transfusion, including pre-donation by yourself or others. You also have the right to have adequate time before your procedure to arrange for pre-donation, but you can waive this right if you do not wish to wait.</w:t>
      </w:r>
    </w:p>
    <w:p>
      <w:pPr/>
    </w:p>
    <w:p>
      <w:pPr/>
      <w:r>
        <w:rPr>
          <w:rFonts w:ascii="Times New Roman" w:hAnsi="Times New Roman" w:eastAsia="Times New Roman" w:cs="Times New Roman"/>
          <w:sz w:val="24"/>
        </w:rPr>
        <w:t>Transfusion of blood or blood products involves certain risks, including the transmission of disease such as hepatitis or Human Immunodeficiency Virus (HIV), and you have a right to consent or refuse consent to any transfusion. You should discuss any questions that you may have about transfusions with your doctor.</w:t>
      </w:r>
    </w:p>
    <w:p>
      <w:pPr/>
    </w:p>
    <w:p>
      <w:pPr/>
      <w:r>
        <w:rPr>
          <w:rFonts w:ascii="Times New Roman" w:hAnsi="Times New Roman" w:eastAsia="Times New Roman" w:cs="Times New Roman"/>
          <w:sz w:val="24"/>
        </w:rPr>
        <w:t>Your signature on this form indicates that:</w:t>
      </w:r>
    </w:p>
    <w:p>
      <w:pPr/>
    </w:p>
    <w:p>
      <w:pPr/>
      <w:r>
        <w:rPr>
          <w:rFonts w:ascii="Times New Roman" w:hAnsi="Times New Roman" w:eastAsia="Times New Roman" w:cs="Times New Roman"/>
          <w:sz w:val="24"/>
        </w:rPr>
        <w:t>You have read and understand the information provided in this form;</w:t>
      </w:r>
    </w:p>
    <w:p>
      <w:pPr/>
      <w:r>
        <w:rPr>
          <w:rFonts w:ascii="Times New Roman" w:hAnsi="Times New Roman" w:eastAsia="Times New Roman" w:cs="Times New Roman"/>
          <w:sz w:val="24"/>
        </w:rPr>
        <w:t>Your doctor has adequately explained to you the operation or procedure and the anesthesia set forth above, along with the risks, benefits, and the other information described above in this form;</w:t>
      </w:r>
    </w:p>
    <w:p>
      <w:pPr/>
      <w:r>
        <w:rPr>
          <w:rFonts w:ascii="Times New Roman" w:hAnsi="Times New Roman" w:eastAsia="Times New Roman" w:cs="Times New Roman"/>
          <w:sz w:val="24"/>
        </w:rPr>
        <w:t>You have had a chance to ask your doctors questions;</w:t>
      </w:r>
    </w:p>
    <w:p>
      <w:pPr/>
      <w:r>
        <w:rPr>
          <w:rFonts w:ascii="Times New Roman" w:hAnsi="Times New Roman" w:eastAsia="Times New Roman" w:cs="Times New Roman"/>
          <w:sz w:val="24"/>
        </w:rPr>
        <w:t>You have received all of the information you desire concerning the operation or procedure and the anesthesia; and</w:t>
      </w:r>
    </w:p>
    <w:p>
      <w:pPr/>
      <w:r>
        <w:rPr>
          <w:rFonts w:ascii="Times New Roman" w:hAnsi="Times New Roman" w:eastAsia="Times New Roman" w:cs="Times New Roman"/>
          <w:sz w:val="24"/>
        </w:rPr>
        <w:t>You authorize and consent to the performance of the operation or procedure and the anesthesia.</w:t>
      </w:r>
    </w:p>
    <w:p>
      <w:pP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AM </w:t>
      </w:r>
      <w:r>
        <w:rPr>
          <w:rFonts w:ascii="Times New Roman" w:hAnsi="Times New Roman" w:eastAsia="Times New Roman" w:cs="Times New Roman"/>
          <w:sz w:val="24"/>
        </w:rPr>
        <w:t>☐</w:t>
      </w:r>
      <w:r>
        <w:rPr>
          <w:rFonts w:ascii="Times New Roman" w:hAnsi="Times New Roman" w:eastAsia="Times New Roman" w:cs="Times New Roman"/>
          <w:sz w:val="24"/>
        </w:rPr>
        <w:t xml:space="preserve"> PM</w:t>
      </w:r>
    </w:p>
    <w:p>
      <w:pPr/>
    </w:p>
    <w:p>
      <w:pPr/>
    </w:p>
    <w:p>
      <w:pP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________________________________________________</w:t>
      </w:r>
    </w:p>
    <w:p>
      <w:pPr/>
      <w:r>
        <w:rPr>
          <w:rFonts w:ascii="Times New Roman" w:hAnsi="Times New Roman" w:eastAsia="Times New Roman" w:cs="Times New Roman"/>
          <w:sz w:val="24"/>
        </w:rPr>
        <w:t>(Patient / Legal Representative)</w:t>
      </w:r>
    </w:p>
    <w:p>
      <w:pPr/>
    </w:p>
    <w:p>
      <w:pPr/>
      <w:r>
        <w:rPr>
          <w:rFonts w:ascii="Times New Roman" w:hAnsi="Times New Roman" w:eastAsia="Times New Roman" w:cs="Times New Roman"/>
          <w:sz w:val="24"/>
        </w:rPr>
        <w:t xml:space="preserve">If signed by someone other than the patient, indicate their 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Relationship: </w:t>
      </w:r>
      <w:r>
        <w:rPr>
          <w:rFonts w:ascii="Times New Roman" w:hAnsi="Times New Roman" w:eastAsia="Times New Roman" w:cs="Times New Roman"/>
          <w:sz w:val="24"/>
        </w:rPr>
        <w:t>[RELATIONSHIP]</w:t>
      </w:r>
    </w:p>
    <w:p>
      <w:pPr/>
    </w:p>
    <w:p>
      <w:pPr/>
    </w:p>
    <w:p>
      <w:pPr/>
      <w:r>
        <w:rPr>
          <w:rFonts w:ascii="Times New Roman" w:hAnsi="Times New Roman" w:eastAsia="Times New Roman" w:cs="Times New Roman"/>
          <w:b/>
          <w:sz w:val="24"/>
        </w:rPr>
        <w:t>Physician Certification</w:t>
      </w:r>
    </w:p>
    <w:p>
      <w:pPr/>
    </w:p>
    <w:p>
      <w:pPr/>
    </w:p>
    <w:p>
      <w:pPr/>
      <w:r>
        <w:rPr>
          <w:rFonts w:ascii="Times New Roman" w:hAnsi="Times New Roman" w:eastAsia="Times New Roman" w:cs="Times New Roman"/>
          <w:sz w:val="24"/>
        </w:rPr>
        <w:t>I, the undersigned physician, hereby certify that I have discussed the procedure described in this consent</w:t>
      </w:r>
    </w:p>
    <w:p>
      <w:pPr/>
      <w:r>
        <w:rPr>
          <w:rFonts w:ascii="Times New Roman" w:hAnsi="Times New Roman" w:eastAsia="Times New Roman" w:cs="Times New Roman"/>
          <w:sz w:val="24"/>
        </w:rPr>
        <w:t>form with this patient (or the patient’s legal representative), including:</w:t>
      </w:r>
    </w:p>
    <w:p>
      <w:pPr/>
    </w:p>
    <w:p>
      <w:pPr/>
      <w:r>
        <w:rPr>
          <w:rFonts w:ascii="Times New Roman" w:hAnsi="Times New Roman" w:eastAsia="Times New Roman" w:cs="Times New Roman"/>
          <w:sz w:val="24"/>
        </w:rPr>
        <w:t>•</w:t>
      </w:r>
      <w:r>
        <w:rPr>
          <w:rFonts w:ascii="Times New Roman" w:hAnsi="Times New Roman" w:eastAsia="Times New Roman" w:cs="Times New Roman"/>
          <w:sz w:val="24"/>
        </w:rPr>
        <w:tab/>
        <w:t>The risks and benefits of the procedure;</w:t>
      </w:r>
    </w:p>
    <w:p>
      <w:pPr/>
      <w:r>
        <w:rPr>
          <w:rFonts w:ascii="Times New Roman" w:hAnsi="Times New Roman" w:eastAsia="Times New Roman" w:cs="Times New Roman"/>
          <w:sz w:val="24"/>
        </w:rPr>
        <w:t>•</w:t>
      </w:r>
      <w:r>
        <w:rPr>
          <w:rFonts w:ascii="Times New Roman" w:hAnsi="Times New Roman" w:eastAsia="Times New Roman" w:cs="Times New Roman"/>
          <w:sz w:val="24"/>
        </w:rPr>
        <w:tab/>
        <w:t>Any adverse reactions that may reasonably be expected to occur;</w:t>
      </w:r>
    </w:p>
    <w:p>
      <w:pPr/>
      <w:r>
        <w:rPr>
          <w:rFonts w:ascii="Times New Roman" w:hAnsi="Times New Roman" w:eastAsia="Times New Roman" w:cs="Times New Roman"/>
          <w:sz w:val="24"/>
        </w:rPr>
        <w:t>•</w:t>
      </w:r>
      <w:r>
        <w:rPr>
          <w:rFonts w:ascii="Times New Roman" w:hAnsi="Times New Roman" w:eastAsia="Times New Roman" w:cs="Times New Roman"/>
          <w:sz w:val="24"/>
        </w:rPr>
        <w:tab/>
        <w:t>Any alternative efficacious methods of treatment which may be medically viable;</w:t>
      </w:r>
    </w:p>
    <w:p>
      <w:pPr/>
      <w:r>
        <w:rPr>
          <w:rFonts w:ascii="Times New Roman" w:hAnsi="Times New Roman" w:eastAsia="Times New Roman" w:cs="Times New Roman"/>
          <w:sz w:val="24"/>
        </w:rPr>
        <w:t>•</w:t>
      </w:r>
      <w:r>
        <w:rPr>
          <w:rFonts w:ascii="Times New Roman" w:hAnsi="Times New Roman" w:eastAsia="Times New Roman" w:cs="Times New Roman"/>
          <w:sz w:val="24"/>
        </w:rPr>
        <w:tab/>
        <w:t>The potential problems that may occur during recuperation; and</w:t>
      </w:r>
    </w:p>
    <w:p>
      <w:pPr/>
      <w:r>
        <w:rPr>
          <w:rFonts w:ascii="Times New Roman" w:hAnsi="Times New Roman" w:eastAsia="Times New Roman" w:cs="Times New Roman"/>
          <w:sz w:val="24"/>
        </w:rPr>
        <w:t>•</w:t>
      </w:r>
      <w:r>
        <w:rPr>
          <w:rFonts w:ascii="Times New Roman" w:hAnsi="Times New Roman" w:eastAsia="Times New Roman" w:cs="Times New Roman"/>
          <w:sz w:val="24"/>
        </w:rPr>
        <w:tab/>
        <w:t>Any research or economic interest I may have regarding this treatment.</w:t>
      </w:r>
    </w:p>
    <w:p>
      <w:pPr/>
    </w:p>
    <w:p>
      <w:pPr/>
      <w:r>
        <w:rPr>
          <w:rFonts w:ascii="Times New Roman" w:hAnsi="Times New Roman" w:eastAsia="Times New Roman" w:cs="Times New Roman"/>
          <w:sz w:val="24"/>
        </w:rPr>
        <w:t>I understand that I am responsible for filling in all blanks in paragraphs 2, 3 and 6. I further certify that the patient was encouraged to ask questions and that all questions were answered.</w:t>
      </w:r>
    </w:p>
    <w:p>
      <w:pP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AM </w:t>
      </w:r>
      <w:r>
        <w:rPr>
          <w:rFonts w:ascii="Times New Roman" w:hAnsi="Times New Roman" w:eastAsia="Times New Roman" w:cs="Times New Roman"/>
          <w:sz w:val="24"/>
        </w:rPr>
        <w:t>☐</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________________________________________________</w:t>
      </w:r>
    </w:p>
    <w:p>
      <w:pPr/>
      <w:r>
        <w:rPr>
          <w:rFonts w:ascii="Times New Roman" w:hAnsi="Times New Roman" w:eastAsia="Times New Roman" w:cs="Times New Roman"/>
          <w:sz w:val="24"/>
        </w:rPr>
        <w:t>(Physician)</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 OF PHYSICIAN]</w:t>
      </w:r>
    </w:p>
    <w:p>
      <w:pPr/>
      <w:r>
        <w:rPr>
          <w:rFonts w:ascii="Times New Roman" w:hAnsi="Times New Roman" w:eastAsia="Times New Roman" w:cs="Times New Roman"/>
          <w:sz w:val="24"/>
        </w:rPr>
        <w:t>(Physician)</w:t>
      </w:r>
    </w:p>
    <w:p>
      <w:pPr/>
    </w:p>
    <w:p>
      <w:pPr/>
      <w:r>
        <w:rPr>
          <w:rFonts w:ascii="Times New Roman" w:hAnsi="Times New Roman" w:eastAsia="Times New Roman" w:cs="Times New Roman"/>
          <w:b/>
          <w:sz w:val="24"/>
        </w:rPr>
        <w:t>Consent to Blood Transfusion</w:t>
      </w:r>
    </w:p>
    <w:p>
      <w:pPr/>
    </w:p>
    <w:p>
      <w:pPr/>
      <w:r>
        <w:rPr>
          <w:rFonts w:ascii="Times New Roman" w:hAnsi="Times New Roman" w:eastAsia="Times New Roman" w:cs="Times New Roman"/>
          <w:sz w:val="24"/>
        </w:rPr>
        <w:t>Your signature below indicates that:</w:t>
      </w:r>
    </w:p>
    <w:p>
      <w:pPr/>
    </w:p>
    <w:p>
      <w:pPr/>
      <w:r>
        <w:rPr>
          <w:rFonts w:ascii="Times New Roman" w:hAnsi="Times New Roman" w:eastAsia="Times New Roman" w:cs="Times New Roman"/>
          <w:sz w:val="24"/>
        </w:rPr>
        <w:t>You have received a copy of the brochure, A Patient’s Guide to Blood Transfusion</w:t>
      </w:r>
    </w:p>
    <w:p>
      <w:pPr/>
      <w:r>
        <w:rPr>
          <w:rFonts w:ascii="Times New Roman" w:hAnsi="Times New Roman" w:eastAsia="Times New Roman" w:cs="Times New Roman"/>
          <w:sz w:val="24"/>
        </w:rPr>
        <w:t>You have received from your doctor concerning the risks and benefits of blood transfusion and any alternative therapies and their risks and benefits.</w:t>
      </w:r>
    </w:p>
    <w:p>
      <w:pPr/>
      <w:r>
        <w:rPr>
          <w:rFonts w:ascii="Times New Roman" w:hAnsi="Times New Roman" w:eastAsia="Times New Roman" w:cs="Times New Roman"/>
          <w:sz w:val="24"/>
        </w:rPr>
        <w:t>You have had the opportunity to discuss this matter with your doctor, including pre-donation.</w:t>
      </w:r>
    </w:p>
    <w:p>
      <w:pPr/>
      <w:r>
        <w:rPr>
          <w:rFonts w:ascii="Times New Roman" w:hAnsi="Times New Roman" w:eastAsia="Times New Roman" w:cs="Times New Roman"/>
          <w:sz w:val="24"/>
        </w:rPr>
        <w:t>Subject to any special instructions listed below, you consent to such blood transfusion as your doctor may order in connection with the operation or procedure described in this consent form.</w:t>
      </w:r>
    </w:p>
    <w:p>
      <w:pPr/>
    </w:p>
    <w:p>
      <w:pPr/>
      <w:r>
        <w:rPr>
          <w:rFonts w:ascii="Times New Roman" w:hAnsi="Times New Roman" w:eastAsia="Times New Roman" w:cs="Times New Roman"/>
          <w:sz w:val="24"/>
        </w:rPr>
        <w:t xml:space="preserve">Special Instructions: </w:t>
      </w:r>
      <w:r>
        <w:rPr>
          <w:rFonts w:ascii="Times New Roman" w:hAnsi="Times New Roman" w:eastAsia="Times New Roman" w:cs="Times New Roman"/>
          <w:sz w:val="24"/>
        </w:rPr>
        <w:t>[DESCRIBE]</w:t>
      </w:r>
      <w:r>
        <w:rPr>
          <w:rFonts w:ascii="Times New Roman" w:hAnsi="Times New Roman" w:eastAsia="Times New Roman" w:cs="Times New Roman"/>
          <w:sz w:val="24"/>
        </w:rPr>
        <w:t>.</w:t>
      </w:r>
    </w:p>
    <w:p>
      <w:pPr/>
      <w:r>
        <w:rPr>
          <w:rFonts w:ascii="Times New Roman" w:hAnsi="Times New Roman" w:eastAsia="Times New Roman" w:cs="Times New Roman"/>
          <w:sz w:val="24"/>
        </w:rPr>
        <w:t>(Describe here any specific instructions for patient’s blood transfusion, e.g. pre-donation, direct donation, etc.)</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AM </w:t>
      </w:r>
      <w:r>
        <w:rPr>
          <w:rFonts w:ascii="Times New Roman" w:hAnsi="Times New Roman" w:eastAsia="Times New Roman" w:cs="Times New Roman"/>
          <w:sz w:val="24"/>
        </w:rPr>
        <w:t>☐</w:t>
      </w:r>
      <w:r>
        <w:rPr>
          <w:rFonts w:ascii="Times New Roman" w:hAnsi="Times New Roman" w:eastAsia="Times New Roman" w:cs="Times New Roman"/>
          <w:sz w:val="24"/>
        </w:rPr>
        <w:t xml:space="preserve"> PM</w:t>
      </w:r>
    </w:p>
    <w:p>
      <w:pPr/>
    </w:p>
    <w:p>
      <w:pPr/>
    </w:p>
    <w:p>
      <w:pP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________________________________________________</w:t>
      </w:r>
    </w:p>
    <w:p>
      <w:pPr/>
      <w:r>
        <w:rPr>
          <w:rFonts w:ascii="Times New Roman" w:hAnsi="Times New Roman" w:eastAsia="Times New Roman" w:cs="Times New Roman"/>
          <w:sz w:val="24"/>
        </w:rPr>
        <w:t>(Patient / Legal Representative)</w:t>
      </w:r>
    </w:p>
    <w:p>
      <w:pPr/>
    </w:p>
    <w:p>
      <w:pPr/>
      <w:r>
        <w:rPr>
          <w:rFonts w:ascii="Times New Roman" w:hAnsi="Times New Roman" w:eastAsia="Times New Roman" w:cs="Times New Roman"/>
          <w:sz w:val="24"/>
        </w:rPr>
        <w:t xml:space="preserve">If signed by someone other than the patient, indicate their name: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Relationship: </w:t>
      </w:r>
      <w:r>
        <w:rPr>
          <w:rFonts w:ascii="Times New Roman" w:hAnsi="Times New Roman" w:eastAsia="Times New Roman" w:cs="Times New Roman"/>
          <w:sz w:val="24"/>
        </w:rPr>
        <w:t>[RELATIONSHIP]</w:t>
      </w:r>
    </w:p>
    <w:p>
      <w:pPr/>
    </w:p>
    <w:p>
      <w:pPr/>
      <w:r>
        <w:rPr>
          <w:rFonts w:ascii="Times New Roman" w:hAnsi="Times New Roman" w:eastAsia="Times New Roman" w:cs="Times New Roman"/>
          <w:b/>
          <w:sz w:val="24"/>
        </w:rPr>
        <w:t>Interpreter’s Statement</w:t>
      </w:r>
    </w:p>
    <w:p>
      <w:pPr/>
    </w:p>
    <w:p>
      <w:pPr/>
      <w:r>
        <w:rPr>
          <w:rFonts w:ascii="Times New Roman" w:hAnsi="Times New Roman" w:eastAsia="Times New Roman" w:cs="Times New Roman"/>
          <w:sz w:val="24"/>
        </w:rPr>
        <w:t xml:space="preserve">I have accurately and completely read the foregoing document to </w:t>
      </w:r>
      <w:r>
        <w:rPr>
          <w:rFonts w:ascii="Times New Roman" w:hAnsi="Times New Roman" w:eastAsia="Times New Roman" w:cs="Times New Roman"/>
          <w:sz w:val="24"/>
        </w:rPr>
        <w:t>[NAME OF PATIENT OR PATIENT'S LEGAL REPRESENTATIVE]</w:t>
      </w:r>
      <w:r>
        <w:rPr>
          <w:rFonts w:ascii="Times New Roman" w:hAnsi="Times New Roman" w:eastAsia="Times New Roman" w:cs="Times New Roman"/>
          <w:sz w:val="24"/>
        </w:rPr>
        <w:t xml:space="preserve"> in the patient’s or legal representative’s primary language </w:t>
      </w:r>
      <w:r>
        <w:rPr>
          <w:rFonts w:ascii="Times New Roman" w:hAnsi="Times New Roman" w:eastAsia="Times New Roman" w:cs="Times New Roman"/>
          <w:sz w:val="24"/>
        </w:rPr>
        <w:t>[STATE LANGUAGE]</w:t>
      </w:r>
      <w:r>
        <w:rPr>
          <w:rFonts w:ascii="Times New Roman" w:hAnsi="Times New Roman" w:eastAsia="Times New Roman" w:cs="Times New Roman"/>
          <w:sz w:val="24"/>
        </w:rPr>
        <w:t>. He or She understood all of the terms and conditions and acknowledged his or her agreement by signing the document in my presence.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AM </w:t>
      </w:r>
      <w:r>
        <w:rPr>
          <w:rFonts w:ascii="Times New Roman" w:hAnsi="Times New Roman" w:eastAsia="Times New Roman" w:cs="Times New Roman"/>
          <w:sz w:val="24"/>
        </w:rPr>
        <w:t>☐</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________________________________________________</w:t>
      </w:r>
    </w:p>
    <w:p>
      <w:pPr/>
      <w:r>
        <w:rPr>
          <w:rFonts w:ascii="Times New Roman" w:hAnsi="Times New Roman" w:eastAsia="Times New Roman" w:cs="Times New Roman"/>
          <w:sz w:val="24"/>
        </w:rPr>
        <w:t>(Interpreter)</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 OF INTERPRETER]</w:t>
      </w:r>
    </w:p>
    <w:p>
      <w:pPr/>
      <w:r>
        <w:rPr>
          <w:rFonts w:ascii="Times New Roman" w:hAnsi="Times New Roman" w:eastAsia="Times New Roman" w:cs="Times New Roman"/>
          <w:sz w:val="24"/>
        </w:rPr>
        <w:t>(Interpreter)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