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Infringement Expert Deposition Outline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possible, introduce yourself informally before going on the record, to try to put the witness at ease.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Ask the court reporter to go on the record and swear in the witness.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Introduce yourself on the record:</w:t>
      </w:r>
      <w:r>
        <w:rPr>
          <w:rFonts w:ascii="Times New Roman" w:hAnsi="Times New Roman" w:eastAsia="Times New Roman" w:cs="Times New Roman"/>
          <w:b w:val="0"/>
          <w:sz w:val="24"/>
        </w:rPr>
        <w:t xml:space="preserve"> Good morning/afternoon, [Mr./Ms./Dr. witness name]. My name is [attorney name], with [law firm name], and we just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few minutes ago. I'm one of the attorneys for [party name].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you being represented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today?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Who is representing you?</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[Witness name], you understand that you are being deposed today in the case of [case name]; correct?</w:t>
      </w:r>
    </w:p>
    <w:p>
      <w:pPr>
        <w:keepNext w:val="0"/>
        <w:spacing w:before="200" w:after="0" w:line="260" w:lineRule="exact"/>
        <w:ind w:left="1080" w:right="0" w:firstLine="0"/>
        <w:jc w:val="both"/>
      </w:pPr>
      <w:r>
        <w:rPr>
          <w:rFonts w:ascii="Times New Roman" w:hAnsi="Times New Roman" w:eastAsia="Times New Roman" w:cs="Times New Roman"/>
          <w:b w:val="0"/>
          <w:sz w:val="24"/>
        </w:rPr>
        <w:t>• Before we get started, I have some instructions for you to help the deposition go more smoothly.</w:t>
      </w:r>
    </w:p>
    <w:p>
      <w:pPr>
        <w:keepNext w:val="0"/>
        <w:spacing w:before="200" w:after="0" w:line="260" w:lineRule="exact"/>
        <w:ind w:left="1440" w:right="0" w:firstLine="0"/>
        <w:jc w:val="both"/>
      </w:pPr>
      <w:r>
        <w:rPr>
          <w:rFonts w:ascii="Times New Roman" w:hAnsi="Times New Roman" w:eastAsia="Times New Roman" w:cs="Times New Roman"/>
          <w:b w:val="0"/>
          <w:sz w:val="24"/>
        </w:rPr>
        <w:t>○ First, In your deposition today, I am going to be asking you questions, and you are going to be answering those questions under oath. Do you understand?</w:t>
      </w:r>
    </w:p>
    <w:p>
      <w:pPr>
        <w:keepNext w:val="0"/>
        <w:spacing w:before="200" w:after="0" w:line="260" w:lineRule="exact"/>
        <w:ind w:left="1440" w:right="0" w:firstLine="0"/>
        <w:jc w:val="both"/>
      </w:pPr>
      <w:r>
        <w:rPr>
          <w:rFonts w:ascii="Times New Roman" w:hAnsi="Times New Roman" w:eastAsia="Times New Roman" w:cs="Times New Roman"/>
          <w:b w:val="0"/>
          <w:sz w:val="24"/>
        </w:rPr>
        <w:t>○ You also understand that you have been sworn to tell the truth, and the effect is the same as if you were testifying in court; correct?</w:t>
      </w:r>
    </w:p>
    <w:p>
      <w:pPr>
        <w:keepNext w:val="0"/>
        <w:spacing w:before="200" w:after="0" w:line="260" w:lineRule="exact"/>
        <w:ind w:left="1440" w:right="0" w:firstLine="0"/>
        <w:jc w:val="both"/>
      </w:pPr>
      <w:r>
        <w:rPr>
          <w:rFonts w:ascii="Times New Roman" w:hAnsi="Times New Roman" w:eastAsia="Times New Roman" w:cs="Times New Roman"/>
          <w:b w:val="0"/>
          <w:sz w:val="24"/>
        </w:rPr>
        <w:t>○ The court reporter will be taking down everything that's being said here today, so it's important that we don't talk over each other. Instead, you should wait until I finish my question before you start your answer, and I will wait until you finish your answer before starting my next question. Do you understand?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It's also important for you to answer my questions audibly, using words instead of gestures. For example,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calls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"yes" or "no" answer, you should say "yes" or "no" rather than nodding or shaking your head. Do you understand?</w:t>
      </w:r>
    </w:p>
    <w:p>
      <w:pPr>
        <w:keepNext w:val="0"/>
        <w:spacing w:before="200" w:after="0" w:line="260" w:lineRule="exact"/>
        <w:ind w:left="1440" w:right="0" w:firstLine="0"/>
        <w:jc w:val="both"/>
      </w:pPr>
      <w:r>
        <w:rPr>
          <w:rFonts w:ascii="Times New Roman" w:hAnsi="Times New Roman" w:eastAsia="Times New Roman" w:cs="Times New Roman"/>
          <w:b w:val="0"/>
          <w:sz w:val="24"/>
        </w:rPr>
        <w:t>○ You also should avoid using "uh huh" or "huh uh" in your answers, because that can be difficult for the court reporter to distinguish. Is that clear?</w:t>
      </w:r>
    </w:p>
    <w:p>
      <w:pPr>
        <w:keepNext w:val="0"/>
        <w:spacing w:before="200" w:after="0" w:line="260" w:lineRule="exact"/>
        <w:ind w:left="1440" w:right="0" w:firstLine="0"/>
        <w:jc w:val="both"/>
      </w:pPr>
      <w:r>
        <w:rPr>
          <w:rFonts w:ascii="Times New Roman" w:hAnsi="Times New Roman" w:eastAsia="Times New Roman" w:cs="Times New Roman"/>
          <w:b w:val="0"/>
          <w:sz w:val="24"/>
        </w:rPr>
        <w:t>○ If any question that I ask you is unclear in any way, please let me know so I can rephrase the question. You also can ask the court reporter to read the question back to you, if necessary. Do you understand that?</w:t>
      </w:r>
    </w:p>
    <w:p>
      <w:pPr>
        <w:keepNext w:val="0"/>
        <w:spacing w:before="200" w:after="0" w:line="260" w:lineRule="exact"/>
        <w:ind w:left="1440" w:right="0" w:firstLine="0"/>
        <w:jc w:val="both"/>
      </w:pPr>
      <w:r>
        <w:rPr>
          <w:rFonts w:ascii="Times New Roman" w:hAnsi="Times New Roman" w:eastAsia="Times New Roman" w:cs="Times New Roman"/>
          <w:b w:val="0"/>
          <w:sz w:val="24"/>
        </w:rPr>
        <w:t>○ You should not guess when responding to my questions, but you can provide estimates based on your best recollection, if that's appropriate. Do you understand?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will be taking breaks periodically during this deposition, and if you feel you need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break to use the restroom or for another reason, please ask. However,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is pending to you, I may ask that you answer the question before we take the break. Do you understand that?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attorneys may be making objections today, which are for the judge to consider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 You are required to answer my questions, even if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unless your attorney instructs you not to answer. Is that clear?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this deposition is over, the court reporter will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transcript that contains all the questions, answers and objections. At that point, you will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review the transcript and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changes. Do you understand that?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Biographic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Please state your full name.</w:t>
      </w:r>
    </w:p>
    <w:p>
      <w:pPr>
        <w:keepNext w:val="0"/>
        <w:spacing w:before="200" w:after="0" w:line="260" w:lineRule="exact"/>
        <w:ind w:left="1440" w:right="0" w:firstLine="0"/>
        <w:jc w:val="both"/>
      </w:pPr>
      <w:r>
        <w:rPr>
          <w:rFonts w:ascii="Times New Roman" w:hAnsi="Times New Roman" w:eastAsia="Times New Roman" w:cs="Times New Roman"/>
          <w:b w:val="0"/>
          <w:sz w:val="24"/>
        </w:rPr>
        <w:t>○ Have you ever used any other names? What other names have you used?</w:t>
      </w:r>
    </w:p>
    <w:p>
      <w:pPr>
        <w:keepNext w:val="0"/>
        <w:spacing w:before="200" w:after="0" w:line="260" w:lineRule="exact"/>
        <w:ind w:left="1440" w:right="0" w:firstLine="0"/>
        <w:jc w:val="both"/>
      </w:pPr>
      <w:r>
        <w:rPr>
          <w:rFonts w:ascii="Times New Roman" w:hAnsi="Times New Roman" w:eastAsia="Times New Roman" w:cs="Times New Roman"/>
          <w:b w:val="0"/>
          <w:sz w:val="24"/>
        </w:rPr>
        <w:t>○ Do you have any nicknames? What are they?</w:t>
      </w:r>
    </w:p>
    <w:p>
      <w:pPr>
        <w:keepNext w:val="0"/>
        <w:spacing w:before="200" w:after="0" w:line="260" w:lineRule="exact"/>
        <w:ind w:left="1080" w:right="0" w:firstLine="0"/>
        <w:jc w:val="both"/>
      </w:pPr>
      <w:r>
        <w:rPr>
          <w:rFonts w:ascii="Times New Roman" w:hAnsi="Times New Roman" w:eastAsia="Times New Roman" w:cs="Times New Roman"/>
          <w:b w:val="0"/>
          <w:sz w:val="24"/>
        </w:rPr>
        <w:t>• What is your date of birth?</w:t>
      </w:r>
    </w:p>
    <w:p>
      <w:pPr>
        <w:keepNext w:val="0"/>
        <w:spacing w:before="200" w:after="0" w:line="260" w:lineRule="exact"/>
        <w:ind w:left="1080" w:right="0" w:firstLine="0"/>
        <w:jc w:val="both"/>
      </w:pPr>
      <w:r>
        <w:rPr>
          <w:rFonts w:ascii="Times New Roman" w:hAnsi="Times New Roman" w:eastAsia="Times New Roman" w:cs="Times New Roman"/>
          <w:b w:val="0"/>
          <w:sz w:val="24"/>
        </w:rPr>
        <w:t>• Where do you live? / What is your home address?</w:t>
      </w:r>
    </w:p>
    <w:p>
      <w:pPr>
        <w:keepNext w:val="0"/>
        <w:spacing w:before="200" w:after="0" w:line="260" w:lineRule="exact"/>
        <w:ind w:left="1080" w:right="0" w:firstLine="0"/>
        <w:jc w:val="both"/>
      </w:pPr>
      <w:r>
        <w:rPr>
          <w:rFonts w:ascii="Times New Roman" w:hAnsi="Times New Roman" w:eastAsia="Times New Roman" w:cs="Times New Roman"/>
          <w:b w:val="0"/>
          <w:sz w:val="24"/>
        </w:rPr>
        <w:t>• What is your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 For whom do you work?</w:t>
      </w:r>
    </w:p>
    <w:p>
      <w:pPr>
        <w:keepNext w:val="0"/>
        <w:spacing w:before="200" w:after="0" w:line="260" w:lineRule="exact"/>
        <w:ind w:left="1440" w:right="0" w:firstLine="0"/>
        <w:jc w:val="both"/>
      </w:pPr>
      <w:r>
        <w:rPr>
          <w:rFonts w:ascii="Times New Roman" w:hAnsi="Times New Roman" w:eastAsia="Times New Roman" w:cs="Times New Roman"/>
          <w:b w:val="0"/>
          <w:sz w:val="24"/>
        </w:rPr>
        <w:t>○ What is your work address?</w:t>
      </w:r>
    </w:p>
    <w:p>
      <w:pPr>
        <w:keepNext w:val="0"/>
        <w:spacing w:before="200" w:after="0" w:line="260" w:lineRule="exact"/>
        <w:ind w:left="1440" w:right="0" w:firstLine="0"/>
        <w:jc w:val="both"/>
      </w:pPr>
      <w:r>
        <w:rPr>
          <w:rFonts w:ascii="Times New Roman" w:hAnsi="Times New Roman" w:eastAsia="Times New Roman" w:cs="Times New Roman"/>
          <w:b w:val="0"/>
          <w:sz w:val="24"/>
        </w:rPr>
        <w:t>○ What is your work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 Do you have any personal email addresses?</w:t>
      </w:r>
    </w:p>
    <w:p>
      <w:pPr>
        <w:keepNext w:val="0"/>
        <w:spacing w:before="200" w:after="0" w:line="260" w:lineRule="exact"/>
        <w:ind w:left="1440" w:right="0" w:firstLine="0"/>
        <w:jc w:val="both"/>
      </w:pPr>
      <w:r>
        <w:rPr>
          <w:rFonts w:ascii="Times New Roman" w:hAnsi="Times New Roman" w:eastAsia="Times New Roman" w:cs="Times New Roman"/>
          <w:b w:val="0"/>
          <w:sz w:val="24"/>
        </w:rPr>
        <w:t>○ What is/are your personal email address(es)?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there any reason,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physical or mental condition, unusual stress, or being under the influence of any substances, that would prevent you from answering my questions fully and truthfully today?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Preliminary Questions.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Deposition Experience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Have you ever had your deposition taken before?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many times?</w:t>
      </w:r>
    </w:p>
    <w:p>
      <w:pPr>
        <w:keepNext w:val="0"/>
        <w:spacing w:before="200" w:after="0" w:line="260" w:lineRule="exact"/>
        <w:ind w:left="1080" w:right="0" w:firstLine="0"/>
        <w:jc w:val="both"/>
      </w:pPr>
      <w:r>
        <w:rPr>
          <w:rFonts w:ascii="Times New Roman" w:hAnsi="Times New Roman" w:eastAsia="Times New Roman" w:cs="Times New Roman"/>
          <w:b w:val="0"/>
          <w:sz w:val="24"/>
        </w:rPr>
        <w:t>• For each prior deposition of the expert:</w:t>
      </w:r>
    </w:p>
    <w:p>
      <w:pPr>
        <w:keepNext w:val="0"/>
        <w:spacing w:before="200" w:after="0" w:line="260" w:lineRule="exact"/>
        <w:ind w:left="1440" w:right="0" w:firstLine="0"/>
        <w:jc w:val="both"/>
      </w:pPr>
      <w:r>
        <w:rPr>
          <w:rFonts w:ascii="Times New Roman" w:hAnsi="Times New Roman" w:eastAsia="Times New Roman" w:cs="Times New Roman"/>
          <w:b w:val="0"/>
          <w:sz w:val="24"/>
        </w:rPr>
        <w:t>○ When was the [first, second, third, etc.] time you had your deposition take?</w:t>
      </w:r>
    </w:p>
    <w:p>
      <w:pPr>
        <w:keepNext w:val="0"/>
        <w:spacing w:before="200" w:after="0" w:line="260" w:lineRule="exact"/>
        <w:ind w:left="1440" w:right="0" w:firstLine="0"/>
        <w:jc w:val="both"/>
      </w:pPr>
      <w:r>
        <w:rPr>
          <w:rFonts w:ascii="Times New Roman" w:hAnsi="Times New Roman" w:eastAsia="Times New Roman" w:cs="Times New Roman"/>
          <w:b w:val="0"/>
          <w:sz w:val="24"/>
        </w:rPr>
        <w:t>○ What was the case about?</w:t>
      </w:r>
    </w:p>
    <w:p>
      <w:pPr>
        <w:keepNext w:val="0"/>
        <w:spacing w:before="200" w:after="0" w:line="260" w:lineRule="exact"/>
        <w:ind w:left="1440" w:right="0" w:firstLine="0"/>
        <w:jc w:val="both"/>
      </w:pPr>
      <w:r>
        <w:rPr>
          <w:rFonts w:ascii="Times New Roman" w:hAnsi="Times New Roman" w:eastAsia="Times New Roman" w:cs="Times New Roman"/>
          <w:b w:val="0"/>
          <w:sz w:val="24"/>
        </w:rPr>
        <w:t>○ Who were the parties to the case?</w:t>
      </w:r>
    </w:p>
    <w:p>
      <w:pPr>
        <w:keepNext w:val="0"/>
        <w:spacing w:before="200" w:after="0" w:line="260" w:lineRule="exact"/>
        <w:ind w:left="1440" w:right="0" w:firstLine="0"/>
        <w:jc w:val="both"/>
      </w:pPr>
      <w:r>
        <w:rPr>
          <w:rFonts w:ascii="Times New Roman" w:hAnsi="Times New Roman" w:eastAsia="Times New Roman" w:cs="Times New Roman"/>
          <w:b w:val="0"/>
          <w:sz w:val="24"/>
        </w:rPr>
        <w:t>○ What was your relationship to the parties in the case?</w:t>
      </w:r>
    </w:p>
    <w:p>
      <w:pPr>
        <w:keepNext w:val="0"/>
        <w:spacing w:before="200" w:after="0" w:line="260" w:lineRule="exact"/>
        <w:ind w:left="1440" w:right="0" w:firstLine="0"/>
        <w:jc w:val="both"/>
      </w:pPr>
      <w:r>
        <w:rPr>
          <w:rFonts w:ascii="Times New Roman" w:hAnsi="Times New Roman" w:eastAsia="Times New Roman" w:cs="Times New Roman"/>
          <w:b w:val="0"/>
          <w:sz w:val="24"/>
        </w:rPr>
        <w:t>○ What information were you asked about at your deposition?</w:t>
      </w:r>
    </w:p>
    <w:p>
      <w:pPr>
        <w:keepNext w:val="0"/>
        <w:spacing w:before="200" w:after="0" w:line="260" w:lineRule="exact"/>
        <w:ind w:left="1440" w:right="0" w:firstLine="0"/>
        <w:jc w:val="both"/>
      </w:pPr>
      <w:r>
        <w:rPr>
          <w:rFonts w:ascii="Times New Roman" w:hAnsi="Times New Roman" w:eastAsia="Times New Roman" w:cs="Times New Roman"/>
          <w:b w:val="0"/>
          <w:sz w:val="24"/>
        </w:rPr>
        <w:t>○ Do you know what happened in the case after your deposition was taken?</w:t>
      </w:r>
    </w:p>
    <w:p>
      <w:pPr>
        <w:keepNext w:val="0"/>
        <w:spacing w:before="200" w:after="0" w:line="260" w:lineRule="exact"/>
        <w:ind w:left="1800" w:right="0" w:firstLine="0"/>
        <w:jc w:val="both"/>
      </w:pPr>
      <w:r>
        <w:rPr>
          <w:rFonts w:ascii="Times New Roman" w:hAnsi="Times New Roman" w:eastAsia="Times New Roman" w:cs="Times New Roman"/>
          <w:b w:val="0"/>
          <w:sz w:val="24"/>
        </w:rPr>
        <w:t>▪ If yes: What happened? (E.g., the case settled, or it went to trial and the inventor did/did not testify at the trial.)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Ask follow-up questions as appropriate to elicit information about the underlying facts of the prior litigation and the substance of the expert's deposition and/or trial testimony, including his/her expert opinions in the case.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When did you first learn that your deposition would be taken in this case?</w:t>
      </w:r>
    </w:p>
    <w:p>
      <w:pPr>
        <w:keepNext w:val="0"/>
        <w:spacing w:before="200" w:after="0" w:line="260" w:lineRule="exact"/>
        <w:ind w:left="1080" w:right="0" w:firstLine="0"/>
        <w:jc w:val="both"/>
      </w:pPr>
      <w:r>
        <w:rPr>
          <w:rFonts w:ascii="Times New Roman" w:hAnsi="Times New Roman" w:eastAsia="Times New Roman" w:cs="Times New Roman"/>
          <w:b w:val="0"/>
          <w:sz w:val="24"/>
        </w:rPr>
        <w:t>• How did you learn that your deposition would be taken in this case?</w:t>
      </w:r>
    </w:p>
    <w:p>
      <w:pPr>
        <w:keepNext w:val="0"/>
        <w:spacing w:before="200" w:after="0" w:line="260" w:lineRule="exact"/>
        <w:ind w:left="1080" w:right="0" w:firstLine="0"/>
        <w:jc w:val="both"/>
      </w:pPr>
      <w:r>
        <w:rPr>
          <w:rFonts w:ascii="Times New Roman" w:hAnsi="Times New Roman" w:eastAsia="Times New Roman" w:cs="Times New Roman"/>
          <w:b w:val="0"/>
          <w:sz w:val="24"/>
        </w:rPr>
        <w:t>• Did you do anything to prepare for this deposition? / What did you do to prepare for this deposition?</w:t>
      </w:r>
    </w:p>
    <w:p>
      <w:pPr>
        <w:keepNext w:val="0"/>
        <w:spacing w:before="200" w:after="0" w:line="260" w:lineRule="exact"/>
        <w:ind w:left="1440" w:right="0" w:firstLine="0"/>
        <w:jc w:val="both"/>
      </w:pPr>
      <w:r>
        <w:rPr>
          <w:rFonts w:ascii="Times New Roman" w:hAnsi="Times New Roman" w:eastAsia="Times New Roman" w:cs="Times New Roman"/>
          <w:b w:val="0"/>
          <w:sz w:val="24"/>
        </w:rPr>
        <w:t>○ Did you review any documents to prepare for your deposition?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documents pertaining to the case have you reviewed?</w:t>
      </w:r>
    </w:p>
    <w:p>
      <w:pPr>
        <w:keepNext w:val="0"/>
        <w:spacing w:before="200" w:after="0" w:line="260" w:lineRule="exact"/>
        <w:ind w:left="1800" w:right="0" w:firstLine="0"/>
        <w:jc w:val="both"/>
      </w:pPr>
      <w:r>
        <w:rPr>
          <w:rFonts w:ascii="Times New Roman" w:hAnsi="Times New Roman" w:eastAsia="Times New Roman" w:cs="Times New Roman"/>
          <w:b w:val="0"/>
          <w:sz w:val="24"/>
        </w:rPr>
        <w:t>▪ When did you review those documents?</w:t>
      </w:r>
    </w:p>
    <w:p>
      <w:pPr>
        <w:keepNext w:val="0"/>
        <w:spacing w:before="200" w:after="0" w:line="260" w:lineRule="exact"/>
        <w:ind w:left="1440" w:right="0" w:firstLine="0"/>
        <w:jc w:val="both"/>
      </w:pPr>
      <w:r>
        <w:rPr>
          <w:rFonts w:ascii="Times New Roman" w:hAnsi="Times New Roman" w:eastAsia="Times New Roman" w:cs="Times New Roman"/>
          <w:b w:val="0"/>
          <w:sz w:val="24"/>
        </w:rPr>
        <w:t>○ Did you meet with any attorneys to prepare for this deposition?</w:t>
      </w:r>
    </w:p>
    <w:p>
      <w:pPr>
        <w:keepNext w:val="0"/>
        <w:spacing w:before="200" w:after="0" w:line="260" w:lineRule="exact"/>
        <w:ind w:left="1800" w:right="0" w:firstLine="0"/>
        <w:jc w:val="both"/>
      </w:pPr>
      <w:r>
        <w:rPr>
          <w:rFonts w:ascii="Times New Roman" w:hAnsi="Times New Roman" w:eastAsia="Times New Roman" w:cs="Times New Roman"/>
          <w:b w:val="0"/>
          <w:sz w:val="24"/>
        </w:rPr>
        <w:t>▪ Who are the attorneys that you met with?</w:t>
      </w:r>
    </w:p>
    <w:p>
      <w:pPr>
        <w:keepNext w:val="0"/>
        <w:spacing w:before="200" w:after="0" w:line="260" w:lineRule="exact"/>
        <w:ind w:left="1800" w:right="0" w:firstLine="0"/>
        <w:jc w:val="both"/>
      </w:pPr>
      <w:r>
        <w:rPr>
          <w:rFonts w:ascii="Times New Roman" w:hAnsi="Times New Roman" w:eastAsia="Times New Roman" w:cs="Times New Roman"/>
          <w:b w:val="0"/>
          <w:sz w:val="24"/>
        </w:rPr>
        <w:t>▪ How many times did you meet with attorneys to prepare for this deposition?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meeting:</w:t>
      </w:r>
      <w:r>
        <w:rPr>
          <w:rFonts w:ascii="Times New Roman" w:hAnsi="Times New Roman" w:eastAsia="Times New Roman" w:cs="Times New Roman"/>
          <w:b w:val="0"/>
          <w:sz w:val="24"/>
        </w:rPr>
        <w:t xml:space="preserve"> When did you meet with the attorneys to prepare for this deposition?</w:t>
      </w:r>
    </w:p>
    <w:p>
      <w:pPr>
        <w:keepNext w:val="0"/>
        <w:spacing w:before="200" w:after="0" w:line="260" w:lineRule="exact"/>
        <w:ind w:left="2160" w:right="0" w:firstLine="0"/>
        <w:jc w:val="both"/>
      </w:pPr>
      <w:r>
        <w:rPr>
          <w:rFonts w:ascii="Times New Roman" w:hAnsi="Times New Roman" w:eastAsia="Times New Roman" w:cs="Times New Roman"/>
          <w:b w:val="0"/>
          <w:sz w:val="24"/>
        </w:rPr>
        <w:t>• Where did you meet with the attorneys?</w:t>
      </w:r>
    </w:p>
    <w:p>
      <w:pPr>
        <w:keepNext w:val="0"/>
        <w:spacing w:before="200" w:after="0" w:line="260" w:lineRule="exact"/>
        <w:ind w:left="2160" w:right="0" w:firstLine="0"/>
        <w:jc w:val="both"/>
      </w:pPr>
      <w:r>
        <w:rPr>
          <w:rFonts w:ascii="Times New Roman" w:hAnsi="Times New Roman" w:eastAsia="Times New Roman" w:cs="Times New Roman"/>
          <w:b w:val="0"/>
          <w:sz w:val="24"/>
        </w:rPr>
        <w:t>• Was anyone else present at this meeting with your attorneys?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Who was present?</w:t>
      </w:r>
    </w:p>
    <w:p>
      <w:pPr>
        <w:keepNext w:val="0"/>
        <w:spacing w:before="200" w:after="0" w:line="260" w:lineRule="exact"/>
        <w:ind w:left="2520" w:right="0" w:firstLine="0"/>
        <w:jc w:val="both"/>
      </w:pPr>
      <w:r>
        <w:rPr>
          <w:rFonts w:ascii="Times New Roman" w:hAnsi="Times New Roman" w:eastAsia="Times New Roman" w:cs="Times New Roman"/>
          <w:b w:val="0"/>
          <w:sz w:val="24"/>
        </w:rPr>
        <w:t>○ For how long was this person present at the meeting with your attorneys? (E.g., for some or all of the meeting.)</w:t>
      </w:r>
    </w:p>
    <w:p>
      <w:pPr>
        <w:keepNext w:val="0"/>
        <w:spacing w:before="200" w:after="0" w:line="260" w:lineRule="exact"/>
        <w:ind w:left="2520" w:right="0" w:firstLine="0"/>
        <w:jc w:val="both"/>
      </w:pPr>
      <w:r>
        <w:rPr>
          <w:rFonts w:ascii="Times New Roman" w:hAnsi="Times New Roman" w:eastAsia="Times New Roman" w:cs="Times New Roman"/>
          <w:b w:val="0"/>
          <w:sz w:val="24"/>
        </w:rPr>
        <w:t>○ How did this person participate in the meeting?</w:t>
      </w:r>
    </w:p>
    <w:p>
      <w:pPr>
        <w:keepNext w:val="0"/>
        <w:spacing w:before="200" w:after="0" w:line="260" w:lineRule="exact"/>
        <w:ind w:left="1440" w:right="0" w:firstLine="0"/>
        <w:jc w:val="both"/>
      </w:pPr>
      <w:r>
        <w:rPr>
          <w:rFonts w:ascii="Times New Roman" w:hAnsi="Times New Roman" w:eastAsia="Times New Roman" w:cs="Times New Roman"/>
          <w:b w:val="0"/>
          <w:sz w:val="24"/>
        </w:rPr>
        <w:t>○ Did you review any documents with the attorneys for [party name] in preparation for this deposition?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How many documents did you review? </w:t>
      </w:r>
      <w:r>
        <w:rPr>
          <w:rFonts w:ascii="Times New Roman" w:hAnsi="Times New Roman" w:eastAsia="Times New Roman" w:cs="Times New Roman"/>
          <w:b w:val="0"/>
          <w:sz w:val="24"/>
        </w:rPr>
        <w:t>(If the witness does not know the specific number of documents, ask the witness to estimate the number of documents or file folders reviewed, or the thickness of the stack of documents that was reviewed.)</w:t>
      </w:r>
    </w:p>
    <w:p>
      <w:pPr>
        <w:keepNext w:val="0"/>
        <w:spacing w:before="200" w:after="0" w:line="260" w:lineRule="exact"/>
        <w:ind w:left="1080" w:right="0" w:firstLine="0"/>
        <w:jc w:val="both"/>
      </w:pPr>
      <w:r>
        <w:rPr>
          <w:rFonts w:ascii="Times New Roman" w:hAnsi="Times New Roman" w:eastAsia="Times New Roman" w:cs="Times New Roman"/>
          <w:b w:val="0"/>
          <w:sz w:val="24"/>
        </w:rPr>
        <w:t>• Have you spoken to anyone other than the attorneys for [party name] about this case?</w:t>
      </w:r>
    </w:p>
    <w:p>
      <w:pPr>
        <w:keepNext w:val="0"/>
        <w:spacing w:before="200" w:after="0" w:line="260" w:lineRule="exact"/>
        <w:ind w:left="1440" w:right="0" w:firstLine="0"/>
        <w:jc w:val="both"/>
      </w:pPr>
      <w:r>
        <w:rPr>
          <w:rFonts w:ascii="Times New Roman" w:hAnsi="Times New Roman" w:eastAsia="Times New Roman" w:cs="Times New Roman"/>
          <w:b w:val="0"/>
          <w:sz w:val="24"/>
        </w:rPr>
        <w:t>○ Who did you speak with?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person:</w:t>
      </w:r>
    </w:p>
    <w:p>
      <w:pPr>
        <w:keepNext w:val="0"/>
        <w:spacing w:before="200" w:after="0" w:line="260" w:lineRule="exact"/>
        <w:ind w:left="1800" w:right="0" w:firstLine="0"/>
        <w:jc w:val="both"/>
      </w:pPr>
      <w:r>
        <w:rPr>
          <w:rFonts w:ascii="Times New Roman" w:hAnsi="Times New Roman" w:eastAsia="Times New Roman" w:cs="Times New Roman"/>
          <w:b w:val="0"/>
          <w:sz w:val="24"/>
        </w:rPr>
        <w:t>▪ When did you speak with this person?</w:t>
      </w:r>
    </w:p>
    <w:p>
      <w:pPr>
        <w:keepNext w:val="0"/>
        <w:spacing w:before="200" w:after="0" w:line="260" w:lineRule="exact"/>
        <w:ind w:left="1800" w:right="0" w:firstLine="0"/>
        <w:jc w:val="both"/>
      </w:pPr>
      <w:r>
        <w:rPr>
          <w:rFonts w:ascii="Times New Roman" w:hAnsi="Times New Roman" w:eastAsia="Times New Roman" w:cs="Times New Roman"/>
          <w:b w:val="0"/>
          <w:sz w:val="24"/>
        </w:rPr>
        <w:t>▪ Where did you speak with this person?</w:t>
      </w:r>
    </w:p>
    <w:p>
      <w:pPr>
        <w:keepNext w:val="0"/>
        <w:spacing w:before="200" w:after="0" w:line="260" w:lineRule="exact"/>
        <w:ind w:left="1800" w:right="0" w:firstLine="0"/>
        <w:jc w:val="both"/>
      </w:pPr>
      <w:r>
        <w:rPr>
          <w:rFonts w:ascii="Times New Roman" w:hAnsi="Times New Roman" w:eastAsia="Times New Roman" w:cs="Times New Roman"/>
          <w:b w:val="0"/>
          <w:sz w:val="24"/>
        </w:rPr>
        <w:t>▪ Was anyone else present? Who?</w:t>
      </w:r>
    </w:p>
    <w:p>
      <w:pPr>
        <w:keepNext w:val="0"/>
        <w:spacing w:before="200" w:after="0" w:line="260" w:lineRule="exact"/>
        <w:ind w:left="1800" w:right="0" w:firstLine="0"/>
        <w:jc w:val="both"/>
      </w:pPr>
      <w:r>
        <w:rPr>
          <w:rFonts w:ascii="Times New Roman" w:hAnsi="Times New Roman" w:eastAsia="Times New Roman" w:cs="Times New Roman"/>
          <w:b w:val="0"/>
          <w:sz w:val="24"/>
        </w:rPr>
        <w:t>▪ What specifically was discussed?</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Mark Deposition 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Mark the deposition notice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authenticate, and review.</w:t>
      </w:r>
    </w:p>
    <w:p>
      <w:pPr>
        <w:keepNext w:val="0"/>
        <w:spacing w:before="200" w:after="0" w:line="260" w:lineRule="exact"/>
        <w:ind w:left="1440" w:right="0" w:firstLine="0"/>
        <w:jc w:val="both"/>
      </w:pPr>
      <w:r>
        <w:rPr>
          <w:rFonts w:ascii="Times New Roman" w:hAnsi="Times New Roman" w:eastAsia="Times New Roman" w:cs="Times New Roman"/>
          <w:b w:val="0"/>
          <w:sz w:val="24"/>
        </w:rPr>
        <w:t>○ Have you seen this document before?</w:t>
      </w:r>
    </w:p>
    <w:p>
      <w:pPr>
        <w:keepNext w:val="0"/>
        <w:spacing w:before="200" w:after="0" w:line="260" w:lineRule="exact"/>
        <w:ind w:left="1440" w:right="0" w:firstLine="0"/>
        <w:jc w:val="both"/>
      </w:pPr>
      <w:r>
        <w:rPr>
          <w:rFonts w:ascii="Times New Roman" w:hAnsi="Times New Roman" w:eastAsia="Times New Roman" w:cs="Times New Roman"/>
          <w:b w:val="0"/>
          <w:sz w:val="24"/>
        </w:rPr>
        <w:t>○ When did you first see this document?</w:t>
      </w:r>
    </w:p>
    <w:p>
      <w:pPr>
        <w:keepNext w:val="0"/>
        <w:spacing w:before="200" w:after="0" w:line="260" w:lineRule="exact"/>
        <w:ind w:left="1440" w:right="0" w:firstLine="0"/>
        <w:jc w:val="both"/>
      </w:pPr>
      <w:r>
        <w:rPr>
          <w:rFonts w:ascii="Times New Roman" w:hAnsi="Times New Roman" w:eastAsia="Times New Roman" w:cs="Times New Roman"/>
          <w:b w:val="0"/>
          <w:sz w:val="24"/>
        </w:rPr>
        <w:t>○ How was it brought to your attention?</w:t>
      </w:r>
    </w:p>
    <w:p>
      <w:pPr>
        <w:keepNext w:val="0"/>
        <w:spacing w:before="200" w:after="0" w:line="260" w:lineRule="exact"/>
        <w:ind w:left="1440" w:right="0" w:firstLine="0"/>
        <w:jc w:val="both"/>
      </w:pPr>
      <w:r>
        <w:rPr>
          <w:rFonts w:ascii="Times New Roman" w:hAnsi="Times New Roman" w:eastAsia="Times New Roman" w:cs="Times New Roman"/>
          <w:b w:val="0"/>
          <w:sz w:val="24"/>
        </w:rPr>
        <w:t>○ What do you understand this document to be?</w:t>
      </w:r>
    </w:p>
    <w:p>
      <w:pPr>
        <w:keepNext w:val="0"/>
        <w:spacing w:before="200" w:after="0" w:line="260" w:lineRule="exact"/>
        <w:ind w:left="1440" w:right="0" w:firstLine="0"/>
        <w:jc w:val="both"/>
      </w:pPr>
      <w:r>
        <w:rPr>
          <w:rFonts w:ascii="Times New Roman" w:hAnsi="Times New Roman" w:eastAsia="Times New Roman" w:cs="Times New Roman"/>
          <w:b w:val="0"/>
          <w:sz w:val="24"/>
        </w:rPr>
        <w:t>○ Are you appearing for your deposition today in response to this notice of deposition?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If the expert is producing documents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subpoena duces tecum, mark the subpoena duces tecum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authenticate, and review.</w:t>
      </w:r>
    </w:p>
    <w:p>
      <w:pPr>
        <w:keepNext w:val="0"/>
        <w:spacing w:before="200" w:after="0" w:line="260" w:lineRule="exact"/>
        <w:ind w:left="1440" w:right="0" w:firstLine="0"/>
        <w:jc w:val="both"/>
      </w:pPr>
      <w:r>
        <w:rPr>
          <w:rFonts w:ascii="Times New Roman" w:hAnsi="Times New Roman" w:eastAsia="Times New Roman" w:cs="Times New Roman"/>
          <w:b w:val="0"/>
          <w:sz w:val="24"/>
        </w:rPr>
        <w:t>○ Have you seen this document before?</w:t>
      </w:r>
    </w:p>
    <w:p>
      <w:pPr>
        <w:keepNext w:val="0"/>
        <w:spacing w:before="200" w:after="0" w:line="260" w:lineRule="exact"/>
        <w:ind w:left="1440" w:right="0" w:firstLine="0"/>
        <w:jc w:val="both"/>
      </w:pPr>
      <w:r>
        <w:rPr>
          <w:rFonts w:ascii="Times New Roman" w:hAnsi="Times New Roman" w:eastAsia="Times New Roman" w:cs="Times New Roman"/>
          <w:b w:val="0"/>
          <w:sz w:val="24"/>
        </w:rPr>
        <w:t>○ When did you first see this document?</w:t>
      </w:r>
    </w:p>
    <w:p>
      <w:pPr>
        <w:keepNext w:val="0"/>
        <w:spacing w:before="200" w:after="0" w:line="260" w:lineRule="exact"/>
        <w:ind w:left="1440" w:right="0" w:firstLine="0"/>
        <w:jc w:val="both"/>
      </w:pPr>
      <w:r>
        <w:rPr>
          <w:rFonts w:ascii="Times New Roman" w:hAnsi="Times New Roman" w:eastAsia="Times New Roman" w:cs="Times New Roman"/>
          <w:b w:val="0"/>
          <w:sz w:val="24"/>
        </w:rPr>
        <w:t>○ How was it brought to your attention?</w:t>
      </w:r>
    </w:p>
    <w:p>
      <w:pPr>
        <w:keepNext w:val="0"/>
        <w:spacing w:before="200" w:after="0" w:line="260" w:lineRule="exact"/>
        <w:ind w:left="1440" w:right="0" w:firstLine="0"/>
        <w:jc w:val="both"/>
      </w:pPr>
      <w:r>
        <w:rPr>
          <w:rFonts w:ascii="Times New Roman" w:hAnsi="Times New Roman" w:eastAsia="Times New Roman" w:cs="Times New Roman"/>
          <w:b w:val="0"/>
          <w:sz w:val="24"/>
        </w:rPr>
        <w:t>○ What do you understand this document to be?</w:t>
      </w:r>
    </w:p>
    <w:p>
      <w:pPr>
        <w:keepNext w:val="0"/>
        <w:spacing w:before="200" w:after="0" w:line="260" w:lineRule="exact"/>
        <w:ind w:left="1440" w:right="0" w:firstLine="0"/>
        <w:jc w:val="both"/>
      </w:pPr>
      <w:r>
        <w:rPr>
          <w:rFonts w:ascii="Times New Roman" w:hAnsi="Times New Roman" w:eastAsia="Times New Roman" w:cs="Times New Roman"/>
          <w:b w:val="0"/>
          <w:sz w:val="24"/>
        </w:rPr>
        <w:t>○ Are you producing any documents today in response to this subpoena duces tecum?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documents are your producing?</w:t>
      </w:r>
    </w:p>
    <w:p>
      <w:pPr>
        <w:keepNext w:val="0"/>
        <w:spacing w:before="200" w:after="0" w:line="260" w:lineRule="exact"/>
        <w:ind w:left="1800" w:right="0" w:firstLine="0"/>
        <w:jc w:val="both"/>
      </w:pPr>
      <w:r>
        <w:rPr>
          <w:rFonts w:ascii="Times New Roman" w:hAnsi="Times New Roman" w:eastAsia="Times New Roman" w:cs="Times New Roman"/>
          <w:b w:val="0"/>
          <w:sz w:val="24"/>
        </w:rPr>
        <w:t>▪ What did you do to search for these documents?</w:t>
      </w:r>
    </w:p>
    <w:p>
      <w:pPr>
        <w:keepNext w:val="0"/>
        <w:spacing w:before="200" w:after="0" w:line="260" w:lineRule="exact"/>
        <w:ind w:left="1800" w:right="0" w:firstLine="0"/>
        <w:jc w:val="both"/>
      </w:pPr>
      <w:r>
        <w:rPr>
          <w:rFonts w:ascii="Times New Roman" w:hAnsi="Times New Roman" w:eastAsia="Times New Roman" w:cs="Times New Roman"/>
          <w:b w:val="0"/>
          <w:sz w:val="24"/>
        </w:rPr>
        <w:t>▪ Were there any documents that you searched for, but were unable to find?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documents were those?</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Case Information.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Involvement in Case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Role as Expert</w:t>
      </w:r>
    </w:p>
    <w:p>
      <w:pPr>
        <w:keepNext w:val="0"/>
        <w:spacing w:before="200" w:after="0" w:line="260" w:lineRule="exact"/>
        <w:ind w:left="1440" w:right="0" w:firstLine="0"/>
        <w:jc w:val="both"/>
      </w:pPr>
      <w:r>
        <w:rPr>
          <w:rFonts w:ascii="Times New Roman" w:hAnsi="Times New Roman" w:eastAsia="Times New Roman" w:cs="Times New Roman"/>
          <w:b w:val="0"/>
          <w:sz w:val="24"/>
        </w:rPr>
        <w:t>• What is your understanding of your role with respect to the present lawsuit?</w:t>
      </w:r>
    </w:p>
    <w:p>
      <w:pPr>
        <w:keepNext w:val="0"/>
        <w:spacing w:before="200" w:after="0" w:line="260" w:lineRule="exact"/>
        <w:ind w:left="1440" w:right="0" w:firstLine="0"/>
        <w:jc w:val="both"/>
      </w:pPr>
      <w:r>
        <w:rPr>
          <w:rFonts w:ascii="Times New Roman" w:hAnsi="Times New Roman" w:eastAsia="Times New Roman" w:cs="Times New Roman"/>
          <w:b w:val="0"/>
          <w:sz w:val="24"/>
        </w:rPr>
        <w:t>• What's the basis for your understanding?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Who first approached you about possibly serving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for [party name]?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did [person/company/law firm name] approach you about possibly serving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w:t>
      </w:r>
    </w:p>
    <w:p>
      <w:pPr>
        <w:keepNext w:val="0"/>
        <w:spacing w:before="200" w:after="0" w:line="260" w:lineRule="exact"/>
        <w:ind w:left="1800" w:right="0" w:firstLine="0"/>
        <w:jc w:val="both"/>
      </w:pPr>
      <w:r>
        <w:rPr>
          <w:rFonts w:ascii="Times New Roman" w:hAnsi="Times New Roman" w:eastAsia="Times New Roman" w:cs="Times New Roman"/>
          <w:b w:val="0"/>
          <w:sz w:val="24"/>
        </w:rPr>
        <w:t>○ How did he/she/they approach you? (E.g., by email, phone call, etc.)</w:t>
      </w:r>
    </w:p>
    <w:p>
      <w:pPr>
        <w:keepNext w:val="0"/>
        <w:spacing w:before="200" w:after="0" w:line="260" w:lineRule="exact"/>
        <w:ind w:left="1800" w:right="0" w:firstLine="0"/>
        <w:jc w:val="both"/>
      </w:pPr>
      <w:r>
        <w:rPr>
          <w:rFonts w:ascii="Times New Roman" w:hAnsi="Times New Roman" w:eastAsia="Times New Roman" w:cs="Times New Roman"/>
          <w:b w:val="0"/>
          <w:sz w:val="24"/>
        </w:rPr>
        <w:t>○ What was communicated to you at that time?</w:t>
      </w:r>
    </w:p>
    <w:p>
      <w:pPr>
        <w:keepNext w:val="0"/>
        <w:spacing w:before="200" w:after="0" w:line="260" w:lineRule="exact"/>
        <w:ind w:left="2160" w:right="0" w:firstLine="0"/>
        <w:jc w:val="both"/>
      </w:pPr>
      <w:r>
        <w:rPr>
          <w:rFonts w:ascii="Times New Roman" w:hAnsi="Times New Roman" w:eastAsia="Times New Roman" w:cs="Times New Roman"/>
          <w:b w:val="0"/>
          <w:sz w:val="24"/>
        </w:rPr>
        <w:t>▪ What was communicated to you about the dispute between [plaintiff name] and [defendant name]?</w:t>
      </w:r>
    </w:p>
    <w:p>
      <w:pPr>
        <w:keepNext w:val="0"/>
        <w:spacing w:before="200" w:after="0" w:line="260" w:lineRule="exact"/>
        <w:ind w:left="2160" w:right="0" w:firstLine="0"/>
        <w:jc w:val="both"/>
      </w:pPr>
      <w:r>
        <w:rPr>
          <w:rFonts w:ascii="Times New Roman" w:hAnsi="Times New Roman" w:eastAsia="Times New Roman" w:cs="Times New Roman"/>
          <w:b w:val="0"/>
          <w:sz w:val="24"/>
        </w:rPr>
        <w:t>▪ What was communicated to you about the [short patent number] patent?</w:t>
      </w:r>
    </w:p>
    <w:p>
      <w:pPr>
        <w:keepNext w:val="0"/>
        <w:spacing w:before="200" w:after="0" w:line="260" w:lineRule="exact"/>
        <w:ind w:left="2160" w:right="0" w:firstLine="0"/>
        <w:jc w:val="both"/>
      </w:pPr>
      <w:r>
        <w:rPr>
          <w:rFonts w:ascii="Times New Roman" w:hAnsi="Times New Roman" w:eastAsia="Times New Roman" w:cs="Times New Roman"/>
          <w:b w:val="0"/>
          <w:sz w:val="24"/>
        </w:rPr>
        <w:t>▪ What was communicated to you about [accused products]?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What was communicated to you about your possible role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w:t>
      </w:r>
    </w:p>
    <w:p>
      <w:pPr>
        <w:keepNext w:val="0"/>
        <w:spacing w:before="200" w:after="0" w:line="260" w:lineRule="exact"/>
        <w:ind w:left="2160" w:right="0" w:firstLine="0"/>
        <w:jc w:val="both"/>
      </w:pPr>
      <w:r>
        <w:rPr>
          <w:rFonts w:ascii="Times New Roman" w:hAnsi="Times New Roman" w:eastAsia="Times New Roman" w:cs="Times New Roman"/>
          <w:b w:val="0"/>
          <w:sz w:val="24"/>
        </w:rPr>
        <w:t>▪ What other information was communicated to you?</w:t>
      </w:r>
    </w:p>
    <w:p>
      <w:pPr>
        <w:keepNext w:val="0"/>
        <w:spacing w:before="200" w:after="0" w:line="260" w:lineRule="exact"/>
        <w:ind w:left="1800" w:right="0" w:firstLine="0"/>
        <w:jc w:val="both"/>
      </w:pPr>
      <w:r>
        <w:rPr>
          <w:rFonts w:ascii="Times New Roman" w:hAnsi="Times New Roman" w:eastAsia="Times New Roman" w:cs="Times New Roman"/>
          <w:b w:val="0"/>
          <w:sz w:val="24"/>
        </w:rPr>
        <w:t>○ Did you respond to any of the information that was communicated to you?</w:t>
      </w:r>
    </w:p>
    <w:p>
      <w:pPr>
        <w:keepNext w:val="0"/>
        <w:spacing w:before="200" w:after="0" w:line="260" w:lineRule="exact"/>
        <w:ind w:left="2160" w:right="0" w:firstLine="0"/>
        <w:jc w:val="both"/>
      </w:pPr>
      <w:r>
        <w:rPr>
          <w:rFonts w:ascii="Times New Roman" w:hAnsi="Times New Roman" w:eastAsia="Times New Roman" w:cs="Times New Roman"/>
          <w:b w:val="0"/>
          <w:sz w:val="24"/>
        </w:rPr>
        <w:t>▪ How did you respond?</w:t>
      </w:r>
    </w:p>
    <w:p>
      <w:pPr>
        <w:keepNext w:val="0"/>
        <w:spacing w:before="200" w:after="0" w:line="260" w:lineRule="exact"/>
        <w:ind w:left="2160" w:right="0" w:firstLine="0"/>
        <w:jc w:val="both"/>
      </w:pPr>
      <w:r>
        <w:rPr>
          <w:rFonts w:ascii="Times New Roman" w:hAnsi="Times New Roman" w:eastAsia="Times New Roman" w:cs="Times New Roman"/>
          <w:b w:val="0"/>
          <w:sz w:val="24"/>
        </w:rPr>
        <w:t>▪ What did you say?</w:t>
      </w:r>
    </w:p>
    <w:p>
      <w:pPr>
        <w:keepNext w:val="0"/>
        <w:spacing w:before="200" w:after="0" w:line="260" w:lineRule="exact"/>
        <w:ind w:left="1800" w:right="0" w:firstLine="0"/>
        <w:jc w:val="both"/>
      </w:pPr>
      <w:r>
        <w:rPr>
          <w:rFonts w:ascii="Times New Roman" w:hAnsi="Times New Roman" w:eastAsia="Times New Roman" w:cs="Times New Roman"/>
          <w:b w:val="0"/>
          <w:sz w:val="24"/>
        </w:rPr>
        <w:t>○ What happened next?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Did you have any other communications with [person/company/law firm name] prior to your being retained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 ask the following questions for each such communication:</w:t>
      </w:r>
    </w:p>
    <w:p>
      <w:pPr>
        <w:keepNext w:val="0"/>
        <w:spacing w:before="200" w:after="0" w:line="260" w:lineRule="exact"/>
        <w:ind w:left="1800" w:right="0" w:firstLine="0"/>
        <w:jc w:val="both"/>
      </w:pPr>
      <w:r>
        <w:rPr>
          <w:rFonts w:ascii="Times New Roman" w:hAnsi="Times New Roman" w:eastAsia="Times New Roman" w:cs="Times New Roman"/>
          <w:b w:val="0"/>
          <w:sz w:val="24"/>
        </w:rPr>
        <w:t>○ When did the communication occur?</w:t>
      </w:r>
    </w:p>
    <w:p>
      <w:pPr>
        <w:keepNext w:val="0"/>
        <w:spacing w:before="200" w:after="0" w:line="260" w:lineRule="exact"/>
        <w:ind w:left="1800" w:right="0" w:firstLine="0"/>
        <w:jc w:val="both"/>
      </w:pPr>
      <w:r>
        <w:rPr>
          <w:rFonts w:ascii="Times New Roman" w:hAnsi="Times New Roman" w:eastAsia="Times New Roman" w:cs="Times New Roman"/>
          <w:b w:val="0"/>
          <w:sz w:val="24"/>
        </w:rPr>
        <w:t>○ What was the nature of the communication? (E.g., email, phone call, face-to-face meeting, etc.)</w:t>
      </w:r>
    </w:p>
    <w:p>
      <w:pPr>
        <w:keepNext w:val="0"/>
        <w:spacing w:before="200" w:after="0" w:line="260" w:lineRule="exact"/>
        <w:ind w:left="1800" w:right="0" w:firstLine="0"/>
        <w:jc w:val="both"/>
      </w:pPr>
      <w:r>
        <w:rPr>
          <w:rFonts w:ascii="Times New Roman" w:hAnsi="Times New Roman" w:eastAsia="Times New Roman" w:cs="Times New Roman"/>
          <w:b w:val="0"/>
          <w:sz w:val="24"/>
        </w:rPr>
        <w:t>○ Who participated in the communication?</w:t>
      </w:r>
    </w:p>
    <w:p>
      <w:pPr>
        <w:keepNext w:val="0"/>
        <w:spacing w:before="200" w:after="0" w:line="260" w:lineRule="exact"/>
        <w:ind w:left="1800" w:right="0" w:firstLine="0"/>
        <w:jc w:val="both"/>
      </w:pPr>
      <w:r>
        <w:rPr>
          <w:rFonts w:ascii="Times New Roman" w:hAnsi="Times New Roman" w:eastAsia="Times New Roman" w:cs="Times New Roman"/>
          <w:b w:val="0"/>
          <w:sz w:val="24"/>
        </w:rPr>
        <w:t>○ What was the substance of the communication?</w:t>
      </w:r>
    </w:p>
    <w:p>
      <w:pPr>
        <w:keepNext w:val="0"/>
        <w:spacing w:before="200" w:after="0" w:line="260" w:lineRule="exact"/>
        <w:ind w:left="2160" w:right="0" w:firstLine="0"/>
        <w:jc w:val="both"/>
      </w:pPr>
      <w:r>
        <w:rPr>
          <w:rFonts w:ascii="Times New Roman" w:hAnsi="Times New Roman" w:eastAsia="Times New Roman" w:cs="Times New Roman"/>
          <w:b w:val="0"/>
          <w:sz w:val="24"/>
        </w:rPr>
        <w:t>▪ What was communicated to you about the dispute between [plaintiff name] and [defendant name]?</w:t>
      </w:r>
    </w:p>
    <w:p>
      <w:pPr>
        <w:keepNext w:val="0"/>
        <w:spacing w:before="200" w:after="0" w:line="260" w:lineRule="exact"/>
        <w:ind w:left="2160" w:right="0" w:firstLine="0"/>
        <w:jc w:val="both"/>
      </w:pPr>
      <w:r>
        <w:rPr>
          <w:rFonts w:ascii="Times New Roman" w:hAnsi="Times New Roman" w:eastAsia="Times New Roman" w:cs="Times New Roman"/>
          <w:b w:val="0"/>
          <w:sz w:val="24"/>
        </w:rPr>
        <w:t>▪ What was communicated to you about the [short patent number] patent?</w:t>
      </w:r>
    </w:p>
    <w:p>
      <w:pPr>
        <w:keepNext w:val="0"/>
        <w:spacing w:before="200" w:after="0" w:line="260" w:lineRule="exact"/>
        <w:ind w:left="2160" w:right="0" w:firstLine="0"/>
        <w:jc w:val="both"/>
      </w:pPr>
      <w:r>
        <w:rPr>
          <w:rFonts w:ascii="Times New Roman" w:hAnsi="Times New Roman" w:eastAsia="Times New Roman" w:cs="Times New Roman"/>
          <w:b w:val="0"/>
          <w:sz w:val="24"/>
        </w:rPr>
        <w:t>▪ What was communicated to you about [accused products]?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What was communicated to you about your possible role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w:t>
      </w:r>
    </w:p>
    <w:p>
      <w:pPr>
        <w:keepNext w:val="0"/>
        <w:spacing w:before="200" w:after="0" w:line="260" w:lineRule="exact"/>
        <w:ind w:left="2160" w:right="0" w:firstLine="0"/>
        <w:jc w:val="both"/>
      </w:pPr>
      <w:r>
        <w:rPr>
          <w:rFonts w:ascii="Times New Roman" w:hAnsi="Times New Roman" w:eastAsia="Times New Roman" w:cs="Times New Roman"/>
          <w:b w:val="0"/>
          <w:sz w:val="24"/>
        </w:rPr>
        <w:t>▪ What other information was communicated to you?</w:t>
      </w:r>
    </w:p>
    <w:p>
      <w:pPr>
        <w:keepNext w:val="0"/>
        <w:spacing w:before="200" w:after="0" w:line="260" w:lineRule="exact"/>
        <w:ind w:left="1800" w:right="0" w:firstLine="0"/>
        <w:jc w:val="both"/>
      </w:pPr>
      <w:r>
        <w:rPr>
          <w:rFonts w:ascii="Times New Roman" w:hAnsi="Times New Roman" w:eastAsia="Times New Roman" w:cs="Times New Roman"/>
          <w:b w:val="0"/>
          <w:sz w:val="24"/>
        </w:rPr>
        <w:t>○ What happened next?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were you formally retained to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for [party 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Who informed you that you had been selected to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for [party name]?</w:t>
      </w:r>
    </w:p>
    <w:p>
      <w:pPr>
        <w:keepNext w:val="0"/>
        <w:spacing w:before="200" w:after="0" w:line="260" w:lineRule="exact"/>
        <w:ind w:left="1800" w:right="0" w:firstLine="0"/>
        <w:jc w:val="both"/>
      </w:pPr>
      <w:r>
        <w:rPr>
          <w:rFonts w:ascii="Times New Roman" w:hAnsi="Times New Roman" w:eastAsia="Times New Roman" w:cs="Times New Roman"/>
          <w:b w:val="0"/>
          <w:sz w:val="24"/>
        </w:rPr>
        <w:t>○ How did he/she/they approach you? (E.g., by email, phone call, etc.)</w:t>
      </w:r>
    </w:p>
    <w:p>
      <w:pPr>
        <w:keepNext w:val="0"/>
        <w:spacing w:before="200" w:after="0" w:line="260" w:lineRule="exact"/>
        <w:ind w:left="1800" w:right="0" w:firstLine="0"/>
        <w:jc w:val="both"/>
      </w:pPr>
      <w:r>
        <w:rPr>
          <w:rFonts w:ascii="Times New Roman" w:hAnsi="Times New Roman" w:eastAsia="Times New Roman" w:cs="Times New Roman"/>
          <w:b w:val="0"/>
          <w:sz w:val="24"/>
        </w:rPr>
        <w:t>○ What was communicated to you at that time?</w:t>
      </w:r>
    </w:p>
    <w:p>
      <w:pPr>
        <w:keepNext w:val="0"/>
        <w:spacing w:before="200" w:after="0" w:line="260" w:lineRule="exact"/>
        <w:ind w:left="2160" w:right="0" w:firstLine="0"/>
        <w:jc w:val="both"/>
      </w:pPr>
      <w:r>
        <w:rPr>
          <w:rFonts w:ascii="Times New Roman" w:hAnsi="Times New Roman" w:eastAsia="Times New Roman" w:cs="Times New Roman"/>
          <w:b w:val="0"/>
          <w:sz w:val="24"/>
        </w:rPr>
        <w:t>▪ What was communicated to you about the dispute between [plaintiff name] and [defendant name]?</w:t>
      </w:r>
    </w:p>
    <w:p>
      <w:pPr>
        <w:keepNext w:val="0"/>
        <w:spacing w:before="200" w:after="0" w:line="260" w:lineRule="exact"/>
        <w:ind w:left="2160" w:right="0" w:firstLine="0"/>
        <w:jc w:val="both"/>
      </w:pPr>
      <w:r>
        <w:rPr>
          <w:rFonts w:ascii="Times New Roman" w:hAnsi="Times New Roman" w:eastAsia="Times New Roman" w:cs="Times New Roman"/>
          <w:b w:val="0"/>
          <w:sz w:val="24"/>
        </w:rPr>
        <w:t>▪ What was communicated to you about the [short patent number] patent?</w:t>
      </w:r>
    </w:p>
    <w:p>
      <w:pPr>
        <w:keepNext w:val="0"/>
        <w:spacing w:before="200" w:after="0" w:line="260" w:lineRule="exact"/>
        <w:ind w:left="2160" w:right="0" w:firstLine="0"/>
        <w:jc w:val="both"/>
      </w:pPr>
      <w:r>
        <w:rPr>
          <w:rFonts w:ascii="Times New Roman" w:hAnsi="Times New Roman" w:eastAsia="Times New Roman" w:cs="Times New Roman"/>
          <w:b w:val="0"/>
          <w:sz w:val="24"/>
        </w:rPr>
        <w:t>▪ What was communicated to you about [accused products]?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What was communicated to you about your role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w:t>
      </w:r>
    </w:p>
    <w:p>
      <w:pPr>
        <w:keepNext w:val="0"/>
        <w:spacing w:before="200" w:after="0" w:line="260" w:lineRule="exact"/>
        <w:ind w:left="2160" w:right="0" w:firstLine="0"/>
        <w:jc w:val="both"/>
      </w:pPr>
      <w:r>
        <w:rPr>
          <w:rFonts w:ascii="Times New Roman" w:hAnsi="Times New Roman" w:eastAsia="Times New Roman" w:cs="Times New Roman"/>
          <w:b w:val="0"/>
          <w:sz w:val="24"/>
        </w:rPr>
        <w:t>▪ What other information was communicated to you?</w:t>
      </w:r>
    </w:p>
    <w:p>
      <w:pPr>
        <w:keepNext w:val="0"/>
        <w:spacing w:before="200" w:after="0" w:line="260" w:lineRule="exact"/>
        <w:ind w:left="1800" w:right="0" w:firstLine="0"/>
        <w:jc w:val="both"/>
      </w:pPr>
      <w:r>
        <w:rPr>
          <w:rFonts w:ascii="Times New Roman" w:hAnsi="Times New Roman" w:eastAsia="Times New Roman" w:cs="Times New Roman"/>
          <w:b w:val="0"/>
          <w:sz w:val="24"/>
        </w:rPr>
        <w:t>○ Did you respond to any of the information that was communicated to you?</w:t>
      </w:r>
    </w:p>
    <w:p>
      <w:pPr>
        <w:keepNext w:val="0"/>
        <w:spacing w:before="200" w:after="0" w:line="260" w:lineRule="exact"/>
        <w:ind w:left="2160" w:right="0" w:firstLine="0"/>
        <w:jc w:val="both"/>
      </w:pPr>
      <w:r>
        <w:rPr>
          <w:rFonts w:ascii="Times New Roman" w:hAnsi="Times New Roman" w:eastAsia="Times New Roman" w:cs="Times New Roman"/>
          <w:b w:val="0"/>
          <w:sz w:val="24"/>
        </w:rPr>
        <w:t>▪ How did you respond?</w:t>
      </w:r>
    </w:p>
    <w:p>
      <w:pPr>
        <w:keepNext w:val="0"/>
        <w:spacing w:before="200" w:after="0" w:line="260" w:lineRule="exact"/>
        <w:ind w:left="2160" w:right="0" w:firstLine="0"/>
        <w:jc w:val="both"/>
      </w:pPr>
      <w:r>
        <w:rPr>
          <w:rFonts w:ascii="Times New Roman" w:hAnsi="Times New Roman" w:eastAsia="Times New Roman" w:cs="Times New Roman"/>
          <w:b w:val="0"/>
          <w:sz w:val="24"/>
        </w:rPr>
        <w:t>▪ What did you say?</w:t>
      </w:r>
    </w:p>
    <w:p>
      <w:pPr>
        <w:keepNext w:val="0"/>
        <w:spacing w:before="200" w:after="0" w:line="260" w:lineRule="exact"/>
        <w:ind w:left="1800" w:right="0" w:firstLine="0"/>
        <w:jc w:val="both"/>
      </w:pPr>
      <w:r>
        <w:rPr>
          <w:rFonts w:ascii="Times New Roman" w:hAnsi="Times New Roman" w:eastAsia="Times New Roman" w:cs="Times New Roman"/>
          <w:b w:val="0"/>
          <w:sz w:val="24"/>
        </w:rPr>
        <w:t>○ What happened next?</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Prior Knowledge</w:t>
      </w:r>
    </w:p>
    <w:p>
      <w:pPr>
        <w:keepNext w:val="0"/>
        <w:spacing w:before="200" w:after="0" w:line="260" w:lineRule="exact"/>
        <w:ind w:left="1440" w:right="0" w:firstLine="0"/>
        <w:jc w:val="both"/>
      </w:pPr>
      <w:r>
        <w:rPr>
          <w:rFonts w:ascii="Times New Roman" w:hAnsi="Times New Roman" w:eastAsia="Times New Roman" w:cs="Times New Roman"/>
          <w:b w:val="0"/>
          <w:sz w:val="24"/>
        </w:rPr>
        <w:t>• What is your understanding of the circumstances giving rise to the dispute between [plaintiff] and [defendant] concerning [subject matter of present lawsuit]?</w:t>
      </w:r>
    </w:p>
    <w:p>
      <w:pPr>
        <w:keepNext w:val="0"/>
        <w:spacing w:before="200" w:after="0" w:line="260" w:lineRule="exact"/>
        <w:ind w:left="1440" w:right="0" w:firstLine="0"/>
        <w:jc w:val="both"/>
      </w:pPr>
      <w:r>
        <w:rPr>
          <w:rFonts w:ascii="Times New Roman" w:hAnsi="Times New Roman" w:eastAsia="Times New Roman" w:cs="Times New Roman"/>
          <w:b w:val="0"/>
          <w:sz w:val="24"/>
        </w:rPr>
        <w:t>• What is your understanding based 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Did you have any knowledge of the dispute between [plaintiff name] and [defendant name] before you were first approached about possibly serving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for [party 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What knowledge did you have regarding the dispute between [plaintiff name] and [defendant name] before you were first approached about possibly serving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for [party name]?</w:t>
      </w:r>
    </w:p>
    <w:p>
      <w:pPr>
        <w:keepNext w:val="0"/>
        <w:spacing w:before="200" w:after="0" w:line="260" w:lineRule="exact"/>
        <w:ind w:left="1800" w:right="0" w:firstLine="0"/>
        <w:jc w:val="both"/>
      </w:pPr>
      <w:r>
        <w:rPr>
          <w:rFonts w:ascii="Times New Roman" w:hAnsi="Times New Roman" w:eastAsia="Times New Roman" w:cs="Times New Roman"/>
          <w:b w:val="0"/>
          <w:sz w:val="24"/>
        </w:rPr>
        <w:t>○ When did you obtain this knowledge?</w:t>
      </w:r>
    </w:p>
    <w:p>
      <w:pPr>
        <w:keepNext w:val="0"/>
        <w:spacing w:before="200" w:after="0" w:line="260" w:lineRule="exact"/>
        <w:ind w:left="1800" w:right="0" w:firstLine="0"/>
        <w:jc w:val="both"/>
      </w:pPr>
      <w:r>
        <w:rPr>
          <w:rFonts w:ascii="Times New Roman" w:hAnsi="Times New Roman" w:eastAsia="Times New Roman" w:cs="Times New Roman"/>
          <w:b w:val="0"/>
          <w:sz w:val="24"/>
        </w:rPr>
        <w:t>○ From whom did you obtain this knowledge?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Knowledge of the Parties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In Capacity as Expert or Otherwise</w:t>
      </w:r>
    </w:p>
    <w:p>
      <w:pPr>
        <w:keepNext w:val="0"/>
        <w:spacing w:before="200" w:after="0" w:line="260" w:lineRule="exact"/>
        <w:ind w:left="1440" w:right="0" w:firstLine="0"/>
        <w:jc w:val="both"/>
      </w:pPr>
      <w:r>
        <w:rPr>
          <w:rFonts w:ascii="Times New Roman" w:hAnsi="Times New Roman" w:eastAsia="Times New Roman" w:cs="Times New Roman"/>
          <w:b w:val="0"/>
          <w:sz w:val="24"/>
        </w:rPr>
        <w:t>• When did you first become aware of [plaintiff/defendant]?</w:t>
      </w:r>
    </w:p>
    <w:p>
      <w:pPr>
        <w:keepNext w:val="0"/>
        <w:spacing w:before="200" w:after="0" w:line="260" w:lineRule="exact"/>
        <w:ind w:left="1440" w:right="0" w:firstLine="0"/>
        <w:jc w:val="both"/>
      </w:pPr>
      <w:r>
        <w:rPr>
          <w:rFonts w:ascii="Times New Roman" w:hAnsi="Times New Roman" w:eastAsia="Times New Roman" w:cs="Times New Roman"/>
          <w:b w:val="0"/>
          <w:sz w:val="24"/>
        </w:rPr>
        <w:t>• How did you first become aware of [plaintiff/defendant]?</w:t>
      </w:r>
    </w:p>
    <w:p>
      <w:pPr>
        <w:keepNext w:val="0"/>
        <w:spacing w:before="200" w:after="0" w:line="260" w:lineRule="exact"/>
        <w:ind w:left="1440" w:right="0" w:firstLine="0"/>
        <w:jc w:val="both"/>
      </w:pPr>
      <w:r>
        <w:rPr>
          <w:rFonts w:ascii="Times New Roman" w:hAnsi="Times New Roman" w:eastAsia="Times New Roman" w:cs="Times New Roman"/>
          <w:b w:val="0"/>
          <w:sz w:val="24"/>
        </w:rPr>
        <w:t>• What is your general understanding of what [plaintiff/defendant] is, and what [plaintiff/defendant] does?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you served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for [plaintiff/defendant] in any other dispute?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 then ask the following:</w:t>
      </w:r>
    </w:p>
    <w:p>
      <w:pPr>
        <w:keepNext w:val="0"/>
        <w:spacing w:before="200" w:after="0" w:line="260" w:lineRule="exact"/>
        <w:ind w:left="2160" w:right="0" w:firstLine="0"/>
        <w:jc w:val="both"/>
      </w:pPr>
      <w:r>
        <w:rPr>
          <w:rFonts w:ascii="Times New Roman" w:hAnsi="Times New Roman" w:eastAsia="Times New Roman" w:cs="Times New Roman"/>
          <w:b w:val="0"/>
          <w:sz w:val="24"/>
        </w:rPr>
        <w:t>▪ Which parties were involved in that dispute?</w:t>
      </w:r>
    </w:p>
    <w:p>
      <w:pPr>
        <w:keepNext w:val="0"/>
        <w:spacing w:before="200" w:after="0" w:line="260" w:lineRule="exact"/>
        <w:ind w:left="2160" w:right="0" w:firstLine="0"/>
        <w:jc w:val="both"/>
      </w:pPr>
      <w:r>
        <w:rPr>
          <w:rFonts w:ascii="Times New Roman" w:hAnsi="Times New Roman" w:eastAsia="Times New Roman" w:cs="Times New Roman"/>
          <w:b w:val="0"/>
          <w:sz w:val="24"/>
        </w:rPr>
        <w:t>▪ What was the nature of the dispute?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What was the nature of your involvement in this dispute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(E.g., infringement expert, invalidity expert, etc.)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were you involved in this dispute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w:t>
      </w:r>
    </w:p>
    <w:p>
      <w:pPr>
        <w:keepNext w:val="0"/>
        <w:spacing w:before="200" w:after="0" w:line="260" w:lineRule="exact"/>
        <w:ind w:left="2160" w:right="0" w:firstLine="0"/>
        <w:jc w:val="both"/>
      </w:pPr>
      <w:r>
        <w:rPr>
          <w:rFonts w:ascii="Times New Roman" w:hAnsi="Times New Roman" w:eastAsia="Times New Roman" w:cs="Times New Roman"/>
          <w:b w:val="0"/>
          <w:sz w:val="24"/>
        </w:rPr>
        <w:t>▪ What was the substance of your expert opinions in connection with this dispute?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you served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against [plaintiff/defendant] in any other dispute?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If yes, then ask the same questions as above for the situation in which the witness served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for the plaintiff or defendant.</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with Anyone at Company (e.g., Current or Former Employees)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Before you were retained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this case, did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personal relationship with any current or former employees or officers of [patent owner]?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 then ask the following for each current or former employee or officer: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whom did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personal relationship?</w:t>
      </w:r>
    </w:p>
    <w:p>
      <w:pPr>
        <w:keepNext w:val="0"/>
        <w:spacing w:before="200" w:after="0" w:line="260" w:lineRule="exact"/>
        <w:ind w:left="1800" w:right="0" w:firstLine="0"/>
        <w:jc w:val="both"/>
      </w:pPr>
      <w:r>
        <w:rPr>
          <w:rFonts w:ascii="Times New Roman" w:hAnsi="Times New Roman" w:eastAsia="Times New Roman" w:cs="Times New Roman"/>
          <w:b w:val="0"/>
          <w:sz w:val="24"/>
        </w:rPr>
        <w:t>○ What was the nature of that relationship?</w:t>
      </w:r>
    </w:p>
    <w:p>
      <w:pPr>
        <w:keepNext w:val="0"/>
        <w:spacing w:before="200" w:after="0" w:line="260" w:lineRule="exact"/>
        <w:ind w:left="1800" w:right="0" w:firstLine="0"/>
        <w:jc w:val="both"/>
      </w:pPr>
      <w:r>
        <w:rPr>
          <w:rFonts w:ascii="Times New Roman" w:hAnsi="Times New Roman" w:eastAsia="Times New Roman" w:cs="Times New Roman"/>
          <w:b w:val="0"/>
          <w:sz w:val="24"/>
        </w:rPr>
        <w:t>○ When did the relationship start?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Have you had any communications with [employee or officer name] regarding your role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this case?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 then ask the following for each such communication:</w:t>
      </w:r>
    </w:p>
    <w:p>
      <w:pPr>
        <w:keepNext w:val="0"/>
        <w:spacing w:before="200" w:after="0" w:line="260" w:lineRule="exact"/>
        <w:ind w:left="2160" w:right="0" w:firstLine="0"/>
        <w:jc w:val="both"/>
      </w:pPr>
      <w:r>
        <w:rPr>
          <w:rFonts w:ascii="Times New Roman" w:hAnsi="Times New Roman" w:eastAsia="Times New Roman" w:cs="Times New Roman"/>
          <w:b w:val="0"/>
          <w:sz w:val="24"/>
        </w:rPr>
        <w:t>▪ When did the communication occur?</w:t>
      </w:r>
    </w:p>
    <w:p>
      <w:pPr>
        <w:keepNext w:val="0"/>
        <w:spacing w:before="200" w:after="0" w:line="260" w:lineRule="exact"/>
        <w:ind w:left="2160" w:right="0" w:firstLine="0"/>
        <w:jc w:val="both"/>
      </w:pPr>
      <w:r>
        <w:rPr>
          <w:rFonts w:ascii="Times New Roman" w:hAnsi="Times New Roman" w:eastAsia="Times New Roman" w:cs="Times New Roman"/>
          <w:b w:val="0"/>
          <w:sz w:val="24"/>
        </w:rPr>
        <w:t>▪ What was the nature of the communication? (E.g., email, phone call, etc.)</w:t>
      </w:r>
    </w:p>
    <w:p>
      <w:pPr>
        <w:keepNext w:val="0"/>
        <w:spacing w:before="200" w:after="0" w:line="260" w:lineRule="exact"/>
        <w:ind w:left="2160" w:right="0" w:firstLine="0"/>
        <w:jc w:val="both"/>
      </w:pPr>
      <w:r>
        <w:rPr>
          <w:rFonts w:ascii="Times New Roman" w:hAnsi="Times New Roman" w:eastAsia="Times New Roman" w:cs="Times New Roman"/>
          <w:b w:val="0"/>
          <w:sz w:val="24"/>
        </w:rPr>
        <w:t>▪ What was the substance of the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with Law Firm for Patent Owner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Before you were retained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this case, did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personal relationship with any attorneys with [law firm for patent owner]?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 then ask the following for each attorney: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whom did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personal relationship?</w:t>
      </w:r>
    </w:p>
    <w:p>
      <w:pPr>
        <w:keepNext w:val="0"/>
        <w:spacing w:before="200" w:after="0" w:line="260" w:lineRule="exact"/>
        <w:ind w:left="1800" w:right="0" w:firstLine="0"/>
        <w:jc w:val="both"/>
      </w:pPr>
      <w:r>
        <w:rPr>
          <w:rFonts w:ascii="Times New Roman" w:hAnsi="Times New Roman" w:eastAsia="Times New Roman" w:cs="Times New Roman"/>
          <w:b w:val="0"/>
          <w:sz w:val="24"/>
        </w:rPr>
        <w:t>○ What was the nature of that relationship?</w:t>
      </w:r>
    </w:p>
    <w:p>
      <w:pPr>
        <w:keepNext w:val="0"/>
        <w:spacing w:before="200" w:after="0" w:line="260" w:lineRule="exact"/>
        <w:ind w:left="1800" w:right="0" w:firstLine="0"/>
        <w:jc w:val="both"/>
      </w:pPr>
      <w:r>
        <w:rPr>
          <w:rFonts w:ascii="Times New Roman" w:hAnsi="Times New Roman" w:eastAsia="Times New Roman" w:cs="Times New Roman"/>
          <w:b w:val="0"/>
          <w:sz w:val="24"/>
        </w:rPr>
        <w:t>○ When did the relationship start?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you served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represented by [law firm for patent owner] in any other dispute?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 then ask the following:</w:t>
      </w:r>
    </w:p>
    <w:p>
      <w:pPr>
        <w:keepNext w:val="0"/>
        <w:spacing w:before="200" w:after="0" w:line="260" w:lineRule="exact"/>
        <w:ind w:left="2160" w:right="0" w:firstLine="0"/>
        <w:jc w:val="both"/>
      </w:pPr>
      <w:r>
        <w:rPr>
          <w:rFonts w:ascii="Times New Roman" w:hAnsi="Times New Roman" w:eastAsia="Times New Roman" w:cs="Times New Roman"/>
          <w:b w:val="0"/>
          <w:sz w:val="24"/>
        </w:rPr>
        <w:t>▪ Which parties were involved in that dispute?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 which party did you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w:t>
      </w:r>
    </w:p>
    <w:p>
      <w:pPr>
        <w:keepNext w:val="0"/>
        <w:spacing w:before="200" w:after="0" w:line="260" w:lineRule="exact"/>
        <w:ind w:left="2160" w:right="0" w:firstLine="0"/>
        <w:jc w:val="both"/>
      </w:pPr>
      <w:r>
        <w:rPr>
          <w:rFonts w:ascii="Times New Roman" w:hAnsi="Times New Roman" w:eastAsia="Times New Roman" w:cs="Times New Roman"/>
          <w:b w:val="0"/>
          <w:sz w:val="24"/>
        </w:rPr>
        <w:t>▪ What was the nature of the dispute?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What was the nature of your involvement in this dispute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(E.g., infringement expert, invalidity expert, etc.)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were you involved in this dispute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w:t>
      </w:r>
    </w:p>
    <w:p>
      <w:pPr>
        <w:keepNext w:val="0"/>
        <w:spacing w:before="200" w:after="0" w:line="260" w:lineRule="exact"/>
        <w:ind w:left="2160" w:right="0" w:firstLine="0"/>
        <w:jc w:val="both"/>
      </w:pPr>
      <w:r>
        <w:rPr>
          <w:rFonts w:ascii="Times New Roman" w:hAnsi="Times New Roman" w:eastAsia="Times New Roman" w:cs="Times New Roman"/>
          <w:b w:val="0"/>
          <w:sz w:val="24"/>
        </w:rPr>
        <w:t>▪ What was the substance of your expert opinions in connection with this dispute?</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Financial Interest (see Section </w:t>
      </w:r>
      <w:r>
        <w:rPr>
          <w:rFonts w:ascii="Times New Roman" w:hAnsi="Times New Roman" w:eastAsia="Times New Roman" w:cs="Times New Roman"/>
          <w:b/>
          <w:sz w:val="24"/>
        </w:rPr>
        <w:t>5.</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than your role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do you have any involvement with [plaintiff/defendant] concerning the [short patent no.] patent or the subject matter of this litigation?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is the nature of your involvement?</w:t>
      </w:r>
    </w:p>
    <w:p>
      <w:pPr>
        <w:keepNext w:val="0"/>
        <w:spacing w:before="200" w:after="0" w:line="260" w:lineRule="exact"/>
        <w:ind w:left="1800" w:right="0" w:firstLine="0"/>
        <w:jc w:val="both"/>
      </w:pPr>
      <w:r>
        <w:rPr>
          <w:rFonts w:ascii="Times New Roman" w:hAnsi="Times New Roman" w:eastAsia="Times New Roman" w:cs="Times New Roman"/>
          <w:b w:val="0"/>
          <w:sz w:val="24"/>
        </w:rPr>
        <w:t>○ How did your involvement come about?</w:t>
      </w:r>
    </w:p>
    <w:p>
      <w:pPr>
        <w:keepNext w:val="0"/>
        <w:spacing w:before="200" w:after="0" w:line="260" w:lineRule="exact"/>
        <w:ind w:left="1800" w:right="0" w:firstLine="0"/>
        <w:jc w:val="both"/>
      </w:pPr>
      <w:r>
        <w:rPr>
          <w:rFonts w:ascii="Times New Roman" w:hAnsi="Times New Roman" w:eastAsia="Times New Roman" w:cs="Times New Roman"/>
          <w:b w:val="0"/>
          <w:sz w:val="24"/>
        </w:rPr>
        <w:t>○ What's the current status of your involvement?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than your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do you have any financial interest in the [short patent no.] patent or any other financial interest relating to the present litigation?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What's the nature of your financial interest?</w:t>
      </w:r>
    </w:p>
    <w:p>
      <w:pPr>
        <w:keepNext w:val="0"/>
        <w:spacing w:before="200" w:after="0" w:line="260" w:lineRule="exact"/>
        <w:ind w:left="1800" w:right="0" w:firstLine="0"/>
        <w:jc w:val="both"/>
      </w:pPr>
      <w:r>
        <w:rPr>
          <w:rFonts w:ascii="Times New Roman" w:hAnsi="Times New Roman" w:eastAsia="Times New Roman" w:cs="Times New Roman"/>
          <w:b w:val="0"/>
          <w:sz w:val="24"/>
        </w:rPr>
        <w:t>○ How did you acquire this financial interest?</w:t>
      </w:r>
    </w:p>
    <w:p>
      <w:pPr>
        <w:keepNext w:val="0"/>
        <w:spacing w:before="200" w:after="0" w:line="260" w:lineRule="exact"/>
        <w:ind w:left="1800" w:right="0" w:firstLine="0"/>
        <w:jc w:val="both"/>
      </w:pPr>
      <w:r>
        <w:rPr>
          <w:rFonts w:ascii="Times New Roman" w:hAnsi="Times New Roman" w:eastAsia="Times New Roman" w:cs="Times New Roman"/>
          <w:b w:val="0"/>
          <w:sz w:val="24"/>
        </w:rPr>
        <w:t>○ When did you acquire this financial interest?</w:t>
      </w:r>
    </w:p>
    <w:p>
      <w:pPr>
        <w:keepNext w:val="0"/>
        <w:spacing w:before="200" w:after="0" w:line="260" w:lineRule="exact"/>
        <w:ind w:left="1800" w:right="0" w:firstLine="0"/>
        <w:jc w:val="both"/>
      </w:pPr>
      <w:r>
        <w:rPr>
          <w:rFonts w:ascii="Times New Roman" w:hAnsi="Times New Roman" w:eastAsia="Times New Roman" w:cs="Times New Roman"/>
          <w:b w:val="0"/>
          <w:sz w:val="24"/>
        </w:rPr>
        <w:t>○ What's your understanding of the value of this financial interest?</w:t>
      </w:r>
    </w:p>
    <w:p>
      <w:pPr>
        <w:keepNext w:val="0"/>
        <w:spacing w:before="200" w:after="0" w:line="260" w:lineRule="exact"/>
        <w:ind w:left="1800" w:right="0" w:firstLine="0"/>
        <w:jc w:val="both"/>
      </w:pPr>
      <w:r>
        <w:rPr>
          <w:rFonts w:ascii="Times New Roman" w:hAnsi="Times New Roman" w:eastAsia="Times New Roman" w:cs="Times New Roman"/>
          <w:b w:val="0"/>
          <w:sz w:val="24"/>
        </w:rPr>
        <w:t>○ What's the basis for your understanding?</w:t>
      </w:r>
    </w:p>
    <w:p>
      <w:pPr>
        <w:keepNext w:val="0"/>
        <w:spacing w:before="200" w:after="0" w:line="260" w:lineRule="exact"/>
        <w:ind w:left="1440" w:right="0" w:firstLine="0"/>
        <w:jc w:val="both"/>
      </w:pPr>
      <w:r>
        <w:rPr>
          <w:rFonts w:ascii="Times New Roman" w:hAnsi="Times New Roman" w:eastAsia="Times New Roman" w:cs="Times New Roman"/>
          <w:b w:val="0"/>
          <w:sz w:val="24"/>
        </w:rPr>
        <w:t>• Do you own any stock in [name of party]?</w:t>
      </w:r>
    </w:p>
    <w:p>
      <w:pPr>
        <w:keepNext w:val="0"/>
        <w:spacing w:before="200" w:after="0" w:line="260" w:lineRule="exact"/>
        <w:ind w:left="1800" w:right="0" w:firstLine="0"/>
        <w:jc w:val="both"/>
      </w:pPr>
      <w:r>
        <w:rPr>
          <w:rFonts w:ascii="Times New Roman" w:hAnsi="Times New Roman" w:eastAsia="Times New Roman" w:cs="Times New Roman"/>
          <w:b w:val="0"/>
          <w:sz w:val="24"/>
        </w:rPr>
        <w:t>○ If yes: How much stock in [name of party] do you own?</w:t>
      </w:r>
    </w:p>
    <w:p>
      <w:pPr>
        <w:keepNext w:val="0"/>
        <w:spacing w:before="200" w:after="0" w:line="260" w:lineRule="exact"/>
        <w:ind w:left="1800" w:right="0" w:firstLine="0"/>
        <w:jc w:val="both"/>
      </w:pPr>
      <w:r>
        <w:rPr>
          <w:rFonts w:ascii="Times New Roman" w:hAnsi="Times New Roman" w:eastAsia="Times New Roman" w:cs="Times New Roman"/>
          <w:b w:val="0"/>
          <w:sz w:val="24"/>
        </w:rPr>
        <w:t>○ What's the value of your stock in [name of party]?</w:t>
      </w:r>
    </w:p>
    <w:p>
      <w:pPr>
        <w:keepNext w:val="0"/>
        <w:spacing w:before="200" w:after="0" w:line="260" w:lineRule="exact"/>
        <w:ind w:left="1440" w:right="0" w:firstLine="0"/>
        <w:jc w:val="both"/>
      </w:pPr>
      <w:r>
        <w:rPr>
          <w:rFonts w:ascii="Times New Roman" w:hAnsi="Times New Roman" w:eastAsia="Times New Roman" w:cs="Times New Roman"/>
          <w:b w:val="0"/>
          <w:sz w:val="24"/>
        </w:rPr>
        <w:t>• Do you receive dividends each year from [name of party] on account of the stock you own in [name of party]?</w:t>
      </w:r>
    </w:p>
    <w:p>
      <w:pPr>
        <w:keepNext w:val="0"/>
        <w:spacing w:before="200" w:after="0" w:line="260" w:lineRule="exact"/>
        <w:ind w:left="1800" w:right="0" w:firstLine="0"/>
        <w:jc w:val="both"/>
      </w:pPr>
      <w:r>
        <w:rPr>
          <w:rFonts w:ascii="Times New Roman" w:hAnsi="Times New Roman" w:eastAsia="Times New Roman" w:cs="Times New Roman"/>
          <w:b w:val="0"/>
          <w:sz w:val="24"/>
        </w:rPr>
        <w:t>○ If yes: How much did you receive in dividends from [name of party] during the most recent fiscal year?</w:t>
      </w:r>
    </w:p>
    <w:p>
      <w:pPr>
        <w:keepNext w:val="0"/>
        <w:spacing w:before="200" w:after="0" w:line="260" w:lineRule="exact"/>
        <w:ind w:left="1440" w:right="0" w:firstLine="0"/>
        <w:jc w:val="both"/>
      </w:pPr>
      <w:r>
        <w:rPr>
          <w:rFonts w:ascii="Times New Roman" w:hAnsi="Times New Roman" w:eastAsia="Times New Roman" w:cs="Times New Roman"/>
          <w:b w:val="0"/>
          <w:sz w:val="24"/>
        </w:rPr>
        <w:t>• Are you aware of any analysis, opinion or other information regarding how the value of stock in [name of party] would be affected if [name of party] prevails in this lawsuit?</w:t>
      </w:r>
    </w:p>
    <w:p>
      <w:pPr>
        <w:keepNext w:val="0"/>
        <w:spacing w:before="200" w:after="0" w:line="260" w:lineRule="exact"/>
        <w:ind w:left="1440" w:right="0" w:firstLine="0"/>
        <w:jc w:val="both"/>
      </w:pPr>
      <w:r>
        <w:rPr>
          <w:rFonts w:ascii="Times New Roman" w:hAnsi="Times New Roman" w:eastAsia="Times New Roman" w:cs="Times New Roman"/>
          <w:b w:val="0"/>
          <w:sz w:val="24"/>
        </w:rPr>
        <w:t>• Are you aware of any analysis, opinion or other information regarding how the dividends paid by [name of party] would be affected if [name of party] prevails in this lawsuit?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the answer to either of the two preceding questions is yes, ask follow-up questions to discover the substance of the analysis, opinion, or other information; the source of the analysis, opinion, or other information; and how the inventor would benefit assuming that the analysis, opinion or other information were correct.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Knowledge of the Patent (Prior to Case)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Did you have any knowledge of the [short patent no.] patent prior to your being approached about possibly serving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this case?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p>
    <w:p>
      <w:pPr>
        <w:keepNext w:val="0"/>
        <w:spacing w:before="200" w:after="0" w:line="260" w:lineRule="exact"/>
        <w:ind w:left="1440" w:right="0" w:firstLine="0"/>
        <w:jc w:val="both"/>
      </w:pPr>
      <w:r>
        <w:rPr>
          <w:rFonts w:ascii="Times New Roman" w:hAnsi="Times New Roman" w:eastAsia="Times New Roman" w:cs="Times New Roman"/>
          <w:b w:val="0"/>
          <w:sz w:val="24"/>
        </w:rPr>
        <w:t>○ When did you first become aware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 How did you become aware of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 What do you understand to be the subject matter of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 What is your understanding based on?</w:t>
      </w:r>
    </w:p>
    <w:p>
      <w:pPr>
        <w:keepNext w:val="0"/>
        <w:spacing w:before="200" w:after="0" w:line="260" w:lineRule="exact"/>
        <w:ind w:left="1080" w:right="0" w:firstLine="0"/>
        <w:jc w:val="both"/>
      </w:pPr>
      <w:r>
        <w:rPr>
          <w:rFonts w:ascii="Times New Roman" w:hAnsi="Times New Roman" w:eastAsia="Times New Roman" w:cs="Times New Roman"/>
          <w:b w:val="0"/>
          <w:sz w:val="24"/>
        </w:rPr>
        <w:t>• What do you understand to be the invention of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 What is your understanding based on?</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Knowledge of the Accused Products (Prior to Case)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Did you have any knowledge of [accused products] prior to your being approached about possibly serving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this case?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p>
    <w:p>
      <w:pPr>
        <w:keepNext w:val="0"/>
        <w:spacing w:before="200" w:after="0" w:line="260" w:lineRule="exact"/>
        <w:ind w:left="1440" w:right="0" w:firstLine="0"/>
        <w:jc w:val="both"/>
      </w:pPr>
      <w:r>
        <w:rPr>
          <w:rFonts w:ascii="Times New Roman" w:hAnsi="Times New Roman" w:eastAsia="Times New Roman" w:cs="Times New Roman"/>
          <w:b w:val="0"/>
          <w:sz w:val="24"/>
        </w:rPr>
        <w:t>○ When did you first become aware of [accused products]?</w:t>
      </w:r>
    </w:p>
    <w:p>
      <w:pPr>
        <w:keepNext w:val="0"/>
        <w:spacing w:before="200" w:after="0" w:line="260" w:lineRule="exact"/>
        <w:ind w:left="1440" w:right="0" w:firstLine="0"/>
        <w:jc w:val="both"/>
      </w:pPr>
      <w:r>
        <w:rPr>
          <w:rFonts w:ascii="Times New Roman" w:hAnsi="Times New Roman" w:eastAsia="Times New Roman" w:cs="Times New Roman"/>
          <w:b w:val="0"/>
          <w:sz w:val="24"/>
        </w:rPr>
        <w:t>○ How did you become aware of [accused products]?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What knowledge about [accused products] did you have prior to your being approached about possibly serving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this case?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Background.</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Resume/CV</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Mark the expert's resume/CV, list of publications, presentations, patents, etc., authenticate and review.</w:t>
      </w:r>
    </w:p>
    <w:p>
      <w:pPr>
        <w:keepNext w:val="0"/>
        <w:spacing w:before="200" w:after="0" w:line="260" w:lineRule="exact"/>
        <w:ind w:left="1440" w:right="0" w:firstLine="0"/>
        <w:jc w:val="both"/>
      </w:pPr>
      <w:r>
        <w:rPr>
          <w:rFonts w:ascii="Times New Roman" w:hAnsi="Times New Roman" w:eastAsia="Times New Roman" w:cs="Times New Roman"/>
          <w:b w:val="0"/>
          <w:sz w:val="24"/>
        </w:rPr>
        <w:t>○ Is this your [describe nature of document]?</w:t>
      </w:r>
    </w:p>
    <w:p>
      <w:pPr>
        <w:keepNext w:val="0"/>
        <w:spacing w:before="200" w:after="0" w:line="260" w:lineRule="exact"/>
        <w:ind w:left="1440" w:right="0" w:firstLine="0"/>
        <w:jc w:val="both"/>
      </w:pPr>
      <w:r>
        <w:rPr>
          <w:rFonts w:ascii="Times New Roman" w:hAnsi="Times New Roman" w:eastAsia="Times New Roman" w:cs="Times New Roman"/>
          <w:b w:val="0"/>
          <w:sz w:val="24"/>
        </w:rPr>
        <w:t>○ When was this document prepared / last updated?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category of information on the document, e.g., education, employment, publications, etc., ask the following:</w:t>
      </w:r>
      <w:r>
        <w:rPr>
          <w:rFonts w:ascii="Times New Roman" w:hAnsi="Times New Roman" w:eastAsia="Times New Roman" w:cs="Times New Roman"/>
          <w:b w:val="0"/>
          <w:sz w:val="24"/>
        </w:rPr>
        <w:t xml:space="preserve"> Do you have any [education, employment, publications, etc.] that are not listed in this document?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information is not listed in this document?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Education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What high school did you attend?</w:t>
      </w:r>
    </w:p>
    <w:p>
      <w:pPr>
        <w:keepNext w:val="0"/>
        <w:spacing w:before="200" w:after="0" w:line="260" w:lineRule="exact"/>
        <w:ind w:left="1440" w:right="0" w:firstLine="0"/>
        <w:jc w:val="both"/>
      </w:pPr>
      <w:r>
        <w:rPr>
          <w:rFonts w:ascii="Times New Roman" w:hAnsi="Times New Roman" w:eastAsia="Times New Roman" w:cs="Times New Roman"/>
          <w:b w:val="0"/>
          <w:sz w:val="24"/>
        </w:rPr>
        <w:t>○ Did you graduate? When?</w:t>
      </w:r>
    </w:p>
    <w:p>
      <w:pPr>
        <w:keepNext w:val="0"/>
        <w:spacing w:before="200" w:after="0" w:line="260" w:lineRule="exact"/>
        <w:ind w:left="1440" w:right="0" w:firstLine="0"/>
        <w:jc w:val="both"/>
      </w:pPr>
      <w:r>
        <w:rPr>
          <w:rFonts w:ascii="Times New Roman" w:hAnsi="Times New Roman" w:eastAsia="Times New Roman" w:cs="Times New Roman"/>
          <w:b w:val="0"/>
          <w:sz w:val="24"/>
        </w:rPr>
        <w:t>○ What type of courses did you take in high school? (E.g., particular courses, college prep curriculum, etc.)</w:t>
      </w:r>
    </w:p>
    <w:p>
      <w:pPr>
        <w:keepNext w:val="0"/>
        <w:spacing w:before="200" w:after="0" w:line="260" w:lineRule="exact"/>
        <w:ind w:left="1080" w:right="0" w:firstLine="0"/>
        <w:jc w:val="both"/>
      </w:pPr>
      <w:r>
        <w:rPr>
          <w:rFonts w:ascii="Times New Roman" w:hAnsi="Times New Roman" w:eastAsia="Times New Roman" w:cs="Times New Roman"/>
          <w:b w:val="0"/>
          <w:sz w:val="24"/>
        </w:rPr>
        <w:t>• What was the first school you attended after high school?</w:t>
      </w:r>
    </w:p>
    <w:p>
      <w:pPr>
        <w:keepNext w:val="0"/>
        <w:spacing w:before="200" w:after="0" w:line="260" w:lineRule="exact"/>
        <w:ind w:left="1080" w:right="0" w:firstLine="0"/>
        <w:jc w:val="both"/>
      </w:pPr>
      <w:r>
        <w:rPr>
          <w:rFonts w:ascii="Times New Roman" w:hAnsi="Times New Roman" w:eastAsia="Times New Roman" w:cs="Times New Roman"/>
          <w:b w:val="0"/>
          <w:sz w:val="24"/>
        </w:rPr>
        <w:t>• When did you attend [school name]?</w:t>
      </w:r>
    </w:p>
    <w:p>
      <w:pPr>
        <w:keepNext w:val="0"/>
        <w:spacing w:before="200" w:after="0" w:line="260" w:lineRule="exact"/>
        <w:ind w:left="1080" w:right="0" w:firstLine="0"/>
        <w:jc w:val="both"/>
      </w:pPr>
      <w:r>
        <w:rPr>
          <w:rFonts w:ascii="Times New Roman" w:hAnsi="Times New Roman" w:eastAsia="Times New Roman" w:cs="Times New Roman"/>
          <w:b w:val="0"/>
          <w:sz w:val="24"/>
        </w:rPr>
        <w:t>• What was your major?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Did you also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area of emphasis?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was it?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Did you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thesis, dissertation or other research document as part of your degree program?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was the subject of that document?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If you have the document, consider whether to mark it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authenticate it and review its contents with the inventor. If you don't have the document, consider whether to request it on the record.</w:t>
      </w:r>
    </w:p>
    <w:p>
      <w:pPr>
        <w:keepNext w:val="0"/>
        <w:spacing w:before="200" w:after="0" w:line="260" w:lineRule="exact"/>
        <w:ind w:left="1080" w:right="0" w:firstLine="0"/>
        <w:jc w:val="both"/>
      </w:pPr>
      <w:r>
        <w:rPr>
          <w:rFonts w:ascii="Times New Roman" w:hAnsi="Times New Roman" w:eastAsia="Times New Roman" w:cs="Times New Roman"/>
          <w:b w:val="0"/>
          <w:sz w:val="24"/>
        </w:rPr>
        <w:t>• Did you graduate?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When?</w:t>
      </w:r>
    </w:p>
    <w:p>
      <w:pPr>
        <w:keepNext w:val="0"/>
        <w:spacing w:before="200" w:after="0" w:line="260" w:lineRule="exact"/>
        <w:ind w:left="1440" w:right="0" w:firstLine="0"/>
        <w:jc w:val="both"/>
      </w:pPr>
      <w:r>
        <w:rPr>
          <w:rFonts w:ascii="Times New Roman" w:hAnsi="Times New Roman" w:eastAsia="Times New Roman" w:cs="Times New Roman"/>
          <w:b w:val="0"/>
          <w:sz w:val="24"/>
        </w:rPr>
        <w:t>○ What degree(s) did you receive from [school name]?</w:t>
      </w:r>
    </w:p>
    <w:p>
      <w:pPr>
        <w:keepNext w:val="0"/>
        <w:spacing w:before="200" w:after="0" w:line="260" w:lineRule="exact"/>
        <w:ind w:left="1080" w:right="0" w:firstLine="0"/>
        <w:jc w:val="both"/>
      </w:pPr>
      <w:r>
        <w:rPr>
          <w:rFonts w:ascii="Times New Roman" w:hAnsi="Times New Roman" w:eastAsia="Times New Roman" w:cs="Times New Roman"/>
          <w:b w:val="0"/>
          <w:sz w:val="24"/>
        </w:rPr>
        <w:t>• Did you continue your education after attending [first school 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Where did you go next to continue your education?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Repeat the above line of questioning until you have exhausted all of the inventor's post-secondary education.</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 History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What was your first job after [select appropriate point in time; e.g., high school, college,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Ph.D., etc.]?</w:t>
      </w:r>
    </w:p>
    <w:p>
      <w:pPr>
        <w:keepNext w:val="0"/>
        <w:spacing w:before="200" w:after="0" w:line="260" w:lineRule="exact"/>
        <w:ind w:left="1440" w:right="0" w:firstLine="0"/>
        <w:jc w:val="both"/>
      </w:pPr>
      <w:r>
        <w:rPr>
          <w:rFonts w:ascii="Times New Roman" w:hAnsi="Times New Roman" w:eastAsia="Times New Roman" w:cs="Times New Roman"/>
          <w:b w:val="0"/>
          <w:sz w:val="24"/>
        </w:rPr>
        <w:t>○ For whom did you work?</w:t>
      </w:r>
    </w:p>
    <w:p>
      <w:pPr>
        <w:keepNext w:val="0"/>
        <w:spacing w:before="200" w:after="0" w:line="260" w:lineRule="exact"/>
        <w:ind w:left="1440" w:right="0" w:firstLine="0"/>
        <w:jc w:val="both"/>
      </w:pPr>
      <w:r>
        <w:rPr>
          <w:rFonts w:ascii="Times New Roman" w:hAnsi="Times New Roman" w:eastAsia="Times New Roman" w:cs="Times New Roman"/>
          <w:b w:val="0"/>
          <w:sz w:val="24"/>
        </w:rPr>
        <w:t>○ What period of time did you work for [employer name]?</w:t>
      </w:r>
    </w:p>
    <w:p>
      <w:pPr>
        <w:keepNext w:val="0"/>
        <w:spacing w:before="200" w:after="0" w:line="260" w:lineRule="exact"/>
        <w:ind w:left="1440" w:right="0" w:firstLine="0"/>
        <w:jc w:val="both"/>
      </w:pPr>
      <w:r>
        <w:rPr>
          <w:rFonts w:ascii="Times New Roman" w:hAnsi="Times New Roman" w:eastAsia="Times New Roman" w:cs="Times New Roman"/>
          <w:b w:val="0"/>
          <w:sz w:val="24"/>
        </w:rPr>
        <w:t>○ What were your responsibilities when you first started working for [employer name]?</w:t>
      </w:r>
    </w:p>
    <w:p>
      <w:pPr>
        <w:keepNext w:val="0"/>
        <w:spacing w:before="200" w:after="0" w:line="260" w:lineRule="exact"/>
        <w:ind w:left="1080" w:right="0" w:firstLine="0"/>
        <w:jc w:val="both"/>
      </w:pPr>
      <w:r>
        <w:rPr>
          <w:rFonts w:ascii="Times New Roman" w:hAnsi="Times New Roman" w:eastAsia="Times New Roman" w:cs="Times New Roman"/>
          <w:b w:val="0"/>
          <w:sz w:val="24"/>
        </w:rPr>
        <w:t>• Did your responsibilities with [employer name] change over time?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Describe how your responsibilities with [employer name] changed over time.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Ask additional or follow-up questions to focus in on events or activities that are relevant to your case. For example, you could focus on the witness' organization, reporting structure and co-workers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point in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xml:space="preserve"> When did you end your employment with [employer name]?</w:t>
      </w:r>
    </w:p>
    <w:p>
      <w:pPr>
        <w:keepNext w:val="0"/>
        <w:spacing w:before="200" w:after="0" w:line="260" w:lineRule="exact"/>
        <w:ind w:left="1080" w:right="0" w:firstLine="0"/>
        <w:jc w:val="both"/>
      </w:pPr>
      <w:r>
        <w:rPr>
          <w:rFonts w:ascii="Times New Roman" w:hAnsi="Times New Roman" w:eastAsia="Times New Roman" w:cs="Times New Roman"/>
          <w:b w:val="0"/>
          <w:sz w:val="24"/>
        </w:rPr>
        <w:t>• Why did you end your employment with [employer name]?</w:t>
      </w:r>
    </w:p>
    <w:p>
      <w:pPr>
        <w:keepNext w:val="0"/>
        <w:spacing w:before="200" w:after="0" w:line="260" w:lineRule="exact"/>
        <w:ind w:left="1080" w:right="0" w:firstLine="0"/>
        <w:jc w:val="both"/>
      </w:pPr>
      <w:r>
        <w:rPr>
          <w:rFonts w:ascii="Times New Roman" w:hAnsi="Times New Roman" w:eastAsia="Times New Roman" w:cs="Times New Roman"/>
          <w:b w:val="0"/>
          <w:sz w:val="24"/>
        </w:rPr>
        <w:t>• What was your next job after [first employer 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Repeat the above line of questioning until you have exhausted all of the witness' employment history.</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When did you start your work/research regarding the subject matter discussed in this publication?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Did this publication build on work/research that was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publication? Which publication is that?</w:t>
      </w:r>
    </w:p>
    <w:p>
      <w:pPr>
        <w:keepNext w:val="0"/>
        <w:spacing w:before="200" w:after="0" w:line="260" w:lineRule="exact"/>
        <w:ind w:left="1080" w:right="0" w:firstLine="0"/>
        <w:jc w:val="both"/>
      </w:pPr>
      <w:r>
        <w:rPr>
          <w:rFonts w:ascii="Times New Roman" w:hAnsi="Times New Roman" w:eastAsia="Times New Roman" w:cs="Times New Roman"/>
          <w:b w:val="0"/>
          <w:sz w:val="24"/>
        </w:rPr>
        <w:t>• Do any of your later publications build on the work/research that is the subject of the present publication? Which later publication(s)?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the publication has multiple authors:</w:t>
      </w:r>
    </w:p>
    <w:p>
      <w:pPr>
        <w:keepNext w:val="0"/>
        <w:spacing w:before="200" w:after="0" w:line="260" w:lineRule="exact"/>
        <w:ind w:left="1440" w:right="0" w:firstLine="0"/>
        <w:jc w:val="both"/>
      </w:pPr>
      <w:r>
        <w:rPr>
          <w:rFonts w:ascii="Times New Roman" w:hAnsi="Times New Roman" w:eastAsia="Times New Roman" w:cs="Times New Roman"/>
          <w:b w:val="0"/>
          <w:sz w:val="24"/>
        </w:rPr>
        <w:t>○ What was your role in preparing this publication?</w:t>
      </w:r>
    </w:p>
    <w:p>
      <w:pPr>
        <w:keepNext w:val="0"/>
        <w:spacing w:before="200" w:after="0" w:line="260" w:lineRule="exact"/>
        <w:ind w:left="1440" w:right="0" w:firstLine="0"/>
        <w:jc w:val="both"/>
      </w:pPr>
      <w:r>
        <w:rPr>
          <w:rFonts w:ascii="Times New Roman" w:hAnsi="Times New Roman" w:eastAsia="Times New Roman" w:cs="Times New Roman"/>
          <w:b w:val="0"/>
          <w:sz w:val="24"/>
        </w:rPr>
        <w:t>○ What was the role of the other author(s) in preparing this publication?</w:t>
      </w:r>
    </w:p>
    <w:p>
      <w:pPr>
        <w:keepNext w:val="0"/>
        <w:spacing w:before="200" w:after="0" w:line="260" w:lineRule="exact"/>
        <w:ind w:left="1440" w:right="0" w:firstLine="0"/>
        <w:jc w:val="both"/>
      </w:pPr>
      <w:r>
        <w:rPr>
          <w:rFonts w:ascii="Times New Roman" w:hAnsi="Times New Roman" w:eastAsia="Times New Roman" w:cs="Times New Roman"/>
          <w:b w:val="0"/>
          <w:sz w:val="24"/>
        </w:rPr>
        <w:t>○ What was your role in performing the work/research described in this publication?</w:t>
      </w:r>
    </w:p>
    <w:p>
      <w:pPr>
        <w:keepNext w:val="0"/>
        <w:spacing w:before="200" w:after="0" w:line="260" w:lineRule="exact"/>
        <w:ind w:left="1440" w:right="0" w:firstLine="0"/>
        <w:jc w:val="both"/>
      </w:pPr>
      <w:r>
        <w:rPr>
          <w:rFonts w:ascii="Times New Roman" w:hAnsi="Times New Roman" w:eastAsia="Times New Roman" w:cs="Times New Roman"/>
          <w:b w:val="0"/>
          <w:sz w:val="24"/>
        </w:rPr>
        <w:t>○ What was the role of the other author(s) in performing the work/research described in this publication?</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Awards, Certifications, Patents, etc.</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Awards</w:t>
      </w:r>
    </w:p>
    <w:p>
      <w:pPr>
        <w:keepNext w:val="0"/>
        <w:spacing w:before="200" w:after="0" w:line="260" w:lineRule="exact"/>
        <w:ind w:left="1440" w:right="0" w:firstLine="0"/>
        <w:jc w:val="both"/>
      </w:pPr>
      <w:r>
        <w:rPr>
          <w:rFonts w:ascii="Times New Roman" w:hAnsi="Times New Roman" w:eastAsia="Times New Roman" w:cs="Times New Roman"/>
          <w:b w:val="0"/>
          <w:sz w:val="24"/>
        </w:rPr>
        <w:t>• Have you received any awards over the course of your education and your professional career?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award:</w:t>
      </w:r>
    </w:p>
    <w:p>
      <w:pPr>
        <w:keepNext w:val="0"/>
        <w:spacing w:before="200" w:after="0" w:line="260" w:lineRule="exact"/>
        <w:ind w:left="1800" w:right="0" w:firstLine="0"/>
        <w:jc w:val="both"/>
      </w:pPr>
      <w:r>
        <w:rPr>
          <w:rFonts w:ascii="Times New Roman" w:hAnsi="Times New Roman" w:eastAsia="Times New Roman" w:cs="Times New Roman"/>
          <w:b w:val="0"/>
          <w:sz w:val="24"/>
        </w:rPr>
        <w:t>○ What's the name of this award?</w:t>
      </w:r>
    </w:p>
    <w:p>
      <w:pPr>
        <w:keepNext w:val="0"/>
        <w:spacing w:before="200" w:after="0" w:line="260" w:lineRule="exact"/>
        <w:ind w:left="1800" w:right="0" w:firstLine="0"/>
        <w:jc w:val="both"/>
      </w:pPr>
      <w:r>
        <w:rPr>
          <w:rFonts w:ascii="Times New Roman" w:hAnsi="Times New Roman" w:eastAsia="Times New Roman" w:cs="Times New Roman"/>
          <w:b w:val="0"/>
          <w:sz w:val="24"/>
        </w:rPr>
        <w:t>○ Who sponsors/administers this award?</w:t>
      </w:r>
    </w:p>
    <w:p>
      <w:pPr>
        <w:keepNext w:val="0"/>
        <w:spacing w:before="200" w:after="0" w:line="260" w:lineRule="exact"/>
        <w:ind w:left="1800" w:right="0" w:firstLine="0"/>
        <w:jc w:val="both"/>
      </w:pPr>
      <w:r>
        <w:rPr>
          <w:rFonts w:ascii="Times New Roman" w:hAnsi="Times New Roman" w:eastAsia="Times New Roman" w:cs="Times New Roman"/>
          <w:b w:val="0"/>
          <w:sz w:val="24"/>
        </w:rPr>
        <w:t>○ How often is it awarded?</w:t>
      </w:r>
    </w:p>
    <w:p>
      <w:pPr>
        <w:keepNext w:val="0"/>
        <w:spacing w:before="200" w:after="0" w:line="260" w:lineRule="exact"/>
        <w:ind w:left="1800" w:right="0" w:firstLine="0"/>
        <w:jc w:val="both"/>
      </w:pPr>
      <w:r>
        <w:rPr>
          <w:rFonts w:ascii="Times New Roman" w:hAnsi="Times New Roman" w:eastAsia="Times New Roman" w:cs="Times New Roman"/>
          <w:b w:val="0"/>
          <w:sz w:val="24"/>
        </w:rPr>
        <w:t>○ What is included with this award? (E.g., plaque, medal, financial stipend)</w:t>
      </w:r>
    </w:p>
    <w:p>
      <w:pPr>
        <w:keepNext w:val="0"/>
        <w:spacing w:before="200" w:after="0" w:line="260" w:lineRule="exact"/>
        <w:ind w:left="1800" w:right="0" w:firstLine="0"/>
        <w:jc w:val="both"/>
      </w:pPr>
      <w:r>
        <w:rPr>
          <w:rFonts w:ascii="Times New Roman" w:hAnsi="Times New Roman" w:eastAsia="Times New Roman" w:cs="Times New Roman"/>
          <w:b w:val="0"/>
          <w:sz w:val="24"/>
        </w:rPr>
        <w:t>○ Who are the candidates for/intended recipients of this award?</w:t>
      </w:r>
    </w:p>
    <w:p>
      <w:pPr>
        <w:keepNext w:val="0"/>
        <w:spacing w:before="200" w:after="0" w:line="260" w:lineRule="exact"/>
        <w:ind w:left="1800" w:right="0" w:firstLine="0"/>
        <w:jc w:val="both"/>
      </w:pPr>
      <w:r>
        <w:rPr>
          <w:rFonts w:ascii="Times New Roman" w:hAnsi="Times New Roman" w:eastAsia="Times New Roman" w:cs="Times New Roman"/>
          <w:b w:val="0"/>
          <w:sz w:val="24"/>
        </w:rPr>
        <w:t>○ What is your understanding of why you received this award?</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Certifications</w:t>
      </w:r>
    </w:p>
    <w:p>
      <w:pPr>
        <w:keepNext w:val="0"/>
        <w:spacing w:before="200" w:after="0" w:line="260" w:lineRule="exact"/>
        <w:ind w:left="1440" w:right="0" w:firstLine="0"/>
        <w:jc w:val="both"/>
      </w:pPr>
      <w:r>
        <w:rPr>
          <w:rFonts w:ascii="Times New Roman" w:hAnsi="Times New Roman" w:eastAsia="Times New Roman" w:cs="Times New Roman"/>
          <w:b w:val="0"/>
          <w:sz w:val="24"/>
        </w:rPr>
        <w:t>• Do you hold any professional or other certifications?</w:t>
      </w:r>
    </w:p>
    <w:p>
      <w:pPr>
        <w:keepNext w:val="0"/>
        <w:spacing w:before="200" w:after="0" w:line="260" w:lineRule="exact"/>
        <w:ind w:left="1440" w:right="0" w:firstLine="0"/>
        <w:jc w:val="both"/>
      </w:pPr>
      <w:r>
        <w:rPr>
          <w:rFonts w:ascii="Times New Roman" w:hAnsi="Times New Roman" w:eastAsia="Times New Roman" w:cs="Times New Roman"/>
          <w:b w:val="0"/>
          <w:sz w:val="24"/>
        </w:rPr>
        <w:t>• For each certification:</w:t>
      </w:r>
    </w:p>
    <w:p>
      <w:pPr>
        <w:keepNext w:val="0"/>
        <w:spacing w:before="200" w:after="0" w:line="260" w:lineRule="exact"/>
        <w:ind w:left="1800" w:right="0" w:firstLine="0"/>
        <w:jc w:val="both"/>
      </w:pPr>
      <w:r>
        <w:rPr>
          <w:rFonts w:ascii="Times New Roman" w:hAnsi="Times New Roman" w:eastAsia="Times New Roman" w:cs="Times New Roman"/>
          <w:b w:val="0"/>
          <w:sz w:val="24"/>
        </w:rPr>
        <w:t>○ What's the name of this certification?</w:t>
      </w:r>
    </w:p>
    <w:p>
      <w:pPr>
        <w:keepNext w:val="0"/>
        <w:spacing w:before="200" w:after="0" w:line="260" w:lineRule="exact"/>
        <w:ind w:left="1800" w:right="0" w:firstLine="0"/>
        <w:jc w:val="both"/>
      </w:pPr>
      <w:r>
        <w:rPr>
          <w:rFonts w:ascii="Times New Roman" w:hAnsi="Times New Roman" w:eastAsia="Times New Roman" w:cs="Times New Roman"/>
          <w:b w:val="0"/>
          <w:sz w:val="24"/>
        </w:rPr>
        <w:t>○ What's the purpose/significance of this certification?</w:t>
      </w:r>
    </w:p>
    <w:p>
      <w:pPr>
        <w:keepNext w:val="0"/>
        <w:spacing w:before="200" w:after="0" w:line="260" w:lineRule="exact"/>
        <w:ind w:left="1800" w:right="0" w:firstLine="0"/>
        <w:jc w:val="both"/>
      </w:pPr>
      <w:r>
        <w:rPr>
          <w:rFonts w:ascii="Times New Roman" w:hAnsi="Times New Roman" w:eastAsia="Times New Roman" w:cs="Times New Roman"/>
          <w:b w:val="0"/>
          <w:sz w:val="24"/>
        </w:rPr>
        <w:t>○ Who administers/grants this certification?</w:t>
      </w:r>
    </w:p>
    <w:p>
      <w:pPr>
        <w:keepNext w:val="0"/>
        <w:spacing w:before="200" w:after="0" w:line="260" w:lineRule="exact"/>
        <w:ind w:left="1800" w:right="0" w:firstLine="0"/>
        <w:jc w:val="both"/>
      </w:pPr>
      <w:r>
        <w:rPr>
          <w:rFonts w:ascii="Times New Roman" w:hAnsi="Times New Roman" w:eastAsia="Times New Roman" w:cs="Times New Roman"/>
          <w:b w:val="0"/>
          <w:sz w:val="24"/>
        </w:rPr>
        <w:t>○ Does this certification have any educational requirements? What are they?</w:t>
      </w:r>
    </w:p>
    <w:p>
      <w:pPr>
        <w:keepNext w:val="0"/>
        <w:spacing w:before="200" w:after="0" w:line="260" w:lineRule="exact"/>
        <w:ind w:left="1800" w:right="0" w:firstLine="0"/>
        <w:jc w:val="both"/>
      </w:pPr>
      <w:r>
        <w:rPr>
          <w:rFonts w:ascii="Times New Roman" w:hAnsi="Times New Roman" w:eastAsia="Times New Roman" w:cs="Times New Roman"/>
          <w:b w:val="0"/>
          <w:sz w:val="24"/>
        </w:rPr>
        <w:t>○ Does this certification have any testing requirements?</w:t>
      </w:r>
    </w:p>
    <w:p>
      <w:pPr>
        <w:keepNext w:val="0"/>
        <w:spacing w:before="200" w:after="0" w:line="260" w:lineRule="exact"/>
        <w:ind w:left="2160" w:right="0" w:firstLine="0"/>
        <w:jc w:val="both"/>
      </w:pPr>
      <w:r>
        <w:rPr>
          <w:rFonts w:ascii="Times New Roman" w:hAnsi="Times New Roman" w:eastAsia="Times New Roman" w:cs="Times New Roman"/>
          <w:b w:val="0"/>
          <w:sz w:val="24"/>
        </w:rPr>
        <w:t>▪ What kind of testing is required?</w:t>
      </w:r>
    </w:p>
    <w:p>
      <w:pPr>
        <w:keepNext w:val="0"/>
        <w:spacing w:before="200" w:after="0" w:line="260" w:lineRule="exact"/>
        <w:ind w:left="1800" w:right="0" w:firstLine="0"/>
        <w:jc w:val="both"/>
      </w:pPr>
      <w:r>
        <w:rPr>
          <w:rFonts w:ascii="Times New Roman" w:hAnsi="Times New Roman" w:eastAsia="Times New Roman" w:cs="Times New Roman"/>
          <w:b w:val="0"/>
          <w:sz w:val="24"/>
        </w:rPr>
        <w:t>○ Does this certification have any requirements for practical experience? What are they?</w:t>
      </w:r>
    </w:p>
    <w:p>
      <w:pPr>
        <w:keepNext w:val="0"/>
        <w:spacing w:before="200" w:after="0" w:line="260" w:lineRule="exact"/>
        <w:ind w:left="1800" w:right="0" w:firstLine="0"/>
        <w:jc w:val="both"/>
      </w:pPr>
      <w:r>
        <w:rPr>
          <w:rFonts w:ascii="Times New Roman" w:hAnsi="Times New Roman" w:eastAsia="Times New Roman" w:cs="Times New Roman"/>
          <w:b w:val="0"/>
          <w:sz w:val="24"/>
        </w:rPr>
        <w:t>○ Does this certification have any other requirements? What are they?</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Patents</w:t>
      </w:r>
    </w:p>
    <w:p>
      <w:pPr>
        <w:keepNext w:val="0"/>
        <w:spacing w:before="200" w:after="0" w:line="260" w:lineRule="exact"/>
        <w:ind w:left="1440" w:right="0" w:firstLine="0"/>
        <w:jc w:val="both"/>
      </w:pPr>
      <w:r>
        <w:rPr>
          <w:rFonts w:ascii="Times New Roman" w:hAnsi="Times New Roman" w:eastAsia="Times New Roman" w:cs="Times New Roman"/>
          <w:b w:val="0"/>
          <w:sz w:val="24"/>
        </w:rPr>
        <w:t>• Are you the named inventor on any patents? How many?</w:t>
      </w:r>
    </w:p>
    <w:p>
      <w:pPr>
        <w:keepNext w:val="0"/>
        <w:spacing w:before="200" w:after="0" w:line="260" w:lineRule="exact"/>
        <w:ind w:left="1800" w:right="0" w:firstLine="0"/>
        <w:jc w:val="both"/>
      </w:pPr>
      <w:r>
        <w:rPr>
          <w:rFonts w:ascii="Times New Roman" w:hAnsi="Times New Roman" w:eastAsia="Times New Roman" w:cs="Times New Roman"/>
          <w:b w:val="0"/>
          <w:sz w:val="24"/>
        </w:rPr>
        <w:t>○ When was the first patent application filed for one of your inventions?</w:t>
      </w:r>
    </w:p>
    <w:p>
      <w:pPr>
        <w:keepNext w:val="0"/>
        <w:spacing w:before="200" w:after="0" w:line="260" w:lineRule="exact"/>
        <w:ind w:left="1800" w:right="0" w:firstLine="0"/>
        <w:jc w:val="both"/>
      </w:pPr>
      <w:r>
        <w:rPr>
          <w:rFonts w:ascii="Times New Roman" w:hAnsi="Times New Roman" w:eastAsia="Times New Roman" w:cs="Times New Roman"/>
          <w:b w:val="0"/>
          <w:sz w:val="24"/>
        </w:rPr>
        <w:t>○ When was the most recent patent application filed for one of your inventions?</w:t>
      </w:r>
    </w:p>
    <w:p>
      <w:pPr>
        <w:keepNext w:val="0"/>
        <w:spacing w:before="200" w:after="0" w:line="260" w:lineRule="exact"/>
        <w:ind w:left="1440" w:right="0" w:firstLine="0"/>
        <w:jc w:val="both"/>
      </w:pPr>
      <w:r>
        <w:rPr>
          <w:rFonts w:ascii="Times New Roman" w:hAnsi="Times New Roman" w:eastAsia="Times New Roman" w:cs="Times New Roman"/>
          <w:b w:val="0"/>
          <w:sz w:val="24"/>
        </w:rPr>
        <w:t>• How many patents do you hold in the field of [e.g., the technology of the patent in suit]?</w:t>
      </w:r>
    </w:p>
    <w:p>
      <w:pPr>
        <w:keepNext w:val="0"/>
        <w:spacing w:before="200" w:after="0" w:line="260" w:lineRule="exact"/>
        <w:ind w:left="1440" w:right="0" w:firstLine="0"/>
        <w:jc w:val="both"/>
      </w:pPr>
      <w:r>
        <w:rPr>
          <w:rFonts w:ascii="Times New Roman" w:hAnsi="Times New Roman" w:eastAsia="Times New Roman" w:cs="Times New Roman"/>
          <w:b w:val="0"/>
          <w:sz w:val="24"/>
        </w:rPr>
        <w:t>• What's the subject matter of your patents in the field of [e.g., the technology of the patent in suit]?</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For any other items of this nature that appear on the inventor's CV, address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case-by-case basis.</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Expert Testifying/Consulting Experience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you consider yourself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[describe subject matter; e.g., chemical arts, mechanical arts, semiconductor technology]?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you consider yourself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any fields within the subject matter of [same subject matter as preceding question]?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In which fields within the subject matter of [same subject matter as preceding question] do you consider yourself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field of interest identified by the expert witness: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What knowledge, skill, experience, training, or education do you have that you believe qualifies you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the field of [field of expertise previously identified by expert witness]?</w:t>
      </w:r>
    </w:p>
    <w:p>
      <w:pPr>
        <w:keepNext w:val="0"/>
        <w:spacing w:before="200" w:after="0" w:line="260" w:lineRule="exact"/>
        <w:ind w:left="1440" w:right="0" w:firstLine="0"/>
        <w:jc w:val="both"/>
      </w:pPr>
      <w:r>
        <w:rPr>
          <w:rFonts w:ascii="Times New Roman" w:hAnsi="Times New Roman" w:eastAsia="Times New Roman" w:cs="Times New Roman"/>
          <w:b w:val="0"/>
          <w:sz w:val="24"/>
        </w:rPr>
        <w:t>○ What experience do you have preparing expert reports in the field of [field of expertise previously identified by expert witness]?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What experience do you have providing expert testimony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deposition in the field of [field of expertise previously identified by expert witness]?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What experience do you have providing expert testimony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or hearing in the field of [field of expertise previously identified by expert witness]?</w:t>
      </w:r>
    </w:p>
    <w:p>
      <w:pPr>
        <w:keepNext w:val="0"/>
        <w:spacing w:before="200" w:after="0" w:line="260" w:lineRule="exact"/>
        <w:ind w:left="1440" w:right="0" w:firstLine="0"/>
        <w:jc w:val="both"/>
      </w:pPr>
      <w:r>
        <w:rPr>
          <w:rFonts w:ascii="Times New Roman" w:hAnsi="Times New Roman" w:eastAsia="Times New Roman" w:cs="Times New Roman"/>
          <w:b w:val="0"/>
          <w:sz w:val="24"/>
        </w:rPr>
        <w:t>○ What experience do you have providing expert consultation in the field of [field of expertise previously identified by expert witness]?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Ask follow-up questions as appropriate to elicit information about the underlying facts for each example of expert report preparation, expert testimony and expert consultation by the witness. For example, for expert reports and expert testimony, ask follow-up questions to elicit information regarding the underlying litigation, such as the parties and the nature of the dispute, as well as the substance of the expert's deposition anorkd/or trial testimony, including his/her expert opinions in the case. For expert consultations, ask follow-up questions to elicit information regarding the subject matter of the consultation, the client, and the nature and substance of the expert's work product for the consultation.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Rate, Arrangement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How are you being compensated for your expert services in this case?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xml:space="preserve"> How did you determine which hourly rate(s) to charge for your services?</w:t>
      </w:r>
    </w:p>
    <w:p>
      <w:pPr>
        <w:keepNext w:val="0"/>
        <w:spacing w:before="200" w:after="0" w:line="260" w:lineRule="exact"/>
        <w:ind w:left="1440" w:right="0" w:firstLine="0"/>
        <w:jc w:val="both"/>
      </w:pPr>
      <w:r>
        <w:rPr>
          <w:rFonts w:ascii="Times New Roman" w:hAnsi="Times New Roman" w:eastAsia="Times New Roman" w:cs="Times New Roman"/>
          <w:b w:val="0"/>
          <w:sz w:val="24"/>
        </w:rPr>
        <w:t>○ Is this the same hourly rate(s) that you charge to other clients for similar engagements?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no:</w:t>
      </w:r>
      <w:r>
        <w:rPr>
          <w:rFonts w:ascii="Times New Roman" w:hAnsi="Times New Roman" w:eastAsia="Times New Roman" w:cs="Times New Roman"/>
          <w:b w:val="0"/>
          <w:sz w:val="24"/>
        </w:rPr>
        <w:t xml:space="preserve"> How does this hourly rate differ from the rate charged to other clients for similar engagements?</w:t>
      </w:r>
    </w:p>
    <w:p>
      <w:pPr>
        <w:keepNext w:val="0"/>
        <w:spacing w:before="200" w:after="0" w:line="260" w:lineRule="exact"/>
        <w:ind w:left="1080" w:right="0" w:firstLine="0"/>
        <w:jc w:val="both"/>
      </w:pPr>
      <w:r>
        <w:rPr>
          <w:rFonts w:ascii="Times New Roman" w:hAnsi="Times New Roman" w:eastAsia="Times New Roman" w:cs="Times New Roman"/>
          <w:b w:val="0"/>
          <w:sz w:val="24"/>
        </w:rPr>
        <w:t>• Is any part of your compensation dependent on the substance of your expert opinions or the outcome of this case?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is your compensation dependent on the substance of your expert opinions or the outcome of this case?</w:t>
      </w:r>
    </w:p>
    <w:p>
      <w:pPr>
        <w:keepNext w:val="0"/>
        <w:spacing w:before="200" w:after="0" w:line="260" w:lineRule="exact"/>
        <w:ind w:left="1080" w:right="0" w:firstLine="0"/>
        <w:jc w:val="both"/>
      </w:pPr>
      <w:r>
        <w:rPr>
          <w:rFonts w:ascii="Times New Roman" w:hAnsi="Times New Roman" w:eastAsia="Times New Roman" w:cs="Times New Roman"/>
          <w:b w:val="0"/>
          <w:sz w:val="24"/>
        </w:rPr>
        <w:t>• Is the total amount of compensation that you can receive for your work in this case capped or limited in any way?</w:t>
      </w:r>
    </w:p>
    <w:p>
      <w:pPr>
        <w:keepNext w:val="0"/>
        <w:spacing w:before="200" w:after="0" w:line="260" w:lineRule="exact"/>
        <w:ind w:left="1080" w:right="0" w:firstLine="0"/>
        <w:jc w:val="both"/>
      </w:pPr>
      <w:r>
        <w:rPr>
          <w:rFonts w:ascii="Times New Roman" w:hAnsi="Times New Roman" w:eastAsia="Times New Roman" w:cs="Times New Roman"/>
          <w:b w:val="0"/>
          <w:sz w:val="24"/>
        </w:rPr>
        <w:t>• Is the amount of compensation that you can receive for any part of your work in this case [e.g., investigation, preparation of report, testimony] capped or limited in any way?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 to either or both of the preceding questions:</w:t>
      </w:r>
      <w:r>
        <w:rPr>
          <w:rFonts w:ascii="Times New Roman" w:hAnsi="Times New Roman" w:eastAsia="Times New Roman" w:cs="Times New Roman"/>
          <w:b w:val="0"/>
          <w:sz w:val="24"/>
        </w:rPr>
        <w:t xml:space="preserve"> How is the amount of compensation that you can receive capped or limited?</w:t>
      </w:r>
    </w:p>
    <w:p>
      <w:pPr>
        <w:keepNext w:val="0"/>
        <w:spacing w:before="200" w:after="0" w:line="260" w:lineRule="exact"/>
        <w:ind w:left="1440" w:right="0" w:firstLine="0"/>
        <w:jc w:val="both"/>
      </w:pPr>
      <w:r>
        <w:rPr>
          <w:rFonts w:ascii="Times New Roman" w:hAnsi="Times New Roman" w:eastAsia="Times New Roman" w:cs="Times New Roman"/>
          <w:b w:val="0"/>
          <w:sz w:val="24"/>
        </w:rPr>
        <w:t>○ How was it determined that your compensation would be capped or limited in this way?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Examine Engagement Letter, Fee Arrangement, Etc.</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engagement letter relating to your services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in this case?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yes, mark the engagement letter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authenticate, and review.</w:t>
      </w:r>
    </w:p>
    <w:p>
      <w:pPr>
        <w:keepNext w:val="0"/>
        <w:spacing w:before="200" w:after="0" w:line="260" w:lineRule="exact"/>
        <w:ind w:left="1440" w:right="0" w:firstLine="0"/>
        <w:jc w:val="both"/>
      </w:pPr>
      <w:r>
        <w:rPr>
          <w:rFonts w:ascii="Times New Roman" w:hAnsi="Times New Roman" w:eastAsia="Times New Roman" w:cs="Times New Roman"/>
          <w:b w:val="0"/>
          <w:sz w:val="24"/>
        </w:rPr>
        <w:t>○ Have you seen this document before?</w:t>
      </w:r>
    </w:p>
    <w:p>
      <w:pPr>
        <w:keepNext w:val="0"/>
        <w:spacing w:before="200" w:after="0" w:line="260" w:lineRule="exact"/>
        <w:ind w:left="1440" w:right="0" w:firstLine="0"/>
        <w:jc w:val="both"/>
      </w:pPr>
      <w:r>
        <w:rPr>
          <w:rFonts w:ascii="Times New Roman" w:hAnsi="Times New Roman" w:eastAsia="Times New Roman" w:cs="Times New Roman"/>
          <w:b w:val="0"/>
          <w:sz w:val="24"/>
        </w:rPr>
        <w:t>○ What is this document?</w:t>
      </w:r>
    </w:p>
    <w:p>
      <w:pPr>
        <w:keepNext w:val="0"/>
        <w:spacing w:before="200" w:after="0" w:line="260" w:lineRule="exact"/>
        <w:ind w:left="1440" w:right="0" w:firstLine="0"/>
        <w:jc w:val="both"/>
      </w:pPr>
      <w:r>
        <w:rPr>
          <w:rFonts w:ascii="Times New Roman" w:hAnsi="Times New Roman" w:eastAsia="Times New Roman" w:cs="Times New Roman"/>
          <w:b w:val="0"/>
          <w:sz w:val="24"/>
        </w:rPr>
        <w:t>○ Who prepared this document?</w:t>
      </w:r>
    </w:p>
    <w:p>
      <w:pPr>
        <w:keepNext w:val="0"/>
        <w:spacing w:before="200" w:after="0" w:line="260" w:lineRule="exact"/>
        <w:ind w:left="1440" w:right="0" w:firstLine="0"/>
        <w:jc w:val="both"/>
      </w:pPr>
      <w:r>
        <w:rPr>
          <w:rFonts w:ascii="Times New Roman" w:hAnsi="Times New Roman" w:eastAsia="Times New Roman" w:cs="Times New Roman"/>
          <w:b w:val="0"/>
          <w:sz w:val="24"/>
        </w:rPr>
        <w:t>○ Were any of the terms in this document negotiated?</w:t>
      </w:r>
    </w:p>
    <w:p>
      <w:pPr>
        <w:keepNext w:val="0"/>
        <w:spacing w:before="200" w:after="0" w:line="260" w:lineRule="exact"/>
        <w:ind w:left="1800" w:right="0" w:firstLine="0"/>
        <w:jc w:val="both"/>
      </w:pPr>
      <w:r>
        <w:rPr>
          <w:rFonts w:ascii="Times New Roman" w:hAnsi="Times New Roman" w:eastAsia="Times New Roman" w:cs="Times New Roman"/>
          <w:b w:val="0"/>
          <w:sz w:val="24"/>
        </w:rPr>
        <w:t>▪ If yes:</w:t>
      </w:r>
      <w:r>
        <w:rPr>
          <w:rFonts w:ascii="Times New Roman" w:hAnsi="Times New Roman" w:eastAsia="Times New Roman" w:cs="Times New Roman"/>
          <w:b w:val="0"/>
          <w:sz w:val="24"/>
        </w:rPr>
        <w:t xml:space="preserve"> Which terms?</w:t>
      </w:r>
    </w:p>
    <w:p>
      <w:pPr>
        <w:keepNext w:val="0"/>
        <w:spacing w:before="200" w:after="0" w:line="260" w:lineRule="exact"/>
        <w:ind w:left="1800" w:right="0" w:firstLine="0"/>
        <w:jc w:val="both"/>
      </w:pPr>
      <w:r>
        <w:rPr>
          <w:rFonts w:ascii="Times New Roman" w:hAnsi="Times New Roman" w:eastAsia="Times New Roman" w:cs="Times New Roman"/>
          <w:b w:val="0"/>
          <w:sz w:val="24"/>
        </w:rPr>
        <w:t>▪ How were they negotiated?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other written agreements relating to your services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in this case?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are the other written agreements relating to your services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this case?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Mark each such agreement, authenticate, and ask questions to review the terms of the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Expert Report(s).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Mark the Patent in Suit and Expert Report(S), and Review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Mark the patent in suit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hand it to the witness, and ask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 Do you recognize this document as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Mark the infringement expert report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hand it to the witness, and ask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the expert report that you prepared in this case regarding issues relating to infringement of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Mark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any additional expert reports,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supplemental expert report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rebuttal expert report, hand it to the witness, and ask questions similar to the question set forth immediately above.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Preparation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Request from Client, Assumptions</w:t>
      </w:r>
    </w:p>
    <w:p>
      <w:pPr>
        <w:keepNext w:val="0"/>
        <w:spacing w:before="200" w:after="0" w:line="260" w:lineRule="exact"/>
        <w:ind w:left="1440" w:right="0" w:firstLine="0"/>
        <w:jc w:val="both"/>
      </w:pPr>
      <w:r>
        <w:rPr>
          <w:rFonts w:ascii="Times New Roman" w:hAnsi="Times New Roman" w:eastAsia="Times New Roman" w:cs="Times New Roman"/>
          <w:b w:val="0"/>
          <w:sz w:val="24"/>
        </w:rPr>
        <w:t>• Did you receive any guidance or direction from [party retaining expert] or [law firm for party retaining expert] regarding what issues or what types of opinions you should address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guidance or direction did you receive?</w:t>
      </w:r>
    </w:p>
    <w:p>
      <w:pPr>
        <w:keepNext w:val="0"/>
        <w:spacing w:before="200" w:after="0" w:line="260" w:lineRule="exact"/>
        <w:ind w:left="1800" w:right="0" w:firstLine="0"/>
        <w:jc w:val="both"/>
      </w:pPr>
      <w:r>
        <w:rPr>
          <w:rFonts w:ascii="Times New Roman" w:hAnsi="Times New Roman" w:eastAsia="Times New Roman" w:cs="Times New Roman"/>
          <w:b w:val="0"/>
          <w:sz w:val="24"/>
        </w:rPr>
        <w:t>○ Who gave you that guidance or direction?</w:t>
      </w:r>
    </w:p>
    <w:p>
      <w:pPr>
        <w:keepNext w:val="0"/>
        <w:spacing w:before="200" w:after="0" w:line="260" w:lineRule="exact"/>
        <w:ind w:left="1800" w:right="0" w:firstLine="0"/>
        <w:jc w:val="both"/>
      </w:pPr>
      <w:r>
        <w:rPr>
          <w:rFonts w:ascii="Times New Roman" w:hAnsi="Times New Roman" w:eastAsia="Times New Roman" w:cs="Times New Roman"/>
          <w:b w:val="0"/>
          <w:sz w:val="24"/>
        </w:rPr>
        <w:t>○ When were you given that guidance or direction?</w:t>
      </w:r>
    </w:p>
    <w:p>
      <w:pPr>
        <w:keepNext w:val="0"/>
        <w:spacing w:before="200" w:after="0" w:line="260" w:lineRule="exact"/>
        <w:ind w:left="1800" w:right="0" w:firstLine="0"/>
        <w:jc w:val="both"/>
      </w:pPr>
      <w:r>
        <w:rPr>
          <w:rFonts w:ascii="Times New Roman" w:hAnsi="Times New Roman" w:eastAsia="Times New Roman" w:cs="Times New Roman"/>
          <w:b w:val="0"/>
          <w:sz w:val="24"/>
        </w:rPr>
        <w:t>○ How were you given that guidance or direction?</w:t>
      </w:r>
    </w:p>
    <w:p>
      <w:pPr>
        <w:keepNext w:val="0"/>
        <w:spacing w:before="200" w:after="0" w:line="260" w:lineRule="exact"/>
        <w:ind w:left="1440" w:right="0" w:firstLine="0"/>
        <w:jc w:val="both"/>
      </w:pPr>
      <w:r>
        <w:rPr>
          <w:rFonts w:ascii="Times New Roman" w:hAnsi="Times New Roman" w:eastAsia="Times New Roman" w:cs="Times New Roman"/>
          <w:b w:val="0"/>
          <w:sz w:val="24"/>
        </w:rPr>
        <w:t>• Were you provided with any assumptions by [party retaining expert] or [law firm for party retaining expert] that you relied upon in forming the opinions expressed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assumptions were you provided?</w:t>
      </w:r>
    </w:p>
    <w:p>
      <w:pPr>
        <w:keepNext w:val="0"/>
        <w:spacing w:before="200" w:after="0" w:line="260" w:lineRule="exact"/>
        <w:ind w:left="1800" w:right="0" w:firstLine="0"/>
        <w:jc w:val="both"/>
      </w:pPr>
      <w:r>
        <w:rPr>
          <w:rFonts w:ascii="Times New Roman" w:hAnsi="Times New Roman" w:eastAsia="Times New Roman" w:cs="Times New Roman"/>
          <w:b w:val="0"/>
          <w:sz w:val="24"/>
        </w:rPr>
        <w:t>○ Who provided you with those assumptions?</w:t>
      </w:r>
    </w:p>
    <w:p>
      <w:pPr>
        <w:keepNext w:val="0"/>
        <w:spacing w:before="200" w:after="0" w:line="260" w:lineRule="exact"/>
        <w:ind w:left="1800" w:right="0" w:firstLine="0"/>
        <w:jc w:val="both"/>
      </w:pPr>
      <w:r>
        <w:rPr>
          <w:rFonts w:ascii="Times New Roman" w:hAnsi="Times New Roman" w:eastAsia="Times New Roman" w:cs="Times New Roman"/>
          <w:b w:val="0"/>
          <w:sz w:val="24"/>
        </w:rPr>
        <w:t>○ When were you provided with those assumptions?</w:t>
      </w:r>
    </w:p>
    <w:p>
      <w:pPr>
        <w:keepNext w:val="0"/>
        <w:spacing w:before="200" w:after="0" w:line="260" w:lineRule="exact"/>
        <w:ind w:left="1800" w:right="0" w:firstLine="0"/>
        <w:jc w:val="both"/>
      </w:pPr>
      <w:r>
        <w:rPr>
          <w:rFonts w:ascii="Times New Roman" w:hAnsi="Times New Roman" w:eastAsia="Times New Roman" w:cs="Times New Roman"/>
          <w:b w:val="0"/>
          <w:sz w:val="24"/>
        </w:rPr>
        <w:t>○ How were you provided with those assumptions?</w:t>
      </w:r>
    </w:p>
    <w:p>
      <w:pPr>
        <w:keepNext w:val="0"/>
        <w:spacing w:before="200" w:after="0" w:line="260" w:lineRule="exact"/>
        <w:ind w:left="1800" w:right="0" w:firstLine="0"/>
        <w:jc w:val="both"/>
      </w:pPr>
      <w:r>
        <w:rPr>
          <w:rFonts w:ascii="Times New Roman" w:hAnsi="Times New Roman" w:eastAsia="Times New Roman" w:cs="Times New Roman"/>
          <w:b w:val="0"/>
          <w:sz w:val="24"/>
        </w:rPr>
        <w:t>○ How did you rely upon those assumptions in forming the opinions expressed in your expert report?</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Materials Reviewed</w:t>
      </w:r>
    </w:p>
    <w:p>
      <w:pPr>
        <w:keepNext w:val="0"/>
        <w:spacing w:before="200" w:after="0" w:line="260" w:lineRule="exact"/>
        <w:ind w:left="1440" w:right="0" w:firstLine="0"/>
        <w:jc w:val="both"/>
      </w:pPr>
      <w:r>
        <w:rPr>
          <w:rFonts w:ascii="Times New Roman" w:hAnsi="Times New Roman" w:eastAsia="Times New Roman" w:cs="Times New Roman"/>
          <w:b w:val="0"/>
          <w:sz w:val="24"/>
        </w:rPr>
        <w:t>• What materials did your review in connection with the preparation of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 Did you review any materials in connection with the preparation of your expert report that are not listed in [section of expert report identifying facts or data considered]?</w:t>
      </w:r>
    </w:p>
    <w:p>
      <w:pPr>
        <w:keepNext w:val="0"/>
        <w:spacing w:before="200" w:after="0" w:line="260" w:lineRule="exact"/>
        <w:ind w:left="1800" w:right="0" w:firstLine="0"/>
        <w:jc w:val="both"/>
      </w:pPr>
      <w:r>
        <w:rPr>
          <w:rFonts w:ascii="Times New Roman" w:hAnsi="Times New Roman" w:eastAsia="Times New Roman" w:cs="Times New Roman"/>
          <w:b w:val="0"/>
          <w:sz w:val="24"/>
        </w:rPr>
        <w:t>○ What materials did you review that are not listed in that section of your report?</w:t>
      </w:r>
    </w:p>
    <w:p>
      <w:pPr>
        <w:keepNext w:val="0"/>
        <w:spacing w:before="200" w:after="0" w:line="260" w:lineRule="exact"/>
        <w:ind w:left="1800" w:right="0" w:firstLine="0"/>
        <w:jc w:val="both"/>
      </w:pPr>
      <w:r>
        <w:rPr>
          <w:rFonts w:ascii="Times New Roman" w:hAnsi="Times New Roman" w:eastAsia="Times New Roman" w:cs="Times New Roman"/>
          <w:b w:val="0"/>
          <w:sz w:val="24"/>
        </w:rPr>
        <w:t>○ Who made the decision not to list those materials in [section of expert report identifying facts or data considered]?</w:t>
      </w:r>
    </w:p>
    <w:p>
      <w:pPr>
        <w:keepNext w:val="0"/>
        <w:spacing w:before="200" w:after="0" w:line="260" w:lineRule="exact"/>
        <w:ind w:left="1800" w:right="0" w:firstLine="0"/>
        <w:jc w:val="both"/>
      </w:pPr>
      <w:r>
        <w:rPr>
          <w:rFonts w:ascii="Times New Roman" w:hAnsi="Times New Roman" w:eastAsia="Times New Roman" w:cs="Times New Roman"/>
          <w:b w:val="0"/>
          <w:sz w:val="24"/>
        </w:rPr>
        <w:t>○ What was the basis for the decision not to list those materials in [section of expert report identifying facts or data considered]?</w:t>
      </w:r>
    </w:p>
    <w:p>
      <w:pPr>
        <w:keepNext w:val="0"/>
        <w:spacing w:before="200" w:after="0" w:line="260" w:lineRule="exact"/>
        <w:ind w:left="1440" w:right="0" w:firstLine="0"/>
        <w:jc w:val="both"/>
      </w:pPr>
      <w:r>
        <w:rPr>
          <w:rFonts w:ascii="Times New Roman" w:hAnsi="Times New Roman" w:eastAsia="Times New Roman" w:cs="Times New Roman"/>
          <w:b w:val="0"/>
          <w:sz w:val="24"/>
        </w:rPr>
        <w:t>• What facts or data did you consider in forming the opinions expressed in your report?</w:t>
      </w:r>
    </w:p>
    <w:p>
      <w:pPr>
        <w:keepNext w:val="0"/>
        <w:spacing w:before="200" w:after="0" w:line="260" w:lineRule="exact"/>
        <w:ind w:left="1800" w:right="0" w:firstLine="0"/>
        <w:jc w:val="both"/>
      </w:pPr>
      <w:r>
        <w:rPr>
          <w:rFonts w:ascii="Times New Roman" w:hAnsi="Times New Roman" w:eastAsia="Times New Roman" w:cs="Times New Roman"/>
          <w:b w:val="0"/>
          <w:sz w:val="24"/>
        </w:rPr>
        <w:t>○ Are all those facts and data listed in [section of expert report identifying facts or data considered]?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no:</w:t>
      </w:r>
      <w:r>
        <w:rPr>
          <w:rFonts w:ascii="Times New Roman" w:hAnsi="Times New Roman" w:eastAsia="Times New Roman" w:cs="Times New Roman"/>
          <w:b w:val="0"/>
          <w:sz w:val="24"/>
        </w:rPr>
        <w:t xml:space="preserve"> What facts or data did you consider that are not listed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Why are those facts or data not listed in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 In connection with preparing your expert report, were you provided with any facts or data that you did not consider in forming the opinions expressed in your report?</w:t>
      </w:r>
    </w:p>
    <w:p>
      <w:pPr>
        <w:keepNext w:val="0"/>
        <w:spacing w:before="200" w:after="0" w:line="260" w:lineRule="exact"/>
        <w:ind w:left="1800" w:right="0" w:firstLine="0"/>
        <w:jc w:val="both"/>
      </w:pPr>
      <w:r>
        <w:rPr>
          <w:rFonts w:ascii="Times New Roman" w:hAnsi="Times New Roman" w:eastAsia="Times New Roman" w:cs="Times New Roman"/>
          <w:b w:val="0"/>
          <w:sz w:val="24"/>
        </w:rPr>
        <w:t>○ What facts or data were you provided that you did not consider in forming the opinions expressed in your report?</w:t>
      </w:r>
    </w:p>
    <w:p>
      <w:pPr>
        <w:keepNext w:val="0"/>
        <w:spacing w:before="200" w:after="0" w:line="260" w:lineRule="exact"/>
        <w:ind w:left="1800" w:right="0" w:firstLine="0"/>
        <w:jc w:val="both"/>
      </w:pPr>
      <w:r>
        <w:rPr>
          <w:rFonts w:ascii="Times New Roman" w:hAnsi="Times New Roman" w:eastAsia="Times New Roman" w:cs="Times New Roman"/>
          <w:b w:val="0"/>
          <w:sz w:val="24"/>
        </w:rPr>
        <w:t>○ Why did you not consider those facts or data in forming the opinions expressed in your report?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 of Prosecution History</w:t>
      </w:r>
    </w:p>
    <w:p>
      <w:pPr>
        <w:keepNext w:val="0"/>
        <w:spacing w:before="200" w:after="0" w:line="260" w:lineRule="exact"/>
        <w:ind w:left="1440" w:right="0" w:firstLine="0"/>
        <w:jc w:val="both"/>
      </w:pPr>
      <w:r>
        <w:rPr>
          <w:rFonts w:ascii="Times New Roman" w:hAnsi="Times New Roman" w:eastAsia="Times New Roman" w:cs="Times New Roman"/>
          <w:b w:val="0"/>
          <w:sz w:val="24"/>
        </w:rPr>
        <w:t>• Did you review any part(s) of the prosecution history of the [short patent no.] patent in connection with the preparation of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What part(s) of the prosecution history of the [short patent no.] patent did you review?</w:t>
      </w:r>
    </w:p>
    <w:p>
      <w:pPr>
        <w:keepNext w:val="0"/>
        <w:spacing w:before="200" w:after="0" w:line="260" w:lineRule="exact"/>
        <w:ind w:left="1440" w:right="0" w:firstLine="0"/>
        <w:jc w:val="both"/>
      </w:pPr>
      <w:r>
        <w:rPr>
          <w:rFonts w:ascii="Times New Roman" w:hAnsi="Times New Roman" w:eastAsia="Times New Roman" w:cs="Times New Roman"/>
          <w:b w:val="0"/>
          <w:sz w:val="24"/>
        </w:rPr>
        <w:t>• Did you consider any part(s) of the prosecution history of the [short patent no.] patent in forming the opinions expressed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What part(s) of the prosecution history did you consider?</w:t>
      </w:r>
    </w:p>
    <w:p>
      <w:pPr>
        <w:keepNext w:val="0"/>
        <w:spacing w:before="200" w:after="0" w:line="260" w:lineRule="exact"/>
        <w:ind w:left="1800" w:right="0" w:firstLine="0"/>
        <w:jc w:val="both"/>
      </w:pPr>
      <w:r>
        <w:rPr>
          <w:rFonts w:ascii="Times New Roman" w:hAnsi="Times New Roman" w:eastAsia="Times New Roman" w:cs="Times New Roman"/>
          <w:b w:val="0"/>
          <w:sz w:val="24"/>
        </w:rPr>
        <w:t>○ How did you consider those part(s) of the prosecution history in forming the opinions expressed in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 Did you review any part(s) of the prosecution history that you did not consider in forming the opinions expressed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Which part(s) of the prosecution history did you review but not consider in forming your opinions?</w:t>
      </w:r>
    </w:p>
    <w:p>
      <w:pPr>
        <w:keepNext w:val="0"/>
        <w:spacing w:before="200" w:after="0" w:line="260" w:lineRule="exact"/>
        <w:ind w:left="1800" w:right="0" w:firstLine="0"/>
        <w:jc w:val="both"/>
      </w:pPr>
      <w:r>
        <w:rPr>
          <w:rFonts w:ascii="Times New Roman" w:hAnsi="Times New Roman" w:eastAsia="Times New Roman" w:cs="Times New Roman"/>
          <w:b w:val="0"/>
          <w:sz w:val="24"/>
        </w:rPr>
        <w:t>○ Why did you not consider those part(s) of the prosecution history in forming your opinions?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any portion of the prosecution history that the expert did not review, but that is relevant to your theory of the case, direct the expert to that portion of the prosecution history and ask the following:</w:t>
      </w:r>
    </w:p>
    <w:p>
      <w:pPr>
        <w:keepNext w:val="0"/>
        <w:spacing w:before="200" w:after="0" w:line="260" w:lineRule="exact"/>
        <w:ind w:left="1800" w:right="0" w:firstLine="0"/>
        <w:jc w:val="both"/>
      </w:pPr>
      <w:r>
        <w:rPr>
          <w:rFonts w:ascii="Times New Roman" w:hAnsi="Times New Roman" w:eastAsia="Times New Roman" w:cs="Times New Roman"/>
          <w:b w:val="0"/>
          <w:sz w:val="24"/>
        </w:rPr>
        <w:t>○ You did not consider [portion of prosecution history] in forming the opinions expressed in your expert report, correct?</w:t>
      </w:r>
    </w:p>
    <w:p>
      <w:pPr>
        <w:keepNext w:val="0"/>
        <w:spacing w:before="200" w:after="0" w:line="260" w:lineRule="exact"/>
        <w:ind w:left="1800" w:right="0" w:firstLine="0"/>
        <w:jc w:val="both"/>
      </w:pPr>
      <w:r>
        <w:rPr>
          <w:rFonts w:ascii="Times New Roman" w:hAnsi="Times New Roman" w:eastAsia="Times New Roman" w:cs="Times New Roman"/>
          <w:b w:val="0"/>
          <w:sz w:val="24"/>
        </w:rPr>
        <w:t>○ If you were to consider [portion of prosecution history], would that change the opinions expressed in your expert report in any way?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Which opinions would change, and how would they change?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no:</w:t>
      </w:r>
      <w:r>
        <w:rPr>
          <w:rFonts w:ascii="Times New Roman" w:hAnsi="Times New Roman" w:eastAsia="Times New Roman" w:cs="Times New Roman"/>
          <w:b w:val="0"/>
          <w:sz w:val="24"/>
        </w:rPr>
        <w:t xml:space="preserve"> If you considered [portion of prosecution history], why would that not change the opinions expressed in your expert report?</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Tests Conducted</w:t>
      </w:r>
    </w:p>
    <w:p>
      <w:pPr>
        <w:keepNext w:val="0"/>
        <w:spacing w:before="200" w:after="0" w:line="260" w:lineRule="exact"/>
        <w:ind w:left="1440" w:right="0" w:firstLine="0"/>
        <w:jc w:val="both"/>
      </w:pPr>
      <w:r>
        <w:rPr>
          <w:rFonts w:ascii="Times New Roman" w:hAnsi="Times New Roman" w:eastAsia="Times New Roman" w:cs="Times New Roman"/>
          <w:b w:val="0"/>
          <w:sz w:val="24"/>
        </w:rPr>
        <w:t>• Did you conduct any tests or rely on any tests performed by others in connection with preparing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Which test(s) did you conduct/rely on in connection with preparing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such test:</w:t>
      </w:r>
    </w:p>
    <w:p>
      <w:pPr>
        <w:keepNext w:val="0"/>
        <w:spacing w:before="200" w:after="0" w:line="260" w:lineRule="exact"/>
        <w:ind w:left="2160" w:right="0" w:firstLine="0"/>
        <w:jc w:val="both"/>
      </w:pPr>
      <w:r>
        <w:rPr>
          <w:rFonts w:ascii="Times New Roman" w:hAnsi="Times New Roman" w:eastAsia="Times New Roman" w:cs="Times New Roman"/>
          <w:b w:val="0"/>
          <w:sz w:val="24"/>
        </w:rPr>
        <w:t>▪ What is the nature of the test? / What methodology was used to carry out the test?</w:t>
      </w:r>
    </w:p>
    <w:p>
      <w:pPr>
        <w:keepNext w:val="0"/>
        <w:spacing w:before="200" w:after="0" w:line="260" w:lineRule="exact"/>
        <w:ind w:left="2160" w:right="0" w:firstLine="0"/>
        <w:jc w:val="both"/>
      </w:pPr>
      <w:r>
        <w:rPr>
          <w:rFonts w:ascii="Times New Roman" w:hAnsi="Times New Roman" w:eastAsia="Times New Roman" w:cs="Times New Roman"/>
          <w:b w:val="0"/>
          <w:sz w:val="24"/>
        </w:rPr>
        <w:t>▪ Who conducted the test?</w:t>
      </w:r>
    </w:p>
    <w:p>
      <w:pPr>
        <w:keepNext w:val="0"/>
        <w:spacing w:before="200" w:after="0" w:line="260" w:lineRule="exact"/>
        <w:ind w:left="2160" w:right="0" w:firstLine="0"/>
        <w:jc w:val="both"/>
      </w:pPr>
      <w:r>
        <w:rPr>
          <w:rFonts w:ascii="Times New Roman" w:hAnsi="Times New Roman" w:eastAsia="Times New Roman" w:cs="Times New Roman"/>
          <w:b w:val="0"/>
          <w:sz w:val="24"/>
        </w:rPr>
        <w:t>▪ When was the test conducted?</w:t>
      </w:r>
    </w:p>
    <w:p>
      <w:pPr>
        <w:keepNext w:val="0"/>
        <w:spacing w:before="200" w:after="0" w:line="260" w:lineRule="exact"/>
        <w:ind w:left="2160" w:right="0" w:firstLine="0"/>
        <w:jc w:val="both"/>
      </w:pPr>
      <w:r>
        <w:rPr>
          <w:rFonts w:ascii="Times New Roman" w:hAnsi="Times New Roman" w:eastAsia="Times New Roman" w:cs="Times New Roman"/>
          <w:b w:val="0"/>
          <w:sz w:val="24"/>
        </w:rPr>
        <w:t>▪ Where was the test conducted?</w:t>
      </w:r>
    </w:p>
    <w:p>
      <w:pPr>
        <w:keepNext w:val="0"/>
        <w:spacing w:before="200" w:after="0" w:line="260" w:lineRule="exact"/>
        <w:ind w:left="2160" w:right="0" w:firstLine="0"/>
        <w:jc w:val="both"/>
      </w:pPr>
      <w:r>
        <w:rPr>
          <w:rFonts w:ascii="Times New Roman" w:hAnsi="Times New Roman" w:eastAsia="Times New Roman" w:cs="Times New Roman"/>
          <w:b w:val="0"/>
          <w:sz w:val="24"/>
        </w:rPr>
        <w:t>▪ How many times was the test performed?</w:t>
      </w:r>
    </w:p>
    <w:p>
      <w:pPr>
        <w:keepNext w:val="0"/>
        <w:spacing w:before="200" w:after="0" w:line="260" w:lineRule="exact"/>
        <w:ind w:left="2160" w:right="0" w:firstLine="0"/>
        <w:jc w:val="both"/>
      </w:pPr>
      <w:r>
        <w:rPr>
          <w:rFonts w:ascii="Times New Roman" w:hAnsi="Times New Roman" w:eastAsia="Times New Roman" w:cs="Times New Roman"/>
          <w:b w:val="0"/>
          <w:sz w:val="24"/>
        </w:rPr>
        <w:t>▪ What were the results of the test?</w:t>
      </w:r>
    </w:p>
    <w:p>
      <w:pPr>
        <w:keepNext w:val="0"/>
        <w:spacing w:before="200" w:after="0" w:line="260" w:lineRule="exact"/>
        <w:ind w:left="2160" w:right="0" w:firstLine="0"/>
        <w:jc w:val="both"/>
      </w:pPr>
      <w:r>
        <w:rPr>
          <w:rFonts w:ascii="Times New Roman" w:hAnsi="Times New Roman" w:eastAsia="Times New Roman" w:cs="Times New Roman"/>
          <w:b w:val="0"/>
          <w:sz w:val="24"/>
        </w:rPr>
        <w:t>▪ How did you use the results of the test in forming your expert opinions in this case?</w:t>
      </w:r>
    </w:p>
    <w:p>
      <w:pPr>
        <w:keepNext w:val="0"/>
        <w:spacing w:before="200" w:after="0" w:line="260" w:lineRule="exact"/>
        <w:ind w:left="1440" w:right="0" w:firstLine="0"/>
        <w:jc w:val="both"/>
      </w:pPr>
      <w:r>
        <w:rPr>
          <w:rFonts w:ascii="Times New Roman" w:hAnsi="Times New Roman" w:eastAsia="Times New Roman" w:cs="Times New Roman"/>
          <w:b w:val="0"/>
          <w:sz w:val="24"/>
        </w:rPr>
        <w:t>• Are your aware of any tests performed by you or someone else in connection with the preparation of your expert report that you did not rely on, or that you rejected, in forming the opinions expressed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Which test(s) did you nor rely on or reject in forming the opinions expressed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such test:</w:t>
      </w:r>
    </w:p>
    <w:p>
      <w:pPr>
        <w:keepNext w:val="0"/>
        <w:spacing w:before="200" w:after="0" w:line="260" w:lineRule="exact"/>
        <w:ind w:left="2160" w:right="0" w:firstLine="0"/>
        <w:jc w:val="both"/>
      </w:pPr>
      <w:r>
        <w:rPr>
          <w:rFonts w:ascii="Times New Roman" w:hAnsi="Times New Roman" w:eastAsia="Times New Roman" w:cs="Times New Roman"/>
          <w:b w:val="0"/>
          <w:sz w:val="24"/>
        </w:rPr>
        <w:t>▪ What is the nature of the test? / What methodology was used to carry out the test?</w:t>
      </w:r>
    </w:p>
    <w:p>
      <w:pPr>
        <w:keepNext w:val="0"/>
        <w:spacing w:before="200" w:after="0" w:line="260" w:lineRule="exact"/>
        <w:ind w:left="2160" w:right="0" w:firstLine="0"/>
        <w:jc w:val="both"/>
      </w:pPr>
      <w:r>
        <w:rPr>
          <w:rFonts w:ascii="Times New Roman" w:hAnsi="Times New Roman" w:eastAsia="Times New Roman" w:cs="Times New Roman"/>
          <w:b w:val="0"/>
          <w:sz w:val="24"/>
        </w:rPr>
        <w:t>▪ Who conducted the test?</w:t>
      </w:r>
    </w:p>
    <w:p>
      <w:pPr>
        <w:keepNext w:val="0"/>
        <w:spacing w:before="200" w:after="0" w:line="260" w:lineRule="exact"/>
        <w:ind w:left="2160" w:right="0" w:firstLine="0"/>
        <w:jc w:val="both"/>
      </w:pPr>
      <w:r>
        <w:rPr>
          <w:rFonts w:ascii="Times New Roman" w:hAnsi="Times New Roman" w:eastAsia="Times New Roman" w:cs="Times New Roman"/>
          <w:b w:val="0"/>
          <w:sz w:val="24"/>
        </w:rPr>
        <w:t>▪ When was the test conducted?</w:t>
      </w:r>
    </w:p>
    <w:p>
      <w:pPr>
        <w:keepNext w:val="0"/>
        <w:spacing w:before="200" w:after="0" w:line="260" w:lineRule="exact"/>
        <w:ind w:left="2160" w:right="0" w:firstLine="0"/>
        <w:jc w:val="both"/>
      </w:pPr>
      <w:r>
        <w:rPr>
          <w:rFonts w:ascii="Times New Roman" w:hAnsi="Times New Roman" w:eastAsia="Times New Roman" w:cs="Times New Roman"/>
          <w:b w:val="0"/>
          <w:sz w:val="24"/>
        </w:rPr>
        <w:t>▪ Where was the test conducted?</w:t>
      </w:r>
    </w:p>
    <w:p>
      <w:pPr>
        <w:keepNext w:val="0"/>
        <w:spacing w:before="200" w:after="0" w:line="260" w:lineRule="exact"/>
        <w:ind w:left="2160" w:right="0" w:firstLine="0"/>
        <w:jc w:val="both"/>
      </w:pPr>
      <w:r>
        <w:rPr>
          <w:rFonts w:ascii="Times New Roman" w:hAnsi="Times New Roman" w:eastAsia="Times New Roman" w:cs="Times New Roman"/>
          <w:b w:val="0"/>
          <w:sz w:val="24"/>
        </w:rPr>
        <w:t>▪ How many times was the test performed?</w:t>
      </w:r>
    </w:p>
    <w:p>
      <w:pPr>
        <w:keepNext w:val="0"/>
        <w:spacing w:before="200" w:after="0" w:line="260" w:lineRule="exact"/>
        <w:ind w:left="2160" w:right="0" w:firstLine="0"/>
        <w:jc w:val="both"/>
      </w:pPr>
      <w:r>
        <w:rPr>
          <w:rFonts w:ascii="Times New Roman" w:hAnsi="Times New Roman" w:eastAsia="Times New Roman" w:cs="Times New Roman"/>
          <w:b w:val="0"/>
          <w:sz w:val="24"/>
        </w:rPr>
        <w:t>▪ What were the results of the test?</w:t>
      </w:r>
    </w:p>
    <w:p>
      <w:pPr>
        <w:keepNext w:val="0"/>
        <w:spacing w:before="200" w:after="0" w:line="260" w:lineRule="exact"/>
        <w:ind w:left="2160" w:right="0" w:firstLine="0"/>
        <w:jc w:val="both"/>
      </w:pPr>
      <w:r>
        <w:rPr>
          <w:rFonts w:ascii="Times New Roman" w:hAnsi="Times New Roman" w:eastAsia="Times New Roman" w:cs="Times New Roman"/>
          <w:b w:val="0"/>
          <w:sz w:val="24"/>
        </w:rPr>
        <w:t>▪ Why did you not rely on or reject the results of the test in forming your expert opinions in this case?</w:t>
      </w:r>
    </w:p>
    <w:p>
      <w:pPr>
        <w:keepNext w:val="0"/>
        <w:spacing w:before="120" w:after="0" w:line="260" w:lineRule="exact"/>
        <w:ind w:left="108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Others Involved (Role of Each)</w:t>
      </w:r>
    </w:p>
    <w:p>
      <w:pPr>
        <w:keepNext w:val="0"/>
        <w:spacing w:before="200" w:after="0" w:line="260" w:lineRule="exact"/>
        <w:ind w:left="1440" w:right="0" w:firstLine="0"/>
        <w:jc w:val="both"/>
      </w:pPr>
      <w:r>
        <w:rPr>
          <w:rFonts w:ascii="Times New Roman" w:hAnsi="Times New Roman" w:eastAsia="Times New Roman" w:cs="Times New Roman"/>
          <w:b w:val="0"/>
          <w:sz w:val="24"/>
        </w:rPr>
        <w:t>• Was anyone else involved in any way in preparing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Who else was involved in preparing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other person who was involved:</w:t>
      </w:r>
    </w:p>
    <w:p>
      <w:pPr>
        <w:keepNext w:val="0"/>
        <w:spacing w:before="200" w:after="0" w:line="260" w:lineRule="exact"/>
        <w:ind w:left="1800" w:right="0" w:firstLine="0"/>
        <w:jc w:val="both"/>
      </w:pPr>
      <w:r>
        <w:rPr>
          <w:rFonts w:ascii="Times New Roman" w:hAnsi="Times New Roman" w:eastAsia="Times New Roman" w:cs="Times New Roman"/>
          <w:b w:val="0"/>
          <w:sz w:val="24"/>
        </w:rPr>
        <w:t>○ What role did [name of person] play in preparing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When did [name of person] become involved in preparing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Did you engage in any communications with [name of person] regarding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p>
    <w:p>
      <w:pPr>
        <w:keepNext w:val="0"/>
        <w:spacing w:before="200" w:after="0" w:line="260" w:lineRule="exact"/>
        <w:ind w:left="2160" w:right="0" w:firstLine="0"/>
        <w:jc w:val="both"/>
      </w:pPr>
      <w:r>
        <w:rPr>
          <w:rFonts w:ascii="Times New Roman" w:hAnsi="Times New Roman" w:eastAsia="Times New Roman" w:cs="Times New Roman"/>
          <w:b w:val="0"/>
          <w:sz w:val="24"/>
        </w:rPr>
        <w:t>▪ What was the nature of your communications with [name of person] regarding your expert report? (E.g., phone call, email, face-to-face conversation)</w:t>
      </w:r>
    </w:p>
    <w:p>
      <w:pPr>
        <w:keepNext w:val="0"/>
        <w:spacing w:before="200" w:after="0" w:line="260" w:lineRule="exact"/>
        <w:ind w:left="2160" w:right="0" w:firstLine="0"/>
        <w:jc w:val="both"/>
      </w:pPr>
      <w:r>
        <w:rPr>
          <w:rFonts w:ascii="Times New Roman" w:hAnsi="Times New Roman" w:eastAsia="Times New Roman" w:cs="Times New Roman"/>
          <w:b w:val="0"/>
          <w:sz w:val="24"/>
        </w:rPr>
        <w:t>▪ When did your communications with [name of person] occur?</w:t>
      </w:r>
    </w:p>
    <w:p>
      <w:pPr>
        <w:keepNext w:val="0"/>
        <w:spacing w:before="200" w:after="0" w:line="260" w:lineRule="exact"/>
        <w:ind w:left="2160" w:right="0" w:firstLine="0"/>
        <w:jc w:val="both"/>
      </w:pPr>
      <w:r>
        <w:rPr>
          <w:rFonts w:ascii="Times New Roman" w:hAnsi="Times New Roman" w:eastAsia="Times New Roman" w:cs="Times New Roman"/>
          <w:b w:val="0"/>
          <w:sz w:val="24"/>
        </w:rPr>
        <w:t>▪ What was the substance of your communications with [name of person] regarding your expert report?</w:t>
      </w:r>
    </w:p>
    <w:p>
      <w:pPr>
        <w:keepNext w:val="0"/>
        <w:spacing w:before="200" w:after="0" w:line="260" w:lineRule="exact"/>
        <w:ind w:left="2160" w:right="0" w:firstLine="0"/>
        <w:jc w:val="both"/>
      </w:pPr>
      <w:r>
        <w:rPr>
          <w:rFonts w:ascii="Times New Roman" w:hAnsi="Times New Roman" w:eastAsia="Times New Roman" w:cs="Times New Roman"/>
          <w:b w:val="0"/>
          <w:sz w:val="24"/>
        </w:rPr>
        <w:t>▪ Did you consider your communications with [name of person] in forming the opinions expressed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Are there any documents or other records relating to your communications with [name of person] regarding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 ask the following questions for each document:</w:t>
      </w:r>
    </w:p>
    <w:p>
      <w:pPr>
        <w:keepNext w:val="0"/>
        <w:spacing w:before="200" w:after="0" w:line="260" w:lineRule="exact"/>
        <w:ind w:left="2160" w:right="0" w:firstLine="0"/>
        <w:jc w:val="both"/>
      </w:pPr>
      <w:r>
        <w:rPr>
          <w:rFonts w:ascii="Times New Roman" w:hAnsi="Times New Roman" w:eastAsia="Times New Roman" w:cs="Times New Roman"/>
          <w:b w:val="0"/>
          <w:sz w:val="24"/>
        </w:rPr>
        <w:t>▪ When was it created?</w:t>
      </w:r>
    </w:p>
    <w:p>
      <w:pPr>
        <w:keepNext w:val="0"/>
        <w:spacing w:before="200" w:after="0" w:line="260" w:lineRule="exact"/>
        <w:ind w:left="2160" w:right="0" w:firstLine="0"/>
        <w:jc w:val="both"/>
      </w:pPr>
      <w:r>
        <w:rPr>
          <w:rFonts w:ascii="Times New Roman" w:hAnsi="Times New Roman" w:eastAsia="Times New Roman" w:cs="Times New Roman"/>
          <w:b w:val="0"/>
          <w:sz w:val="24"/>
        </w:rPr>
        <w:t>▪ Who created it?</w:t>
      </w:r>
    </w:p>
    <w:p>
      <w:pPr>
        <w:keepNext w:val="0"/>
        <w:spacing w:before="200" w:after="0" w:line="260" w:lineRule="exact"/>
        <w:ind w:left="2160" w:right="0" w:firstLine="0"/>
        <w:jc w:val="both"/>
      </w:pPr>
      <w:r>
        <w:rPr>
          <w:rFonts w:ascii="Times New Roman" w:hAnsi="Times New Roman" w:eastAsia="Times New Roman" w:cs="Times New Roman"/>
          <w:b w:val="0"/>
          <w:sz w:val="24"/>
        </w:rPr>
        <w:t>▪ Where is that document?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If you have the document, mark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authenticate, and review</w:t>
      </w:r>
    </w:p>
    <w:p>
      <w:pPr>
        <w:keepNext w:val="0"/>
        <w:spacing w:before="200" w:after="0" w:line="260" w:lineRule="exact"/>
        <w:ind w:left="2520" w:right="0" w:firstLine="0"/>
        <w:jc w:val="both"/>
      </w:pPr>
      <w:r>
        <w:rPr>
          <w:rFonts w:ascii="Times New Roman" w:hAnsi="Times New Roman" w:eastAsia="Times New Roman" w:cs="Times New Roman"/>
          <w:b w:val="0"/>
          <w:sz w:val="24"/>
        </w:rPr>
        <w:t>• What information does this document contain relating to your communications with [name of person] regarding your expert report?</w:t>
      </w:r>
    </w:p>
    <w:p>
      <w:pPr>
        <w:keepNext w:val="0"/>
        <w:spacing w:before="200" w:after="0" w:line="260" w:lineRule="exact"/>
        <w:ind w:left="2520" w:right="0" w:firstLine="0"/>
        <w:jc w:val="both"/>
      </w:pPr>
      <w:r>
        <w:rPr>
          <w:rFonts w:ascii="Times New Roman" w:hAnsi="Times New Roman" w:eastAsia="Times New Roman" w:cs="Times New Roman"/>
          <w:b w:val="0"/>
          <w:sz w:val="24"/>
        </w:rPr>
        <w:t>• Where in this document reflects information relating to your communications with [name of person] regarding your expert report?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you do not have the document, request it.</w:t>
      </w:r>
    </w:p>
    <w:p>
      <w:pPr>
        <w:keepNext w:val="0"/>
        <w:spacing w:before="120" w:after="0" w:line="260" w:lineRule="exact"/>
        <w:ind w:left="108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Development of Opinions</w:t>
      </w:r>
    </w:p>
    <w:p>
      <w:pPr>
        <w:keepNext w:val="0"/>
        <w:spacing w:before="200" w:after="0" w:line="260" w:lineRule="exact"/>
        <w:ind w:left="1440" w:right="0" w:firstLine="0"/>
        <w:jc w:val="both"/>
      </w:pPr>
      <w:r>
        <w:rPr>
          <w:rFonts w:ascii="Times New Roman" w:hAnsi="Times New Roman" w:eastAsia="Times New Roman" w:cs="Times New Roman"/>
          <w:b w:val="0"/>
          <w:sz w:val="24"/>
        </w:rPr>
        <w:t>• Describe the process you followed in forming the opinions expressed in your report.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opinion stated in the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In connection with your work on this case, did you form any opinions regarding [subject matter of opinion]?</w:t>
      </w:r>
    </w:p>
    <w:p>
      <w:pPr>
        <w:keepNext w:val="0"/>
        <w:spacing w:before="200" w:after="0" w:line="260" w:lineRule="exact"/>
        <w:ind w:left="1800" w:right="0" w:firstLine="0"/>
        <w:jc w:val="both"/>
      </w:pPr>
      <w:r>
        <w:rPr>
          <w:rFonts w:ascii="Times New Roman" w:hAnsi="Times New Roman" w:eastAsia="Times New Roman" w:cs="Times New Roman"/>
          <w:b w:val="0"/>
          <w:sz w:val="24"/>
        </w:rPr>
        <w:t>○ What opinions did you form regarding [subject matter of opinion]?</w:t>
      </w:r>
    </w:p>
    <w:p>
      <w:pPr>
        <w:keepNext w:val="0"/>
        <w:spacing w:before="200" w:after="0" w:line="260" w:lineRule="exact"/>
        <w:ind w:left="1800" w:right="0" w:firstLine="0"/>
        <w:jc w:val="both"/>
      </w:pPr>
      <w:r>
        <w:rPr>
          <w:rFonts w:ascii="Times New Roman" w:hAnsi="Times New Roman" w:eastAsia="Times New Roman" w:cs="Times New Roman"/>
          <w:b w:val="0"/>
          <w:sz w:val="24"/>
        </w:rPr>
        <w:t>○ What are the basis and reasons for your opinions regarding [subject matter of opinion]?</w:t>
      </w:r>
    </w:p>
    <w:p>
      <w:pPr>
        <w:keepNext w:val="0"/>
        <w:spacing w:before="200" w:after="0" w:line="260" w:lineRule="exact"/>
        <w:ind w:left="1800" w:right="0" w:firstLine="0"/>
        <w:jc w:val="both"/>
      </w:pPr>
      <w:r>
        <w:rPr>
          <w:rFonts w:ascii="Times New Roman" w:hAnsi="Times New Roman" w:eastAsia="Times New Roman" w:cs="Times New Roman"/>
          <w:b w:val="0"/>
          <w:sz w:val="24"/>
        </w:rPr>
        <w:t>○ Are you aware of any facts or data that are inconsistent with your opinions regarding [subject matter of opinion], or that are inconsistent with the basis and reasons for those opinions?</w:t>
      </w:r>
    </w:p>
    <w:p>
      <w:pPr>
        <w:keepNext w:val="0"/>
        <w:spacing w:before="200" w:after="0" w:line="260" w:lineRule="exact"/>
        <w:ind w:left="1800" w:right="0" w:firstLine="0"/>
        <w:jc w:val="both"/>
      </w:pPr>
      <w:r>
        <w:rPr>
          <w:rFonts w:ascii="Times New Roman" w:hAnsi="Times New Roman" w:eastAsia="Times New Roman" w:cs="Times New Roman"/>
          <w:b w:val="0"/>
          <w:sz w:val="24"/>
        </w:rPr>
        <w:t>○ If yes:</w:t>
      </w:r>
    </w:p>
    <w:p>
      <w:pPr>
        <w:keepNext w:val="0"/>
        <w:spacing w:before="200" w:after="0" w:line="260" w:lineRule="exact"/>
        <w:ind w:left="2160" w:right="0" w:firstLine="0"/>
        <w:jc w:val="both"/>
      </w:pPr>
      <w:r>
        <w:rPr>
          <w:rFonts w:ascii="Times New Roman" w:hAnsi="Times New Roman" w:eastAsia="Times New Roman" w:cs="Times New Roman"/>
          <w:b w:val="0"/>
          <w:sz w:val="24"/>
        </w:rPr>
        <w:t>▪ What facts or data are you aware of that are inconsistent with your opinions regarding [subject matter of opinion], or that are inconsistent with the basis and reasons for those opinions?</w:t>
      </w:r>
    </w:p>
    <w:p>
      <w:pPr>
        <w:keepNext w:val="0"/>
        <w:spacing w:before="200" w:after="0" w:line="260" w:lineRule="exact"/>
        <w:ind w:left="2160" w:right="0" w:firstLine="0"/>
        <w:jc w:val="both"/>
      </w:pPr>
      <w:r>
        <w:rPr>
          <w:rFonts w:ascii="Times New Roman" w:hAnsi="Times New Roman" w:eastAsia="Times New Roman" w:cs="Times New Roman"/>
          <w:b w:val="0"/>
          <w:sz w:val="24"/>
        </w:rPr>
        <w:t>▪ How did you account for the inconsistent facts or data in forming your opinions?</w:t>
      </w:r>
    </w:p>
    <w:p>
      <w:pPr>
        <w:keepNext w:val="0"/>
        <w:spacing w:before="120" w:after="0" w:line="260" w:lineRule="exact"/>
        <w:ind w:left="108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Opinions Not in Report</w:t>
      </w:r>
    </w:p>
    <w:p>
      <w:pPr>
        <w:keepNext w:val="0"/>
        <w:spacing w:before="200" w:after="0" w:line="260" w:lineRule="exact"/>
        <w:ind w:left="1440" w:right="0" w:firstLine="0"/>
        <w:jc w:val="both"/>
      </w:pPr>
      <w:r>
        <w:rPr>
          <w:rFonts w:ascii="Times New Roman" w:hAnsi="Times New Roman" w:eastAsia="Times New Roman" w:cs="Times New Roman"/>
          <w:b w:val="0"/>
          <w:sz w:val="24"/>
        </w:rPr>
        <w:t>• In connection with your work on this case, did you form any opinions that are not included in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p>
    <w:p>
      <w:pPr>
        <w:keepNext w:val="0"/>
        <w:spacing w:before="200" w:after="0" w:line="260" w:lineRule="exact"/>
        <w:ind w:left="1800" w:right="0" w:firstLine="0"/>
        <w:jc w:val="both"/>
      </w:pPr>
      <w:r>
        <w:rPr>
          <w:rFonts w:ascii="Times New Roman" w:hAnsi="Times New Roman" w:eastAsia="Times New Roman" w:cs="Times New Roman"/>
          <w:b w:val="0"/>
          <w:sz w:val="24"/>
        </w:rPr>
        <w:t>○ What opinions did you form that are not included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Why did you not include these opinions in your expert report?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Who drafted, Assistance, etc.</w:t>
      </w:r>
    </w:p>
    <w:p>
      <w:pPr>
        <w:keepNext w:val="0"/>
        <w:spacing w:before="200" w:after="0" w:line="260" w:lineRule="exact"/>
        <w:ind w:left="1440" w:right="0" w:firstLine="0"/>
        <w:jc w:val="both"/>
      </w:pPr>
      <w:r>
        <w:rPr>
          <w:rFonts w:ascii="Times New Roman" w:hAnsi="Times New Roman" w:eastAsia="Times New Roman" w:cs="Times New Roman"/>
          <w:b w:val="0"/>
          <w:sz w:val="24"/>
        </w:rPr>
        <w:t>• Who drafted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 What role did you take in drafting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 Did you receive assistance from anyone in drafting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Who assisted you in drafting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person identified:</w:t>
      </w:r>
      <w:r>
        <w:rPr>
          <w:rFonts w:ascii="Times New Roman" w:hAnsi="Times New Roman" w:eastAsia="Times New Roman" w:cs="Times New Roman"/>
          <w:b w:val="0"/>
          <w:sz w:val="24"/>
        </w:rPr>
        <w:t xml:space="preserve"> How did [name of person] assist you?</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Particularly Important Exhibits</w:t>
      </w:r>
    </w:p>
    <w:p>
      <w:pPr>
        <w:keepNext w:val="0"/>
        <w:spacing w:before="200" w:after="0" w:line="260" w:lineRule="exact"/>
        <w:ind w:left="1440" w:right="0" w:firstLine="0"/>
        <w:jc w:val="both"/>
      </w:pPr>
      <w:r>
        <w:rPr>
          <w:rFonts w:ascii="Times New Roman" w:hAnsi="Times New Roman" w:eastAsia="Times New Roman" w:cs="Times New Roman"/>
          <w:b w:val="0"/>
          <w:sz w:val="24"/>
        </w:rPr>
        <w:t>• Why did you include Exhibit [exhibit name or number] in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 Does Exhibit [exhibit name or number] summarize or support any opinions expressed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Which opinions does Exhibit [exhibit name or number] summarize or support?</w:t>
      </w:r>
    </w:p>
    <w:p>
      <w:pPr>
        <w:keepNext w:val="0"/>
        <w:spacing w:before="200" w:after="0" w:line="260" w:lineRule="exact"/>
        <w:ind w:left="1440" w:right="0" w:firstLine="0"/>
        <w:jc w:val="both"/>
      </w:pPr>
      <w:r>
        <w:rPr>
          <w:rFonts w:ascii="Times New Roman" w:hAnsi="Times New Roman" w:eastAsia="Times New Roman" w:cs="Times New Roman"/>
          <w:b w:val="0"/>
          <w:sz w:val="24"/>
        </w:rPr>
        <w:t>• Who prepared Exhibit [exhibit name or number]?</w:t>
      </w:r>
    </w:p>
    <w:p>
      <w:pPr>
        <w:keepNext w:val="0"/>
        <w:spacing w:before="200" w:after="0" w:line="260" w:lineRule="exact"/>
        <w:ind w:left="1440" w:right="0" w:firstLine="0"/>
        <w:jc w:val="both"/>
      </w:pPr>
      <w:r>
        <w:rPr>
          <w:rFonts w:ascii="Times New Roman" w:hAnsi="Times New Roman" w:eastAsia="Times New Roman" w:cs="Times New Roman"/>
          <w:b w:val="0"/>
          <w:sz w:val="24"/>
        </w:rPr>
        <w:t>• What facts, data or other information were used to prepare Exhibit [exhibit name or number]?</w:t>
      </w:r>
    </w:p>
    <w:p>
      <w:pPr>
        <w:keepNext w:val="0"/>
        <w:spacing w:before="200" w:after="0" w:line="260" w:lineRule="exact"/>
        <w:ind w:left="1440" w:right="0" w:firstLine="0"/>
        <w:jc w:val="both"/>
      </w:pPr>
      <w:r>
        <w:rPr>
          <w:rFonts w:ascii="Times New Roman" w:hAnsi="Times New Roman" w:eastAsia="Times New Roman" w:cs="Times New Roman"/>
          <w:b w:val="0"/>
          <w:sz w:val="24"/>
        </w:rPr>
        <w:t>• Are you aware of any facts or data that are inconsistent with the information presented in Exhibit [exhibit name or number]?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p>
    <w:p>
      <w:pPr>
        <w:keepNext w:val="0"/>
        <w:spacing w:before="200" w:after="0" w:line="260" w:lineRule="exact"/>
        <w:ind w:left="1800" w:right="0" w:firstLine="0"/>
        <w:jc w:val="both"/>
      </w:pPr>
      <w:r>
        <w:rPr>
          <w:rFonts w:ascii="Times New Roman" w:hAnsi="Times New Roman" w:eastAsia="Times New Roman" w:cs="Times New Roman"/>
          <w:b w:val="0"/>
          <w:sz w:val="24"/>
        </w:rPr>
        <w:t>○ What facts or data are you aware of that are the information presented in Exhibit [exhibit name or number]?</w:t>
      </w:r>
    </w:p>
    <w:p>
      <w:pPr>
        <w:keepNext w:val="0"/>
        <w:spacing w:before="200" w:after="0" w:line="260" w:lineRule="exact"/>
        <w:ind w:left="1800" w:right="0" w:firstLine="0"/>
        <w:jc w:val="both"/>
      </w:pPr>
      <w:r>
        <w:rPr>
          <w:rFonts w:ascii="Times New Roman" w:hAnsi="Times New Roman" w:eastAsia="Times New Roman" w:cs="Times New Roman"/>
          <w:b w:val="0"/>
          <w:sz w:val="24"/>
        </w:rPr>
        <w:t>○ How did you account for the inconsistent facts or data in preparing Exhibit [exhibit name or number]?</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 in Suit.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Relevant Technological Fields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What areas of technology do you consider to be relevant to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area of technology identified by the expert:</w:t>
      </w:r>
      <w:r>
        <w:rPr>
          <w:rFonts w:ascii="Times New Roman" w:hAnsi="Times New Roman" w:eastAsia="Times New Roman" w:cs="Times New Roman"/>
          <w:b w:val="0"/>
          <w:sz w:val="24"/>
        </w:rPr>
        <w:t xml:space="preserve"> Why do you consider [area of technology] to be relevant to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 Do you consider [additional area of technology not volunteered by the inventor] to be relevant to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 Why? / Why not?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If the expert does not agree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area of technology is relevant:</w:t>
      </w:r>
      <w:r>
        <w:rPr>
          <w:rFonts w:ascii="Times New Roman" w:hAnsi="Times New Roman" w:eastAsia="Times New Roman" w:cs="Times New Roman"/>
          <w:b w:val="0"/>
          <w:sz w:val="24"/>
        </w:rPr>
        <w:t xml:space="preserve"> Is [area of technology] something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working in the field of [area of technology of patent in suit] would consider when trying to solve problems relating to that field?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relevant area of technology, whether volunteered by the expert or not: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What experience do you have working in [relevant area of technology]? </w:t>
      </w:r>
    </w:p>
    <w:p>
      <w:pPr>
        <w:keepNext w:val="0"/>
        <w:spacing w:before="200" w:after="0" w:line="260" w:lineRule="exact"/>
        <w:ind w:left="1440" w:right="0" w:firstLine="0"/>
        <w:jc w:val="both"/>
      </w:pPr>
      <w:r>
        <w:rPr>
          <w:rFonts w:ascii="Times New Roman" w:hAnsi="Times New Roman" w:eastAsia="Times New Roman" w:cs="Times New Roman"/>
          <w:b w:val="0"/>
          <w:sz w:val="24"/>
        </w:rPr>
        <w:t>○ When did you gain this experience?</w:t>
      </w:r>
    </w:p>
    <w:p>
      <w:pPr>
        <w:keepNext w:val="0"/>
        <w:spacing w:before="200" w:after="0" w:line="260" w:lineRule="exact"/>
        <w:ind w:left="1440" w:right="0" w:firstLine="0"/>
        <w:jc w:val="both"/>
      </w:pPr>
      <w:r>
        <w:rPr>
          <w:rFonts w:ascii="Times New Roman" w:hAnsi="Times New Roman" w:eastAsia="Times New Roman" w:cs="Times New Roman"/>
          <w:b w:val="0"/>
          <w:sz w:val="24"/>
        </w:rPr>
        <w:t>○ Where were you working when you gained this experience?</w:t>
      </w:r>
    </w:p>
    <w:p>
      <w:pPr>
        <w:keepNext w:val="0"/>
        <w:spacing w:before="200" w:after="0" w:line="260" w:lineRule="exact"/>
        <w:ind w:left="1440" w:right="0" w:firstLine="0"/>
        <w:jc w:val="both"/>
      </w:pPr>
      <w:r>
        <w:rPr>
          <w:rFonts w:ascii="Times New Roman" w:hAnsi="Times New Roman" w:eastAsia="Times New Roman" w:cs="Times New Roman"/>
          <w:b w:val="0"/>
          <w:sz w:val="24"/>
        </w:rPr>
        <w:t>○ Did you work with other people when you were working in [relevant area of technology]?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many other people did you work with?</w:t>
      </w:r>
    </w:p>
    <w:p>
      <w:pPr>
        <w:keepNext w:val="0"/>
        <w:spacing w:before="200" w:after="0" w:line="260" w:lineRule="exact"/>
        <w:ind w:left="1800" w:right="0" w:firstLine="0"/>
        <w:jc w:val="both"/>
      </w:pPr>
      <w:r>
        <w:rPr>
          <w:rFonts w:ascii="Times New Roman" w:hAnsi="Times New Roman" w:eastAsia="Times New Roman" w:cs="Times New Roman"/>
          <w:b w:val="0"/>
          <w:sz w:val="24"/>
        </w:rPr>
        <w:t>▪ What were their roles?</w:t>
      </w:r>
    </w:p>
    <w:p>
      <w:pPr>
        <w:keepNext w:val="0"/>
        <w:spacing w:before="200" w:after="0" w:line="260" w:lineRule="exact"/>
        <w:ind w:left="1800" w:right="0" w:firstLine="0"/>
        <w:jc w:val="both"/>
      </w:pPr>
      <w:r>
        <w:rPr>
          <w:rFonts w:ascii="Times New Roman" w:hAnsi="Times New Roman" w:eastAsia="Times New Roman" w:cs="Times New Roman"/>
          <w:b w:val="0"/>
          <w:sz w:val="24"/>
        </w:rPr>
        <w:t>▪ What were their respective levels of education?</w:t>
      </w:r>
    </w:p>
    <w:p>
      <w:pPr>
        <w:keepNext w:val="0"/>
        <w:spacing w:before="200" w:after="0" w:line="260" w:lineRule="exact"/>
        <w:ind w:left="1440" w:right="0" w:firstLine="0"/>
        <w:jc w:val="both"/>
      </w:pPr>
      <w:r>
        <w:rPr>
          <w:rFonts w:ascii="Times New Roman" w:hAnsi="Times New Roman" w:eastAsia="Times New Roman" w:cs="Times New Roman"/>
          <w:b w:val="0"/>
          <w:sz w:val="24"/>
        </w:rPr>
        <w:t>○ Did you regularly consult any reference materials when you were working in this area of technology?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reference materials did you consult?</w:t>
      </w:r>
    </w:p>
    <w:p>
      <w:pPr>
        <w:keepNext w:val="0"/>
        <w:spacing w:before="200" w:after="0" w:line="260" w:lineRule="exact"/>
        <w:ind w:left="1800" w:right="0" w:firstLine="0"/>
        <w:jc w:val="both"/>
      </w:pPr>
      <w:r>
        <w:rPr>
          <w:rFonts w:ascii="Times New Roman" w:hAnsi="Times New Roman" w:eastAsia="Times New Roman" w:cs="Times New Roman"/>
          <w:b w:val="0"/>
          <w:sz w:val="24"/>
        </w:rPr>
        <w:t>▪ For what purpose did you consult these reference materials?</w:t>
      </w:r>
    </w:p>
    <w:p>
      <w:pPr>
        <w:keepNext w:val="0"/>
        <w:spacing w:before="200" w:after="0" w:line="260" w:lineRule="exact"/>
        <w:ind w:left="1800" w:right="0" w:firstLine="0"/>
        <w:jc w:val="both"/>
      </w:pPr>
      <w:r>
        <w:rPr>
          <w:rFonts w:ascii="Times New Roman" w:hAnsi="Times New Roman" w:eastAsia="Times New Roman" w:cs="Times New Roman"/>
          <w:b w:val="0"/>
          <w:sz w:val="24"/>
        </w:rPr>
        <w:t>▪ Do you have copies of the reference materials?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Problem Invention Addressed</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Awareness of Common Prior Art Methods/Principles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What problem is addressed by the invention of the [short patent no.] patent? </w:t>
      </w:r>
      <w:r>
        <w:rPr>
          <w:rFonts w:ascii="Times New Roman" w:hAnsi="Times New Roman" w:eastAsia="Times New Roman" w:cs="Times New Roman"/>
          <w:b w:val="0"/>
          <w:sz w:val="24"/>
        </w:rPr>
        <w:t>(Direct the witness to specific text in the specification of the patent in suit, if appropriate.)</w:t>
      </w:r>
    </w:p>
    <w:p>
      <w:pPr>
        <w:keepNext w:val="0"/>
        <w:spacing w:before="200" w:after="0" w:line="260" w:lineRule="exact"/>
        <w:ind w:left="1440" w:right="0" w:firstLine="0"/>
        <w:jc w:val="both"/>
      </w:pPr>
      <w:r>
        <w:rPr>
          <w:rFonts w:ascii="Times New Roman" w:hAnsi="Times New Roman" w:eastAsia="Times New Roman" w:cs="Times New Roman"/>
          <w:b w:val="0"/>
          <w:sz w:val="24"/>
        </w:rPr>
        <w:t>• How was this problem addressed before the invention of the [short patent no.] patent? / What methods or principles were used to address this problem before the invention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 How is the invention of the [short patent no.] patent different from what was previously done to address this problem?</w:t>
      </w:r>
    </w:p>
    <w:p>
      <w:pPr>
        <w:keepNext w:val="0"/>
        <w:spacing w:before="200" w:after="0" w:line="260" w:lineRule="exact"/>
        <w:ind w:left="1440" w:right="0" w:firstLine="0"/>
        <w:jc w:val="both"/>
      </w:pPr>
      <w:r>
        <w:rPr>
          <w:rFonts w:ascii="Times New Roman" w:hAnsi="Times New Roman" w:eastAsia="Times New Roman" w:cs="Times New Roman"/>
          <w:b w:val="0"/>
          <w:sz w:val="24"/>
        </w:rPr>
        <w:t>• At the time of the invention of the patent in suit, was [specific method or principle] used by persons of ordinary skill in [area of technology] to address [problem addressed by patent in suit]?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Advantages/Disadvantages of Invention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In your opinion, does the invention of [short patent no.] patent have any advantages over the prior art?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advantages does the invention of [short patent no.] patent have over the prior art?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advantage identified:</w:t>
      </w:r>
      <w:r>
        <w:rPr>
          <w:rFonts w:ascii="Times New Roman" w:hAnsi="Times New Roman" w:eastAsia="Times New Roman" w:cs="Times New Roman"/>
          <w:b w:val="0"/>
          <w:sz w:val="24"/>
        </w:rPr>
        <w:t xml:space="preserve"> How does the invention of [short patent no.] patent achieve this advantage over the prior art?</w:t>
      </w:r>
    </w:p>
    <w:p>
      <w:pPr>
        <w:keepNext w:val="0"/>
        <w:spacing w:before="200" w:after="0" w:line="260" w:lineRule="exact"/>
        <w:ind w:left="1080" w:right="0" w:firstLine="0"/>
        <w:jc w:val="both"/>
      </w:pPr>
      <w:r>
        <w:rPr>
          <w:rFonts w:ascii="Times New Roman" w:hAnsi="Times New Roman" w:eastAsia="Times New Roman" w:cs="Times New Roman"/>
          <w:b w:val="0"/>
          <w:sz w:val="24"/>
        </w:rPr>
        <w:t>• In your opinion, does the invention of [short patent no.] patent have any disadvantages compared to the prior art?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disadvantages does the invention of [short patent no.] patent have compared to the prior art?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disadvantage identified:</w:t>
      </w:r>
      <w:r>
        <w:rPr>
          <w:rFonts w:ascii="Times New Roman" w:hAnsi="Times New Roman" w:eastAsia="Times New Roman" w:cs="Times New Roman"/>
          <w:b w:val="0"/>
          <w:sz w:val="24"/>
        </w:rPr>
        <w:t xml:space="preserve"> What causes the invention of [short patent no.] patent to have this disadvantage compared to the prior art?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Products Embodying the Patent-in-Suit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Are you aware of any commercial products that embody one or more claims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Which products are you aware 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product identified:</w:t>
      </w:r>
    </w:p>
    <w:p>
      <w:pPr>
        <w:keepNext w:val="0"/>
        <w:spacing w:before="200" w:after="0" w:line="260" w:lineRule="exact"/>
        <w:ind w:left="1800" w:right="0" w:firstLine="0"/>
        <w:jc w:val="both"/>
      </w:pPr>
      <w:r>
        <w:rPr>
          <w:rFonts w:ascii="Times New Roman" w:hAnsi="Times New Roman" w:eastAsia="Times New Roman" w:cs="Times New Roman"/>
          <w:b w:val="0"/>
          <w:sz w:val="24"/>
        </w:rPr>
        <w:t>▪ Which claim(s) of the [short patent no.] patent is/are embodied in [commercial product name]?</w:t>
      </w:r>
    </w:p>
    <w:p>
      <w:pPr>
        <w:keepNext w:val="0"/>
        <w:spacing w:before="200" w:after="0" w:line="260" w:lineRule="exact"/>
        <w:ind w:left="1800" w:right="0" w:firstLine="0"/>
        <w:jc w:val="both"/>
      </w:pPr>
      <w:r>
        <w:rPr>
          <w:rFonts w:ascii="Times New Roman" w:hAnsi="Times New Roman" w:eastAsia="Times New Roman" w:cs="Times New Roman"/>
          <w:b w:val="0"/>
          <w:sz w:val="24"/>
        </w:rPr>
        <w:t>▪ When did you first become aware of [commercial product name]?</w:t>
      </w:r>
    </w:p>
    <w:p>
      <w:pPr>
        <w:keepNext w:val="0"/>
        <w:spacing w:before="200" w:after="0" w:line="260" w:lineRule="exact"/>
        <w:ind w:left="1800" w:right="0" w:firstLine="0"/>
        <w:jc w:val="both"/>
      </w:pPr>
      <w:r>
        <w:rPr>
          <w:rFonts w:ascii="Times New Roman" w:hAnsi="Times New Roman" w:eastAsia="Times New Roman" w:cs="Times New Roman"/>
          <w:b w:val="0"/>
          <w:sz w:val="24"/>
        </w:rPr>
        <w:t>▪ How did you first become aware of [commercial product name]?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Process to Arrive that Determination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product identified above:</w:t>
      </w:r>
    </w:p>
    <w:p>
      <w:pPr>
        <w:keepNext w:val="0"/>
        <w:spacing w:before="200" w:after="0" w:line="260" w:lineRule="exact"/>
        <w:ind w:left="1800" w:right="0" w:firstLine="0"/>
        <w:jc w:val="both"/>
      </w:pPr>
      <w:r>
        <w:rPr>
          <w:rFonts w:ascii="Times New Roman" w:hAnsi="Times New Roman" w:eastAsia="Times New Roman" w:cs="Times New Roman"/>
          <w:b w:val="0"/>
          <w:sz w:val="24"/>
        </w:rPr>
        <w:t>○ How did you determine that [commercial product name] was covered by one or more claim(s)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 What information did you consider in making the determination that [commercial product name] was covered by one or more claim(s)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 When did you determine that [commercial product name] was covered by one or more claim(s)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 In reaching your determination that [commercial product name] was covered by one or more claim(s) of the [short patent no.] patent, did you observe or analyze any physical specimens of [commercial product name]?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 ask follow-up questions as appropriate to discover information regarding the observation or analysis of physical specimens of the commercial product, including what observations were made, whether any photographs were taken, etc.</w:t>
      </w:r>
    </w:p>
    <w:p>
      <w:pPr>
        <w:keepNext w:val="0"/>
        <w:spacing w:before="200" w:after="0" w:line="260" w:lineRule="exact"/>
        <w:ind w:left="1800" w:right="0" w:firstLine="0"/>
        <w:jc w:val="both"/>
      </w:pPr>
      <w:r>
        <w:rPr>
          <w:rFonts w:ascii="Times New Roman" w:hAnsi="Times New Roman" w:eastAsia="Times New Roman" w:cs="Times New Roman"/>
          <w:b w:val="0"/>
          <w:sz w:val="24"/>
        </w:rPr>
        <w:t>○ In reaching your determination that [commercial product name] was covered by one or more claim(s) of the [short patent no.] patent, did you review any documents or other information concerning [commercial product name]?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 ask follow-up questions as appropriate to discover what documents or information was reviewed, what conclusions were drawn from the documents or information, etc.</w:t>
      </w:r>
    </w:p>
    <w:p>
      <w:pPr>
        <w:keepNext w:val="0"/>
        <w:spacing w:before="200" w:after="0" w:line="260" w:lineRule="exact"/>
        <w:ind w:left="1800" w:right="0" w:firstLine="0"/>
        <w:jc w:val="both"/>
      </w:pPr>
      <w:r>
        <w:rPr>
          <w:rFonts w:ascii="Times New Roman" w:hAnsi="Times New Roman" w:eastAsia="Times New Roman" w:cs="Times New Roman"/>
          <w:b w:val="0"/>
          <w:sz w:val="24"/>
        </w:rPr>
        <w:t>○ In reaching your determination that [commercial product name] was covered by one or more claim(s) of the [short patent no.] patent, did you conduct any testing of physical specimens of [commercial product name]?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If yes, ask follow-up questions as appropriate to discover what testing was conducted, the results of the testing, what conclusions were drawn from the documents or information, etc. See Sections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this outline for examples of questions relating to testing.</w:t>
      </w:r>
    </w:p>
    <w:p>
      <w:pPr>
        <w:keepNext w:val="0"/>
        <w:spacing w:before="200" w:after="0" w:line="260" w:lineRule="exact"/>
        <w:ind w:left="1800" w:right="0" w:firstLine="0"/>
        <w:jc w:val="both"/>
      </w:pPr>
      <w:r>
        <w:rPr>
          <w:rFonts w:ascii="Times New Roman" w:hAnsi="Times New Roman" w:eastAsia="Times New Roman" w:cs="Times New Roman"/>
          <w:b w:val="0"/>
          <w:sz w:val="24"/>
        </w:rPr>
        <w:t>○ In reaching your determination that [commercial product name] was covered by one or more claim(s) of the [short patent no.] patent, did you follow the same process that you used to determine whether [accused product] was covered by one or more claim(s) of the [short patent no.] patent?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no:</w:t>
      </w:r>
      <w:r>
        <w:rPr>
          <w:rFonts w:ascii="Times New Roman" w:hAnsi="Times New Roman" w:eastAsia="Times New Roman" w:cs="Times New Roman"/>
          <w:b w:val="0"/>
          <w:sz w:val="24"/>
        </w:rPr>
        <w:t xml:space="preserve"> How were the two processes different?</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Limitation-by-Limitation Analysis</w:t>
      </w:r>
    </w:p>
    <w:p>
      <w:pPr>
        <w:keepNext w:val="0"/>
        <w:spacing w:before="200" w:after="0" w:line="260" w:lineRule="exact"/>
        <w:ind w:left="1440" w:right="0" w:firstLine="0"/>
        <w:jc w:val="both"/>
      </w:pPr>
      <w:r>
        <w:rPr>
          <w:rFonts w:ascii="Times New Roman" w:hAnsi="Times New Roman" w:eastAsia="Times New Roman" w:cs="Times New Roman"/>
          <w:b w:val="0"/>
          <w:sz w:val="24"/>
        </w:rPr>
        <w:t>• Does the [short patent no.] patent cover [commercial product]?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Which claim(s) of the [short patent no.] patent cover [commercial product]?</w:t>
      </w:r>
    </w:p>
    <w:p>
      <w:pPr>
        <w:keepNext w:val="0"/>
        <w:spacing w:before="200" w:after="0" w:line="260" w:lineRule="exact"/>
        <w:ind w:left="1800" w:right="0" w:firstLine="0"/>
        <w:jc w:val="both"/>
      </w:pPr>
      <w:r>
        <w:rPr>
          <w:rFonts w:ascii="Times New Roman" w:hAnsi="Times New Roman" w:eastAsia="Times New Roman" w:cs="Times New Roman"/>
          <w:b w:val="0"/>
          <w:sz w:val="24"/>
        </w:rPr>
        <w:t>○ Where is [first claim limitation] found in [commercial product]? / How does [first claim limitation] read on [commercial product]?</w:t>
      </w:r>
    </w:p>
    <w:p>
      <w:pPr>
        <w:keepNext w:val="0"/>
        <w:spacing w:before="200" w:after="0" w:line="260" w:lineRule="exact"/>
        <w:ind w:left="1800" w:right="0" w:firstLine="0"/>
        <w:jc w:val="both"/>
      </w:pPr>
      <w:r>
        <w:rPr>
          <w:rFonts w:ascii="Times New Roman" w:hAnsi="Times New Roman" w:eastAsia="Times New Roman" w:cs="Times New Roman"/>
          <w:b w:val="0"/>
          <w:sz w:val="24"/>
        </w:rPr>
        <w:t>○ Where is [second claim limitation] found in [commercial product]? / How does [second claim limitation] read on [commercial product]?</w:t>
      </w:r>
    </w:p>
    <w:p>
      <w:pPr>
        <w:keepNext w:val="0"/>
        <w:spacing w:before="200" w:after="0" w:line="260" w:lineRule="exact"/>
        <w:ind w:left="1800" w:right="0" w:firstLine="0"/>
        <w:jc w:val="both"/>
      </w:pPr>
      <w:r>
        <w:rPr>
          <w:rFonts w:ascii="Times New Roman" w:hAnsi="Times New Roman" w:eastAsia="Times New Roman" w:cs="Times New Roman"/>
          <w:b w:val="0"/>
          <w:sz w:val="24"/>
        </w:rPr>
        <w:t>○ Where is [first claim limitation in claimed relationship with second claim limitation] found in [commercial product]?</w:t>
      </w:r>
    </w:p>
    <w:p>
      <w:pPr>
        <w:keepNext w:val="0"/>
        <w:spacing w:before="200" w:after="0" w:line="260" w:lineRule="exact"/>
        <w:ind w:left="1440" w:right="0" w:firstLine="0"/>
        <w:jc w:val="both"/>
      </w:pPr>
      <w:r>
        <w:rPr>
          <w:rFonts w:ascii="Times New Roman" w:hAnsi="Times New Roman" w:eastAsia="Times New Roman" w:cs="Times New Roman"/>
          <w:b w:val="0"/>
          <w:sz w:val="24"/>
        </w:rPr>
        <w:t>• Does the [short patent no.] patent cover [describe feature] of [commercial product]?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Which claim(s) of the [short patent no.] patent cover [describe feature] of [commercial product]?</w:t>
      </w:r>
    </w:p>
    <w:p>
      <w:pPr>
        <w:keepNext w:val="0"/>
        <w:spacing w:before="200" w:after="0" w:line="260" w:lineRule="exact"/>
        <w:ind w:left="1800" w:right="0" w:firstLine="0"/>
        <w:jc w:val="both"/>
      </w:pPr>
      <w:r>
        <w:rPr>
          <w:rFonts w:ascii="Times New Roman" w:hAnsi="Times New Roman" w:eastAsia="Times New Roman" w:cs="Times New Roman"/>
          <w:b w:val="0"/>
          <w:sz w:val="24"/>
        </w:rPr>
        <w:t>○ How does claim [number] read on [describe feature] of [commercial product]?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Comparisons to Any Examples in Specification</w:t>
      </w:r>
    </w:p>
    <w:p>
      <w:pPr>
        <w:keepNext w:val="0"/>
        <w:spacing w:before="200" w:after="0" w:line="260" w:lineRule="exact"/>
        <w:ind w:left="1440" w:right="0" w:firstLine="0"/>
        <w:jc w:val="both"/>
      </w:pPr>
      <w:r>
        <w:rPr>
          <w:rFonts w:ascii="Times New Roman" w:hAnsi="Times New Roman" w:eastAsia="Times New Roman" w:cs="Times New Roman"/>
          <w:b w:val="0"/>
          <w:sz w:val="24"/>
        </w:rPr>
        <w:t>• Is [commercial product] described in the specification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 Where is [commercial product] described in the specification?</w:t>
      </w:r>
    </w:p>
    <w:p>
      <w:pPr>
        <w:keepNext w:val="0"/>
        <w:spacing w:before="200" w:after="0" w:line="260" w:lineRule="exact"/>
        <w:ind w:left="1800" w:right="0" w:firstLine="0"/>
        <w:jc w:val="both"/>
      </w:pPr>
      <w:r>
        <w:rPr>
          <w:rFonts w:ascii="Times New Roman" w:hAnsi="Times New Roman" w:eastAsia="Times New Roman" w:cs="Times New Roman"/>
          <w:b w:val="0"/>
          <w:sz w:val="24"/>
        </w:rPr>
        <w:t>○ Where is [first claim limitation as embodied in commercial product] described in the specification?</w:t>
      </w:r>
    </w:p>
    <w:p>
      <w:pPr>
        <w:keepNext w:val="0"/>
        <w:spacing w:before="200" w:after="0" w:line="260" w:lineRule="exact"/>
        <w:ind w:left="1800" w:right="0" w:firstLine="0"/>
        <w:jc w:val="both"/>
      </w:pPr>
      <w:r>
        <w:rPr>
          <w:rFonts w:ascii="Times New Roman" w:hAnsi="Times New Roman" w:eastAsia="Times New Roman" w:cs="Times New Roman"/>
          <w:b w:val="0"/>
          <w:sz w:val="24"/>
        </w:rPr>
        <w:t>○ Where is [second claim limitation as embodied in commercial product] described in the specification?</w:t>
      </w:r>
    </w:p>
    <w:p>
      <w:pPr>
        <w:keepNext w:val="0"/>
        <w:spacing w:before="200" w:after="0" w:line="260" w:lineRule="exact"/>
        <w:ind w:left="1800" w:right="0" w:firstLine="0"/>
        <w:jc w:val="both"/>
      </w:pPr>
      <w:r>
        <w:rPr>
          <w:rFonts w:ascii="Times New Roman" w:hAnsi="Times New Roman" w:eastAsia="Times New Roman" w:cs="Times New Roman"/>
          <w:b w:val="0"/>
          <w:sz w:val="24"/>
        </w:rPr>
        <w:t>○ Where is [first claim limitation in claimed relationship with second claim limitation as embodied in commercial product] described in the specification?</w:t>
      </w:r>
    </w:p>
    <w:p>
      <w:pPr>
        <w:keepNext w:val="0"/>
        <w:spacing w:before="200" w:after="0" w:line="260" w:lineRule="exact"/>
        <w:ind w:left="1440" w:right="0" w:firstLine="0"/>
        <w:jc w:val="both"/>
      </w:pPr>
      <w:r>
        <w:rPr>
          <w:rFonts w:ascii="Times New Roman" w:hAnsi="Times New Roman" w:eastAsia="Times New Roman" w:cs="Times New Roman"/>
          <w:b w:val="0"/>
          <w:sz w:val="24"/>
        </w:rPr>
        <w:t>• Does commercial product contain/embody [unclaimed feature described in specification]?</w:t>
      </w:r>
    </w:p>
    <w:p>
      <w:pPr>
        <w:keepNext w:val="0"/>
        <w:spacing w:before="200" w:after="0" w:line="260" w:lineRule="exact"/>
        <w:ind w:left="1800" w:right="0" w:firstLine="0"/>
        <w:jc w:val="both"/>
      </w:pPr>
      <w:r>
        <w:rPr>
          <w:rFonts w:ascii="Times New Roman" w:hAnsi="Times New Roman" w:eastAsia="Times New Roman" w:cs="Times New Roman"/>
          <w:b w:val="0"/>
          <w:sz w:val="24"/>
        </w:rPr>
        <w:t>○ Where is [unclaimed feature described in specification] found in [commercial product]?</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Important Areas of Specification Not Discussed in Report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In forming the opinions expressed in your expert report, did you consider the information in the specification beginning at [column, line] and ending at [column, line]?</w:t>
      </w:r>
    </w:p>
    <w:p>
      <w:pPr>
        <w:keepNext w:val="0"/>
        <w:spacing w:before="200" w:after="0" w:line="260" w:lineRule="exact"/>
        <w:ind w:left="1080" w:right="0" w:firstLine="0"/>
        <w:jc w:val="both"/>
      </w:pPr>
      <w:r>
        <w:rPr>
          <w:rFonts w:ascii="Times New Roman" w:hAnsi="Times New Roman" w:eastAsia="Times New Roman" w:cs="Times New Roman"/>
          <w:b w:val="0"/>
          <w:sz w:val="24"/>
        </w:rPr>
        <w:t>• Why did you not consider that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If you had considered that information, would it have affected the opinions expressed in your report?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would this information have affected the opinions expressed in your report?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no:</w:t>
      </w:r>
      <w:r>
        <w:rPr>
          <w:rFonts w:ascii="Times New Roman" w:hAnsi="Times New Roman" w:eastAsia="Times New Roman" w:cs="Times New Roman"/>
          <w:b w:val="0"/>
          <w:sz w:val="24"/>
        </w:rPr>
        <w:t xml:space="preserve"> Why not?</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Issues Re: Date of Invention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forming the opinions expressed in your expert report, did you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date as the date of invention for the invention claimed in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date of invention did you use in forming the opinions expressed in your report?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no:</w:t>
      </w:r>
      <w:r>
        <w:rPr>
          <w:rFonts w:ascii="Times New Roman" w:hAnsi="Times New Roman" w:eastAsia="Times New Roman" w:cs="Times New Roman"/>
          <w:b w:val="0"/>
          <w:sz w:val="24"/>
        </w:rPr>
        <w:t xml:space="preserve"> Why didn't you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date of invention for the invention claimed in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you aware that [expert for accused infringer] is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date of invention for the invention claimed in the [short patent no.] patent; specifically, [accused infringer's date of invention]?</w:t>
      </w:r>
    </w:p>
    <w:p>
      <w:pPr>
        <w:keepNext w:val="0"/>
        <w:spacing w:before="200" w:after="0" w:line="260" w:lineRule="exact"/>
        <w:ind w:left="1080" w:right="0" w:firstLine="0"/>
        <w:jc w:val="both"/>
      </w:pPr>
      <w:r>
        <w:rPr>
          <w:rFonts w:ascii="Times New Roman" w:hAnsi="Times New Roman" w:eastAsia="Times New Roman" w:cs="Times New Roman"/>
          <w:b w:val="0"/>
          <w:sz w:val="24"/>
        </w:rPr>
        <w:t>• If you were to use [accused infringer's date of invention] as the date of invention for the invention claimed in the [short patent no.] patent, would that change the opinions expressed in your expert report in any way?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Which opinions would change, and how would they change?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no:</w:t>
      </w:r>
      <w:r>
        <w:rPr>
          <w:rFonts w:ascii="Times New Roman" w:hAnsi="Times New Roman" w:eastAsia="Times New Roman" w:cs="Times New Roman"/>
          <w:b w:val="0"/>
          <w:sz w:val="24"/>
        </w:rPr>
        <w:t xml:space="preserve"> If you used [accused infringer's date of invention] as the date of invention for the invention claimed in the [short patent no.] patent, why would that not change the opinions expressed in your expert report?</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 Construction.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Constructions Used in Performing Infringement Analysis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you understand that courts apply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two-part legal test for determining whether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accused product infringes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claim of the patent in suit?</w:t>
      </w:r>
    </w:p>
    <w:p>
      <w:pPr>
        <w:keepNext w:val="0"/>
        <w:spacing w:before="200" w:after="0" w:line="260" w:lineRule="exact"/>
        <w:ind w:left="1080" w:right="0" w:firstLine="0"/>
        <w:jc w:val="both"/>
      </w:pPr>
      <w:r>
        <w:rPr>
          <w:rFonts w:ascii="Times New Roman" w:hAnsi="Times New Roman" w:eastAsia="Times New Roman" w:cs="Times New Roman"/>
          <w:b w:val="0"/>
          <w:sz w:val="24"/>
        </w:rPr>
        <w:t>• Do you understand that, as the first part of the two-part test, the claim must be properly construed to determine its scope and meaning?</w:t>
      </w:r>
    </w:p>
    <w:p>
      <w:pPr>
        <w:keepNext w:val="0"/>
        <w:spacing w:before="200" w:after="0" w:line="260" w:lineRule="exact"/>
        <w:ind w:left="1080" w:right="0" w:firstLine="0"/>
        <w:jc w:val="both"/>
      </w:pPr>
      <w:r>
        <w:rPr>
          <w:rFonts w:ascii="Times New Roman" w:hAnsi="Times New Roman" w:eastAsia="Times New Roman" w:cs="Times New Roman"/>
          <w:b w:val="0"/>
          <w:sz w:val="24"/>
        </w:rPr>
        <w:t>• Do you understand that, as the second part of the two-part test, the claim as properly construed must be compared to the accused product?</w:t>
      </w:r>
    </w:p>
    <w:p>
      <w:pPr>
        <w:keepNext w:val="0"/>
        <w:spacing w:before="200" w:after="0" w:line="260" w:lineRule="exact"/>
        <w:ind w:left="1080" w:right="0" w:firstLine="0"/>
        <w:jc w:val="both"/>
      </w:pPr>
      <w:r>
        <w:rPr>
          <w:rFonts w:ascii="Times New Roman" w:hAnsi="Times New Roman" w:eastAsia="Times New Roman" w:cs="Times New Roman"/>
          <w:b w:val="0"/>
          <w:sz w:val="24"/>
        </w:rPr>
        <w:t>• In forming your opinions on infringement in this case, did you apply the two-part test for determining infringement as just described in the two preceding questions?</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Court's Claim Construction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Are you aware that the court issued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construction order in this case on [date of order], construing several terms in the claims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 In forming your opinions on infringement in this case, did you use the court's construction of any claim terms when you compared the claims of [short patent no.] patent to [accused product]?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For which claim terms did you use the court's construction?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Ask additional questions concerning the expert's use of the court's claim construction as relevant to your theory of the case.</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Use of Constructions Other than the Court's</w:t>
      </w:r>
    </w:p>
    <w:p>
      <w:pPr>
        <w:keepNext w:val="0"/>
        <w:spacing w:before="200" w:after="0" w:line="260" w:lineRule="exact"/>
        <w:ind w:left="1440" w:right="0" w:firstLine="0"/>
        <w:jc w:val="both"/>
      </w:pPr>
      <w:r>
        <w:rPr>
          <w:rFonts w:ascii="Times New Roman" w:hAnsi="Times New Roman" w:eastAsia="Times New Roman" w:cs="Times New Roman"/>
          <w:b w:val="0"/>
          <w:sz w:val="24"/>
        </w:rPr>
        <w:t>• When you compared the claims of [short patent no.] patent to [accused product] in order to form your opinions on infringement in this case, did you use any constructions of claim terms that were different from or in addition to the court's claim construction?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For which terms did you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construction that was different from or in addition to the court's construction?</w:t>
      </w:r>
    </w:p>
    <w:p>
      <w:pPr>
        <w:keepNext w:val="0"/>
        <w:spacing w:before="200" w:after="0" w:line="260" w:lineRule="exact"/>
        <w:ind w:left="1800" w:right="0" w:firstLine="0"/>
        <w:jc w:val="both"/>
      </w:pPr>
      <w:r>
        <w:rPr>
          <w:rFonts w:ascii="Times New Roman" w:hAnsi="Times New Roman" w:eastAsia="Times New Roman" w:cs="Times New Roman"/>
          <w:b w:val="0"/>
          <w:sz w:val="24"/>
        </w:rPr>
        <w:t>○ For each such claim term:</w:t>
      </w:r>
    </w:p>
    <w:p>
      <w:pPr>
        <w:keepNext w:val="0"/>
        <w:spacing w:before="200" w:after="0" w:line="260" w:lineRule="exact"/>
        <w:ind w:left="2160" w:right="0" w:firstLine="0"/>
        <w:jc w:val="both"/>
      </w:pPr>
      <w:r>
        <w:rPr>
          <w:rFonts w:ascii="Times New Roman" w:hAnsi="Times New Roman" w:eastAsia="Times New Roman" w:cs="Times New Roman"/>
          <w:b w:val="0"/>
          <w:sz w:val="24"/>
        </w:rPr>
        <w:t>▪ What claim construction did you use for [construed claim term]?</w:t>
      </w:r>
    </w:p>
    <w:p>
      <w:pPr>
        <w:keepNext w:val="0"/>
        <w:spacing w:before="200" w:after="0" w:line="260" w:lineRule="exact"/>
        <w:ind w:left="2160" w:right="0" w:firstLine="0"/>
        <w:jc w:val="both"/>
      </w:pPr>
      <w:r>
        <w:rPr>
          <w:rFonts w:ascii="Times New Roman" w:hAnsi="Times New Roman" w:eastAsia="Times New Roman" w:cs="Times New Roman"/>
          <w:b w:val="0"/>
          <w:sz w:val="24"/>
        </w:rPr>
        <w:t>▪ How did you arrive at the claim construction for [construed claim term]?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Ask additional questions concerning the expert's use of constructions other than the court's claim construction as relevant to your theory of the case.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Questionable Interpretations of Terms Not Construed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Consider asking the following questions regarding any questionable interpretations of terms not already covered under Section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this outline. Also consider using regular dictionaries, technical dictionaries, or other reference materials as appropriate to show the plain and ordinary meaning of terms consistent with your theory of the case.</w:t>
      </w:r>
    </w:p>
    <w:p>
      <w:pPr>
        <w:keepNext w:val="0"/>
        <w:spacing w:before="200" w:after="0" w:line="260" w:lineRule="exact"/>
        <w:ind w:left="1440" w:right="0" w:firstLine="0"/>
        <w:jc w:val="both"/>
      </w:pPr>
      <w:r>
        <w:rPr>
          <w:rFonts w:ascii="Times New Roman" w:hAnsi="Times New Roman" w:eastAsia="Times New Roman" w:cs="Times New Roman"/>
          <w:b w:val="0"/>
          <w:sz w:val="24"/>
        </w:rPr>
        <w:t>○ In forming your opinions on infringement in this case, what meaning did you give to [claim term]?</w:t>
      </w:r>
    </w:p>
    <w:p>
      <w:pPr>
        <w:keepNext w:val="0"/>
        <w:spacing w:before="200" w:after="0" w:line="260" w:lineRule="exact"/>
        <w:ind w:left="1440" w:right="0" w:firstLine="0"/>
        <w:jc w:val="both"/>
      </w:pPr>
      <w:r>
        <w:rPr>
          <w:rFonts w:ascii="Times New Roman" w:hAnsi="Times New Roman" w:eastAsia="Times New Roman" w:cs="Times New Roman"/>
          <w:b w:val="0"/>
          <w:sz w:val="24"/>
        </w:rPr>
        <w:t>○ What is the plain and ordinary meaning of [claim term]?</w:t>
      </w:r>
    </w:p>
    <w:p>
      <w:pPr>
        <w:keepNext w:val="0"/>
        <w:spacing w:before="200" w:after="0" w:line="260" w:lineRule="exact"/>
        <w:ind w:left="1800" w:right="0" w:firstLine="0"/>
        <w:jc w:val="both"/>
      </w:pPr>
      <w:r>
        <w:rPr>
          <w:rFonts w:ascii="Times New Roman" w:hAnsi="Times New Roman" w:eastAsia="Times New Roman" w:cs="Times New Roman"/>
          <w:b w:val="0"/>
          <w:sz w:val="24"/>
        </w:rPr>
        <w:t>▪ How did you arrive at that meaning?</w:t>
      </w:r>
    </w:p>
    <w:p>
      <w:pPr>
        <w:keepNext w:val="0"/>
        <w:spacing w:before="200" w:after="0" w:line="260" w:lineRule="exact"/>
        <w:ind w:left="1440" w:right="0" w:firstLine="0"/>
        <w:jc w:val="both"/>
      </w:pPr>
      <w:r>
        <w:rPr>
          <w:rFonts w:ascii="Times New Roman" w:hAnsi="Times New Roman" w:eastAsia="Times New Roman" w:cs="Times New Roman"/>
          <w:b w:val="0"/>
          <w:sz w:val="24"/>
        </w:rPr>
        <w:t>○ If you were to use [accused infringer's meaning] as the meaning of [claim term], would that change the opinions expressed in your expert report in any way?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Which opinions would change, and how would they change?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no:</w:t>
      </w:r>
      <w:r>
        <w:rPr>
          <w:rFonts w:ascii="Times New Roman" w:hAnsi="Times New Roman" w:eastAsia="Times New Roman" w:cs="Times New Roman"/>
          <w:b w:val="0"/>
          <w:sz w:val="24"/>
        </w:rPr>
        <w:t xml:space="preserve"> If you used [accused infringer's meaning] as the meaning of [claim term], why would that not change the opinions expressed in your expert report?</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 of Ordinary Skill in the Art (POSITA).</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Level of Skill Applied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In forming the opinions expressed in your expert report, what level of skill did you attribute to the person of ordinary skill in the art?</w:t>
      </w:r>
    </w:p>
    <w:p>
      <w:pPr>
        <w:keepNext w:val="0"/>
        <w:spacing w:before="200" w:after="0" w:line="260" w:lineRule="exact"/>
        <w:ind w:left="1440" w:right="0" w:firstLine="0"/>
        <w:jc w:val="both"/>
      </w:pPr>
      <w:r>
        <w:rPr>
          <w:rFonts w:ascii="Times New Roman" w:hAnsi="Times New Roman" w:eastAsia="Times New Roman" w:cs="Times New Roman"/>
          <w:b w:val="0"/>
          <w:sz w:val="24"/>
        </w:rPr>
        <w:t>○ In forming the opinions expressed in your expert report, what did you consider to be the relevant area(s) of technology for the person of ordinary skill in the art?</w:t>
      </w:r>
    </w:p>
    <w:p>
      <w:pPr>
        <w:keepNext w:val="0"/>
        <w:spacing w:before="200" w:after="0" w:line="260" w:lineRule="exact"/>
        <w:ind w:left="1440" w:right="0" w:firstLine="0"/>
        <w:jc w:val="both"/>
      </w:pPr>
      <w:r>
        <w:rPr>
          <w:rFonts w:ascii="Times New Roman" w:hAnsi="Times New Roman" w:eastAsia="Times New Roman" w:cs="Times New Roman"/>
          <w:b w:val="0"/>
          <w:sz w:val="24"/>
        </w:rPr>
        <w:t>○ What level of education was possessed by the person of ordinary skill in the art?</w:t>
      </w:r>
    </w:p>
    <w:p>
      <w:pPr>
        <w:keepNext w:val="0"/>
        <w:spacing w:before="200" w:after="0" w:line="260" w:lineRule="exact"/>
        <w:ind w:left="1440" w:right="0" w:firstLine="0"/>
        <w:jc w:val="both"/>
      </w:pPr>
      <w:r>
        <w:rPr>
          <w:rFonts w:ascii="Times New Roman" w:hAnsi="Times New Roman" w:eastAsia="Times New Roman" w:cs="Times New Roman"/>
          <w:b w:val="0"/>
          <w:sz w:val="24"/>
        </w:rPr>
        <w:t>○ What amount of experience was possessed by the person of ordinary skill in the art?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someone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greater/lesser level of education but also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lesser/greater amount of experience, could that person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for purposes of the opinions expressed in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If yes, ask follow-up questions as appropriate. For example, "if someone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master's degree rather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doctoral degree, then in your opinion how many years of experience would that person need in order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forming the opinions expressed in your expert report, did you consider the person of ordinary skill in the art to possess any other attributes besides the level of education and amount of experience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area of technology?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additional attributes did you consider the person of ordinary skill in the art to possess?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How did you apply the level of skill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in forming the opinions expressed in your expert report?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Frame Considered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In forming the opinions expressed in your expert report, what did you consider as the relevant time frame when the person of ordinary skill in the art would be working in [relevant area of technology]?</w:t>
      </w:r>
    </w:p>
    <w:p>
      <w:pPr>
        <w:keepNext w:val="0"/>
        <w:spacing w:before="200" w:after="0" w:line="260" w:lineRule="exact"/>
        <w:ind w:left="1080" w:right="0" w:firstLine="0"/>
        <w:jc w:val="both"/>
      </w:pPr>
      <w:r>
        <w:rPr>
          <w:rFonts w:ascii="Times New Roman" w:hAnsi="Times New Roman" w:eastAsia="Times New Roman" w:cs="Times New Roman"/>
          <w:b w:val="0"/>
          <w:sz w:val="24"/>
        </w:rPr>
        <w:t>• Why did you choose that time frame?</w:t>
      </w:r>
    </w:p>
    <w:p>
      <w:pPr>
        <w:keepNext w:val="0"/>
        <w:spacing w:before="200" w:after="0" w:line="260" w:lineRule="exact"/>
        <w:ind w:left="1080" w:right="0" w:firstLine="0"/>
        <w:jc w:val="both"/>
      </w:pPr>
      <w:r>
        <w:rPr>
          <w:rFonts w:ascii="Times New Roman" w:hAnsi="Times New Roman" w:eastAsia="Times New Roman" w:cs="Times New Roman"/>
          <w:b w:val="0"/>
          <w:sz w:val="24"/>
        </w:rPr>
        <w:t>• If you were to consider [accused infringer's time frame] as the relevant time frame for the person of ordinary skill in the art, would that change the opinions expressed in your expert report in any way?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Which opinions would change, and how would they change?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no:</w:t>
      </w:r>
      <w:r>
        <w:rPr>
          <w:rFonts w:ascii="Times New Roman" w:hAnsi="Times New Roman" w:eastAsia="Times New Roman" w:cs="Times New Roman"/>
          <w:b w:val="0"/>
          <w:sz w:val="24"/>
        </w:rPr>
        <w:t xml:space="preserve"> If you considered [accused infringer's time frame] as the relevant time frame for the person of ordinary skill in the art, why would that not change the opinions expressed in your expert report?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Factors Considered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What factors did you consider to determine the level of skill attributed to the person of ordinary skill in the art?</w:t>
      </w:r>
    </w:p>
    <w:p>
      <w:pPr>
        <w:keepNext w:val="0"/>
        <w:spacing w:before="200" w:after="0" w:line="260" w:lineRule="exact"/>
        <w:ind w:left="1440" w:right="0" w:firstLine="0"/>
        <w:jc w:val="both"/>
      </w:pPr>
      <w:r>
        <w:rPr>
          <w:rFonts w:ascii="Times New Roman" w:hAnsi="Times New Roman" w:eastAsia="Times New Roman" w:cs="Times New Roman"/>
          <w:b w:val="0"/>
          <w:sz w:val="24"/>
        </w:rPr>
        <w:t>○ Did you consider the educational level of the inventors?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did you consider that factor?</w:t>
      </w:r>
    </w:p>
    <w:p>
      <w:pPr>
        <w:keepNext w:val="0"/>
        <w:spacing w:before="200" w:after="0" w:line="260" w:lineRule="exact"/>
        <w:ind w:left="1440" w:right="0" w:firstLine="0"/>
        <w:jc w:val="both"/>
      </w:pPr>
      <w:r>
        <w:rPr>
          <w:rFonts w:ascii="Times New Roman" w:hAnsi="Times New Roman" w:eastAsia="Times New Roman" w:cs="Times New Roman"/>
          <w:b w:val="0"/>
          <w:sz w:val="24"/>
        </w:rPr>
        <w:t>○ Did you consider the type of problems encountered in [relevant area of technology]?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did you consider that factor?</w:t>
      </w:r>
    </w:p>
    <w:p>
      <w:pPr>
        <w:keepNext w:val="0"/>
        <w:spacing w:before="200" w:after="0" w:line="260" w:lineRule="exact"/>
        <w:ind w:left="1440" w:right="0" w:firstLine="0"/>
        <w:jc w:val="both"/>
      </w:pPr>
      <w:r>
        <w:rPr>
          <w:rFonts w:ascii="Times New Roman" w:hAnsi="Times New Roman" w:eastAsia="Times New Roman" w:cs="Times New Roman"/>
          <w:b w:val="0"/>
          <w:sz w:val="24"/>
        </w:rPr>
        <w:t>○ Did you consider how the prior art solved the problems addressed by the invention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did you consider that factor?</w:t>
      </w:r>
    </w:p>
    <w:p>
      <w:pPr>
        <w:keepNext w:val="0"/>
        <w:spacing w:before="200" w:after="0" w:line="260" w:lineRule="exact"/>
        <w:ind w:left="1440" w:right="0" w:firstLine="0"/>
        <w:jc w:val="both"/>
      </w:pPr>
      <w:r>
        <w:rPr>
          <w:rFonts w:ascii="Times New Roman" w:hAnsi="Times New Roman" w:eastAsia="Times New Roman" w:cs="Times New Roman"/>
          <w:b w:val="0"/>
          <w:sz w:val="24"/>
        </w:rPr>
        <w:t>○ Did you consider the rapidity with which innovations are made in [relevant area of technology]?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did you consider that factor?</w:t>
      </w:r>
    </w:p>
    <w:p>
      <w:pPr>
        <w:keepNext w:val="0"/>
        <w:spacing w:before="200" w:after="0" w:line="260" w:lineRule="exact"/>
        <w:ind w:left="1440" w:right="0" w:firstLine="0"/>
        <w:jc w:val="both"/>
      </w:pPr>
      <w:r>
        <w:rPr>
          <w:rFonts w:ascii="Times New Roman" w:hAnsi="Times New Roman" w:eastAsia="Times New Roman" w:cs="Times New Roman"/>
          <w:b w:val="0"/>
          <w:sz w:val="24"/>
        </w:rPr>
        <w:t>○ Did you consider the sophistication of the [relevant area of technology]?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did you consider that factor?</w:t>
      </w:r>
    </w:p>
    <w:p>
      <w:pPr>
        <w:keepNext w:val="0"/>
        <w:spacing w:before="200" w:after="0" w:line="260" w:lineRule="exact"/>
        <w:ind w:left="1440" w:right="0" w:firstLine="0"/>
        <w:jc w:val="both"/>
      </w:pPr>
      <w:r>
        <w:rPr>
          <w:rFonts w:ascii="Times New Roman" w:hAnsi="Times New Roman" w:eastAsia="Times New Roman" w:cs="Times New Roman"/>
          <w:b w:val="0"/>
          <w:sz w:val="24"/>
        </w:rPr>
        <w:t>○ Did you consider the education level of active workers in [relevant area of technology]?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did you consider that factor?</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Expert's Level of Skill vs POSITA</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Ask questions to compare the expert's level of skill to that of the person of ordinary skill in the art. The following are examples of the types of questions you may want to ask the expert.</w:t>
      </w:r>
    </w:p>
    <w:p>
      <w:pPr>
        <w:keepNext w:val="0"/>
        <w:spacing w:before="200" w:after="0" w:line="260" w:lineRule="exact"/>
        <w:ind w:left="1440" w:right="0" w:firstLine="0"/>
        <w:jc w:val="both"/>
      </w:pPr>
      <w:r>
        <w:rPr>
          <w:rFonts w:ascii="Times New Roman" w:hAnsi="Times New Roman" w:eastAsia="Times New Roman" w:cs="Times New Roman"/>
          <w:b w:val="0"/>
          <w:sz w:val="24"/>
        </w:rPr>
        <w:t>○ The highest level of education that you attained was [level of education]; correct?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So, you attained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higher/lower level of education that the person of ordinary skill in the art that you considered in forming the opinions expressed in your expert report; correct?</w:t>
      </w:r>
    </w:p>
    <w:p>
      <w:pPr>
        <w:keepNext w:val="0"/>
        <w:spacing w:before="200" w:after="0" w:line="260" w:lineRule="exact"/>
        <w:ind w:left="1440" w:right="0" w:firstLine="0"/>
        <w:jc w:val="both"/>
      </w:pPr>
      <w:r>
        <w:rPr>
          <w:rFonts w:ascii="Times New Roman" w:hAnsi="Times New Roman" w:eastAsia="Times New Roman" w:cs="Times New Roman"/>
          <w:b w:val="0"/>
          <w:sz w:val="24"/>
        </w:rPr>
        <w:t>○ You started working in [relevant area of technology] in [year]; correct?</w:t>
      </w:r>
    </w:p>
    <w:p>
      <w:pPr>
        <w:keepNext w:val="0"/>
        <w:spacing w:before="200" w:after="0" w:line="260" w:lineRule="exact"/>
        <w:ind w:left="1800" w:right="0" w:firstLine="0"/>
        <w:jc w:val="both"/>
      </w:pPr>
      <w:r>
        <w:rPr>
          <w:rFonts w:ascii="Times New Roman" w:hAnsi="Times New Roman" w:eastAsia="Times New Roman" w:cs="Times New Roman"/>
          <w:b w:val="0"/>
          <w:sz w:val="24"/>
        </w:rPr>
        <w:t>▪ So, you didn't start working in [relevant area of technology] until [number] years after the period that you considered to be the relevant time frame when the person of ordinary skill in the art would be working in [relevant area of technology]; correct?</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Contrast with Level of Skill Applied by Accused Infringer's Expert (Mark Non-Infringement Expert Report)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Mark the accused infringer's non-infringement expert report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and show the report to the infringement expert.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Directing your attention to [page of non-infringement expert report], do you see that [non-infringement expert] describes the level of skill attributed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for purposes of the opinions expressed in that report?</w:t>
      </w:r>
    </w:p>
    <w:p>
      <w:pPr>
        <w:keepNext w:val="0"/>
        <w:spacing w:before="200" w:after="0" w:line="260" w:lineRule="exact"/>
        <w:ind w:left="1080" w:right="0" w:firstLine="0"/>
        <w:jc w:val="both"/>
      </w:pPr>
      <w:r>
        <w:rPr>
          <w:rFonts w:ascii="Times New Roman" w:hAnsi="Times New Roman" w:eastAsia="Times New Roman" w:cs="Times New Roman"/>
          <w:b w:val="0"/>
          <w:sz w:val="24"/>
        </w:rPr>
        <w:t>• Do you see that [non-infringement expert] considered the relevant area(s) of technology for the person of ordinary skill in the art to be [area(s) of technology]?</w:t>
      </w:r>
    </w:p>
    <w:p>
      <w:pPr>
        <w:keepNext w:val="0"/>
        <w:spacing w:before="200" w:after="0" w:line="260" w:lineRule="exact"/>
        <w:ind w:left="1440" w:right="0" w:firstLine="0"/>
        <w:jc w:val="both"/>
      </w:pPr>
      <w:r>
        <w:rPr>
          <w:rFonts w:ascii="Times New Roman" w:hAnsi="Times New Roman" w:eastAsia="Times New Roman" w:cs="Times New Roman"/>
          <w:b w:val="0"/>
          <w:sz w:val="24"/>
        </w:rPr>
        <w:t>○ If you were to consider [non-infringement expert's area(s) of technology] as the relevant area(s) of technology for the person of ordinary skill in the art, would that change the opinions expressed in your expert report in any way?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Which opinions would change, and how would they change?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no:</w:t>
      </w:r>
      <w:r>
        <w:rPr>
          <w:rFonts w:ascii="Times New Roman" w:hAnsi="Times New Roman" w:eastAsia="Times New Roman" w:cs="Times New Roman"/>
          <w:b w:val="0"/>
          <w:sz w:val="24"/>
        </w:rPr>
        <w:t xml:space="preserve"> If you considered [non-infringement expert's area(s) of technology] as the relevant area(s) of technology for the person of ordinary skill in the art, why would that not change the opinions expressed in your expert report?</w:t>
      </w:r>
    </w:p>
    <w:p>
      <w:pPr>
        <w:keepNext w:val="0"/>
        <w:spacing w:before="200" w:after="0" w:line="260" w:lineRule="exact"/>
        <w:ind w:left="1080" w:right="0" w:firstLine="0"/>
        <w:jc w:val="both"/>
      </w:pPr>
      <w:r>
        <w:rPr>
          <w:rFonts w:ascii="Times New Roman" w:hAnsi="Times New Roman" w:eastAsia="Times New Roman" w:cs="Times New Roman"/>
          <w:b w:val="0"/>
          <w:sz w:val="24"/>
        </w:rPr>
        <w:t>• Do you see that [non-infringement expert] considered the level of education possessed by the person of ordinary skill in the art to be [level of education]?</w:t>
      </w:r>
    </w:p>
    <w:p>
      <w:pPr>
        <w:keepNext w:val="0"/>
        <w:spacing w:before="200" w:after="0" w:line="260" w:lineRule="exact"/>
        <w:ind w:left="1440" w:right="0" w:firstLine="0"/>
        <w:jc w:val="both"/>
      </w:pPr>
      <w:r>
        <w:rPr>
          <w:rFonts w:ascii="Times New Roman" w:hAnsi="Times New Roman" w:eastAsia="Times New Roman" w:cs="Times New Roman"/>
          <w:b w:val="0"/>
          <w:sz w:val="24"/>
        </w:rPr>
        <w:t>○ If you were to consider [non-infringement expert's level of education] as the relevant level of education for the person of ordinary skill in the art, would that change the opinions expressed in your expert report in any way?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Which opinions would change, and how would they change?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no:</w:t>
      </w:r>
      <w:r>
        <w:rPr>
          <w:rFonts w:ascii="Times New Roman" w:hAnsi="Times New Roman" w:eastAsia="Times New Roman" w:cs="Times New Roman"/>
          <w:b w:val="0"/>
          <w:sz w:val="24"/>
        </w:rPr>
        <w:t xml:space="preserve"> If you considered [non-infringement expert's level of education] as the relevant level of education for the person of ordinary skill in the art, why would that not change the opinions expressed in your expert report?</w:t>
      </w:r>
    </w:p>
    <w:p>
      <w:pPr>
        <w:keepNext w:val="0"/>
        <w:spacing w:before="200" w:after="0" w:line="260" w:lineRule="exact"/>
        <w:ind w:left="1080" w:right="0" w:firstLine="0"/>
        <w:jc w:val="both"/>
      </w:pPr>
      <w:r>
        <w:rPr>
          <w:rFonts w:ascii="Times New Roman" w:hAnsi="Times New Roman" w:eastAsia="Times New Roman" w:cs="Times New Roman"/>
          <w:b w:val="0"/>
          <w:sz w:val="24"/>
        </w:rPr>
        <w:t>• Do you see that [non-infringement expert] considered the amount of experience possessed by the person of ordinary skill in the art to be [amount of experience]?</w:t>
      </w:r>
    </w:p>
    <w:p>
      <w:pPr>
        <w:keepNext w:val="0"/>
        <w:spacing w:before="200" w:after="0" w:line="260" w:lineRule="exact"/>
        <w:ind w:left="1440" w:right="0" w:firstLine="0"/>
        <w:jc w:val="both"/>
      </w:pPr>
      <w:r>
        <w:rPr>
          <w:rFonts w:ascii="Times New Roman" w:hAnsi="Times New Roman" w:eastAsia="Times New Roman" w:cs="Times New Roman"/>
          <w:b w:val="0"/>
          <w:sz w:val="24"/>
        </w:rPr>
        <w:t>○ If you were to consider [non-infringement expert's amount of experience] as the relevant area(s) of technology for the person of ordinary skill in the art, would that change the opinions expressed in your expert report in any way?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Which opinions would change, and how would they change?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no:</w:t>
      </w:r>
      <w:r>
        <w:rPr>
          <w:rFonts w:ascii="Times New Roman" w:hAnsi="Times New Roman" w:eastAsia="Times New Roman" w:cs="Times New Roman"/>
          <w:b w:val="0"/>
          <w:sz w:val="24"/>
        </w:rPr>
        <w:t xml:space="preserve"> If you considered [non-infringement expert's amount of experience] as the relevant amount of experience for the person of ordinary skill in the art, why would that not change the opinions expressed in your expert report?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Use questions similar to those above to address any other attributes of the person of ordinary skill in the art that are identified in the non-infringement expert report.</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Misapplication of the Level of Skill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Ask questions as appropriate to address any misapplication of the level of ordinary skill in the art by the infringement expert witness as they relate to your theory of the case. On the issue of infringement, potential areas for misapplication of the level of skill include: (1) use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incorrect time frame, causing the infringement expert to consider information that was not yet available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at the time of the invention, or fail to consider information that was available at the time of the invention; (2) misinterpretation of the court's claim construction or the plain and ordinary meaning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term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or (3) making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incorrect comparison of the claim as properly construed to the accused product. Work with your non-infringement expert witness to identify questions on this topic for the infringement expert.</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Accused Products.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Which Products Analyzed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Which [accused products] did you analyze in order to form the opinions expressed in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 What model(s)/product number(s) did you analyze?</w:t>
      </w:r>
    </w:p>
    <w:p>
      <w:pPr>
        <w:keepNext w:val="0"/>
        <w:spacing w:before="200" w:after="0" w:line="260" w:lineRule="exact"/>
        <w:ind w:left="1440" w:right="0" w:firstLine="0"/>
        <w:jc w:val="both"/>
      </w:pPr>
      <w:r>
        <w:rPr>
          <w:rFonts w:ascii="Times New Roman" w:hAnsi="Times New Roman" w:eastAsia="Times New Roman" w:cs="Times New Roman"/>
          <w:b w:val="0"/>
          <w:sz w:val="24"/>
        </w:rPr>
        <w:t>○ What size/strength/dosage form/etc. did you analyze?</w:t>
      </w:r>
    </w:p>
    <w:p>
      <w:pPr>
        <w:keepNext w:val="0"/>
        <w:spacing w:before="200" w:after="0" w:line="260" w:lineRule="exact"/>
        <w:ind w:left="1440" w:right="0" w:firstLine="0"/>
        <w:jc w:val="both"/>
      </w:pPr>
      <w:r>
        <w:rPr>
          <w:rFonts w:ascii="Times New Roman" w:hAnsi="Times New Roman" w:eastAsia="Times New Roman" w:cs="Times New Roman"/>
          <w:b w:val="0"/>
          <w:sz w:val="24"/>
        </w:rPr>
        <w:t>○ What is/are the lot number(s) for the product(s) you analyzed?</w:t>
      </w:r>
    </w:p>
    <w:p>
      <w:pPr>
        <w:keepNext w:val="0"/>
        <w:spacing w:before="200" w:after="0" w:line="260" w:lineRule="exact"/>
        <w:ind w:left="1440" w:right="0" w:firstLine="0"/>
        <w:jc w:val="both"/>
      </w:pPr>
      <w:r>
        <w:rPr>
          <w:rFonts w:ascii="Times New Roman" w:hAnsi="Times New Roman" w:eastAsia="Times New Roman" w:cs="Times New Roman"/>
          <w:b w:val="0"/>
          <w:sz w:val="24"/>
        </w:rPr>
        <w:t>○ What is/are the place(s) of manufacture for the product(s) you analyzed?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Ask additional questions as appropriate, regarding any other relevant identifying information associated with the accused products.</w:t>
      </w:r>
    </w:p>
    <w:p>
      <w:pPr>
        <w:keepNext w:val="0"/>
        <w:spacing w:before="200" w:after="0" w:line="260" w:lineRule="exact"/>
        <w:ind w:left="1080" w:right="0" w:firstLine="0"/>
        <w:jc w:val="both"/>
      </w:pPr>
      <w:r>
        <w:rPr>
          <w:rFonts w:ascii="Times New Roman" w:hAnsi="Times New Roman" w:eastAsia="Times New Roman" w:cs="Times New Roman"/>
          <w:b w:val="0"/>
          <w:sz w:val="24"/>
        </w:rPr>
        <w:t>• How did you obtain the accused products that you analyzed?</w:t>
      </w:r>
    </w:p>
    <w:p>
      <w:pPr>
        <w:keepNext w:val="0"/>
        <w:spacing w:before="200" w:after="0" w:line="260" w:lineRule="exact"/>
        <w:ind w:left="1080" w:right="0" w:firstLine="0"/>
        <w:jc w:val="both"/>
      </w:pPr>
      <w:r>
        <w:rPr>
          <w:rFonts w:ascii="Times New Roman" w:hAnsi="Times New Roman" w:eastAsia="Times New Roman" w:cs="Times New Roman"/>
          <w:b w:val="0"/>
          <w:sz w:val="24"/>
        </w:rPr>
        <w:t>• When did you obtain the accused products that you analyzed?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Why those Products (E.G., Why Did you Select them as Representative)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Why did you select the particular [accused products] that you analyzed in order to form the opinions expressed in your expert report?</w:t>
      </w:r>
    </w:p>
    <w:p>
      <w:pPr>
        <w:keepNext w:val="0"/>
        <w:spacing w:before="200" w:after="0" w:line="260" w:lineRule="exact"/>
        <w:ind w:left="1080" w:right="0" w:firstLine="0"/>
        <w:jc w:val="both"/>
      </w:pPr>
      <w:r>
        <w:rPr>
          <w:rFonts w:ascii="Times New Roman" w:hAnsi="Times New Roman" w:eastAsia="Times New Roman" w:cs="Times New Roman"/>
          <w:b w:val="0"/>
          <w:sz w:val="24"/>
        </w:rPr>
        <w:t>• Do you consider [particular accused product] to be representative of [accused infringer's] products with respect to [particular feature/method of operation/etc.]?</w:t>
      </w:r>
    </w:p>
    <w:p>
      <w:pPr>
        <w:keepNext w:val="0"/>
        <w:spacing w:before="200" w:after="0" w:line="260" w:lineRule="exact"/>
        <w:ind w:left="1440" w:right="0" w:firstLine="0"/>
        <w:jc w:val="both"/>
      </w:pPr>
      <w:r>
        <w:rPr>
          <w:rFonts w:ascii="Times New Roman" w:hAnsi="Times New Roman" w:eastAsia="Times New Roman" w:cs="Times New Roman"/>
          <w:b w:val="0"/>
          <w:sz w:val="24"/>
        </w:rPr>
        <w:t>○ Why or why not?</w:t>
      </w:r>
    </w:p>
    <w:p>
      <w:pPr>
        <w:keepNext w:val="0"/>
        <w:spacing w:before="200" w:after="0" w:line="260" w:lineRule="exact"/>
        <w:ind w:left="1080" w:right="0" w:firstLine="0"/>
        <w:jc w:val="both"/>
      </w:pPr>
      <w:r>
        <w:rPr>
          <w:rFonts w:ascii="Times New Roman" w:hAnsi="Times New Roman" w:eastAsia="Times New Roman" w:cs="Times New Roman"/>
          <w:b w:val="0"/>
          <w:sz w:val="24"/>
        </w:rPr>
        <w:t>• Were there any particular [accused products] that you wanted to analyze for purposes of forming the opinions in your expert report, but that you did not analyze?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Which [accused products] did you want to analyze but ultimately did not analyze?</w:t>
      </w:r>
    </w:p>
    <w:p>
      <w:pPr>
        <w:keepNext w:val="0"/>
        <w:spacing w:before="200" w:after="0" w:line="260" w:lineRule="exact"/>
        <w:ind w:left="1440" w:right="0" w:firstLine="0"/>
        <w:jc w:val="both"/>
      </w:pPr>
      <w:r>
        <w:rPr>
          <w:rFonts w:ascii="Times New Roman" w:hAnsi="Times New Roman" w:eastAsia="Times New Roman" w:cs="Times New Roman"/>
          <w:b w:val="0"/>
          <w:sz w:val="24"/>
        </w:rPr>
        <w:t>○ Why did you want to analyze [particular accused product]?</w:t>
      </w:r>
    </w:p>
    <w:p>
      <w:pPr>
        <w:keepNext w:val="0"/>
        <w:spacing w:before="200" w:after="0" w:line="260" w:lineRule="exact"/>
        <w:ind w:left="1440" w:right="0" w:firstLine="0"/>
        <w:jc w:val="both"/>
      </w:pPr>
      <w:r>
        <w:rPr>
          <w:rFonts w:ascii="Times New Roman" w:hAnsi="Times New Roman" w:eastAsia="Times New Roman" w:cs="Times New Roman"/>
          <w:b w:val="0"/>
          <w:sz w:val="24"/>
        </w:rPr>
        <w:t>○ Why did you not analyze [particular accused product]?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Process Followed / Materials Reviewed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How did you determine whether [accused product] was covered by one or more claim(s) of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 What information did you consider in making the determination whether [accused product] was covered by one or more claim(s) of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 When did you determine whether [accused product] was covered by one or more claim(s) of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 In reaching your determination whether [accused product] was covered by one or more claim(s) of the [short patent no.] patent, did you observe or analyze any physical specimens of [accused product]?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 ask follow-up questions as appropriate to discover information regarding the observation or analysis of physical specimens of the accused product, including what observations were made, whether any photographs were taken, etc.</w:t>
      </w:r>
    </w:p>
    <w:p>
      <w:pPr>
        <w:keepNext w:val="0"/>
        <w:spacing w:before="200" w:after="0" w:line="260" w:lineRule="exact"/>
        <w:ind w:left="1080" w:right="0" w:firstLine="0"/>
        <w:jc w:val="both"/>
      </w:pPr>
      <w:r>
        <w:rPr>
          <w:rFonts w:ascii="Times New Roman" w:hAnsi="Times New Roman" w:eastAsia="Times New Roman" w:cs="Times New Roman"/>
          <w:b w:val="0"/>
          <w:sz w:val="24"/>
        </w:rPr>
        <w:t>• In reaching your determination whether [accused product] was covered by one or more claim(s) of the [short patent no.] patent, did you review any documents or other information concerning [accused product]?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 ask follow-up questions as appropriate to discover what documents or information was reviewed, what conclusions were drawn from the documents or information, etc.</w:t>
      </w:r>
    </w:p>
    <w:p>
      <w:pPr>
        <w:keepNext w:val="0"/>
        <w:spacing w:before="200" w:after="0" w:line="260" w:lineRule="exact"/>
        <w:ind w:left="1080" w:right="0" w:firstLine="0"/>
        <w:jc w:val="both"/>
      </w:pPr>
      <w:r>
        <w:rPr>
          <w:rFonts w:ascii="Times New Roman" w:hAnsi="Times New Roman" w:eastAsia="Times New Roman" w:cs="Times New Roman"/>
          <w:b w:val="0"/>
          <w:sz w:val="24"/>
        </w:rPr>
        <w:t>• In reaching your determination whether [accused products] were covered by one or more claim(s) of the [short patent no.] patent, did you follow the same process for each different [accused product]?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no:</w:t>
      </w:r>
      <w:r>
        <w:rPr>
          <w:rFonts w:ascii="Times New Roman" w:hAnsi="Times New Roman" w:eastAsia="Times New Roman" w:cs="Times New Roman"/>
          <w:b w:val="0"/>
          <w:sz w:val="24"/>
        </w:rPr>
        <w:t xml:space="preserve"> How were the processes different for different [accused products]?</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Testing Done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In reaching your determination whether [accused products] were covered by one or more claim(s) of the [short patent no.] patent, did you conduct any testing of physical specimens of [accused products]?</w:t>
      </w:r>
    </w:p>
    <w:p>
      <w:pPr>
        <w:keepNext w:val="0"/>
        <w:spacing w:before="200" w:after="0" w:line="260" w:lineRule="exact"/>
        <w:ind w:left="1080" w:right="0" w:firstLine="0"/>
        <w:jc w:val="both"/>
      </w:pPr>
      <w:r>
        <w:rPr>
          <w:rFonts w:ascii="Times New Roman" w:hAnsi="Times New Roman" w:eastAsia="Times New Roman" w:cs="Times New Roman"/>
          <w:b w:val="0"/>
          <w:sz w:val="24"/>
        </w:rPr>
        <w:t>• If yes: Which test(s) did you conduct in the course of reaching your determination whether [accused products] were covered by one or more claim(s) of the [short patent no.] patent?</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Testing Setup (Basis for Choosing this Setup)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test identified in response to the preceding question:</w:t>
      </w:r>
    </w:p>
    <w:p>
      <w:pPr>
        <w:keepNext w:val="0"/>
        <w:spacing w:before="200" w:after="0" w:line="260" w:lineRule="exact"/>
        <w:ind w:left="1800" w:right="0" w:firstLine="0"/>
        <w:jc w:val="both"/>
      </w:pPr>
      <w:r>
        <w:rPr>
          <w:rFonts w:ascii="Times New Roman" w:hAnsi="Times New Roman" w:eastAsia="Times New Roman" w:cs="Times New Roman"/>
          <w:b w:val="0"/>
          <w:sz w:val="24"/>
        </w:rPr>
        <w:t>○ What is the nature of the test? / What methodology was used to carry out the test?</w:t>
      </w:r>
    </w:p>
    <w:p>
      <w:pPr>
        <w:keepNext w:val="0"/>
        <w:spacing w:before="200" w:after="0" w:line="260" w:lineRule="exact"/>
        <w:ind w:left="1800" w:right="0" w:firstLine="0"/>
        <w:jc w:val="both"/>
      </w:pPr>
      <w:r>
        <w:rPr>
          <w:rFonts w:ascii="Times New Roman" w:hAnsi="Times New Roman" w:eastAsia="Times New Roman" w:cs="Times New Roman"/>
          <w:b w:val="0"/>
          <w:sz w:val="24"/>
        </w:rPr>
        <w:t>○ What materials and equipment were used to conduct the test?</w:t>
      </w:r>
    </w:p>
    <w:p>
      <w:pPr>
        <w:keepNext w:val="0"/>
        <w:spacing w:before="200" w:after="0" w:line="260" w:lineRule="exact"/>
        <w:ind w:left="1800" w:right="0" w:firstLine="0"/>
        <w:jc w:val="both"/>
      </w:pPr>
      <w:r>
        <w:rPr>
          <w:rFonts w:ascii="Times New Roman" w:hAnsi="Times New Roman" w:eastAsia="Times New Roman" w:cs="Times New Roman"/>
          <w:b w:val="0"/>
          <w:sz w:val="24"/>
        </w:rPr>
        <w:t>○ Why did you select this particular test?</w:t>
      </w:r>
    </w:p>
    <w:p>
      <w:pPr>
        <w:keepNext w:val="0"/>
        <w:spacing w:before="200" w:after="0" w:line="260" w:lineRule="exact"/>
        <w:ind w:left="1800" w:right="0" w:firstLine="0"/>
        <w:jc w:val="both"/>
      </w:pPr>
      <w:r>
        <w:rPr>
          <w:rFonts w:ascii="Times New Roman" w:hAnsi="Times New Roman" w:eastAsia="Times New Roman" w:cs="Times New Roman"/>
          <w:b w:val="0"/>
          <w:sz w:val="24"/>
        </w:rPr>
        <w:t>○ Who conducted the test?</w:t>
      </w:r>
    </w:p>
    <w:p>
      <w:pPr>
        <w:keepNext w:val="0"/>
        <w:spacing w:before="200" w:after="0" w:line="260" w:lineRule="exact"/>
        <w:ind w:left="1800" w:right="0" w:firstLine="0"/>
        <w:jc w:val="both"/>
      </w:pPr>
      <w:r>
        <w:rPr>
          <w:rFonts w:ascii="Times New Roman" w:hAnsi="Times New Roman" w:eastAsia="Times New Roman" w:cs="Times New Roman"/>
          <w:b w:val="0"/>
          <w:sz w:val="24"/>
        </w:rPr>
        <w:t>○ When was the test conducted?</w:t>
      </w:r>
    </w:p>
    <w:p>
      <w:pPr>
        <w:keepNext w:val="0"/>
        <w:spacing w:before="200" w:after="0" w:line="260" w:lineRule="exact"/>
        <w:ind w:left="1800" w:right="0" w:firstLine="0"/>
        <w:jc w:val="both"/>
      </w:pPr>
      <w:r>
        <w:rPr>
          <w:rFonts w:ascii="Times New Roman" w:hAnsi="Times New Roman" w:eastAsia="Times New Roman" w:cs="Times New Roman"/>
          <w:b w:val="0"/>
          <w:sz w:val="24"/>
        </w:rPr>
        <w:t>○ Where was the test conducted?</w:t>
      </w:r>
    </w:p>
    <w:p>
      <w:pPr>
        <w:keepNext w:val="0"/>
        <w:spacing w:before="200" w:after="0" w:line="260" w:lineRule="exact"/>
        <w:ind w:left="1800" w:right="0" w:firstLine="0"/>
        <w:jc w:val="both"/>
      </w:pPr>
      <w:r>
        <w:rPr>
          <w:rFonts w:ascii="Times New Roman" w:hAnsi="Times New Roman" w:eastAsia="Times New Roman" w:cs="Times New Roman"/>
          <w:b w:val="0"/>
          <w:sz w:val="24"/>
        </w:rPr>
        <w:t>○ How many times was the test performed?</w:t>
      </w:r>
    </w:p>
    <w:p>
      <w:pPr>
        <w:keepNext w:val="0"/>
        <w:spacing w:before="200" w:after="0" w:line="260" w:lineRule="exact"/>
        <w:ind w:left="1800" w:right="0" w:firstLine="0"/>
        <w:jc w:val="both"/>
      </w:pPr>
      <w:r>
        <w:rPr>
          <w:rFonts w:ascii="Times New Roman" w:hAnsi="Times New Roman" w:eastAsia="Times New Roman" w:cs="Times New Roman"/>
          <w:b w:val="0"/>
          <w:sz w:val="24"/>
        </w:rPr>
        <w:t>○ What were the results of the test?</w:t>
      </w:r>
    </w:p>
    <w:p>
      <w:pPr>
        <w:keepNext w:val="0"/>
        <w:spacing w:before="200" w:after="0" w:line="260" w:lineRule="exact"/>
        <w:ind w:left="1800" w:right="0" w:firstLine="0"/>
        <w:jc w:val="both"/>
      </w:pPr>
      <w:r>
        <w:rPr>
          <w:rFonts w:ascii="Times New Roman" w:hAnsi="Times New Roman" w:eastAsia="Times New Roman" w:cs="Times New Roman"/>
          <w:b w:val="0"/>
          <w:sz w:val="24"/>
        </w:rPr>
        <w:t>○ How did you use the results of the test in reaching your determination whether [accused product] were covered by one or more claim(s)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 In reaching your determination whether [accused products] were covered by one or more claim(s) of the [short patent no.] patent, did you use the same test(s) for each different [accused product]?</w:t>
      </w:r>
    </w:p>
    <w:p>
      <w:pPr>
        <w:keepNext w:val="0"/>
        <w:spacing w:before="200" w:after="0" w:line="260" w:lineRule="exact"/>
        <w:ind w:left="1800" w:right="0" w:firstLine="0"/>
        <w:jc w:val="both"/>
      </w:pPr>
      <w:r>
        <w:rPr>
          <w:rFonts w:ascii="Times New Roman" w:hAnsi="Times New Roman" w:eastAsia="Times New Roman" w:cs="Times New Roman"/>
          <w:b w:val="0"/>
          <w:sz w:val="24"/>
        </w:rPr>
        <w:t>○ If no: How was/were the test(s) different for different [accused products]?</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Tests that are not in The Report</w:t>
      </w:r>
    </w:p>
    <w:p>
      <w:pPr>
        <w:keepNext w:val="0"/>
        <w:spacing w:before="200" w:after="0" w:line="260" w:lineRule="exact"/>
        <w:ind w:left="1440" w:right="0" w:firstLine="0"/>
        <w:jc w:val="both"/>
      </w:pPr>
      <w:r>
        <w:rPr>
          <w:rFonts w:ascii="Times New Roman" w:hAnsi="Times New Roman" w:eastAsia="Times New Roman" w:cs="Times New Roman"/>
          <w:b w:val="0"/>
          <w:sz w:val="24"/>
        </w:rPr>
        <w:t>• Are your aware of any tests performed by you or someone else in connection with the preparation of your expert report that you did not rely on, or that you rejected, in reaching your determination whether [accused product] were covered by one or more claim(s)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Which test(s) did you nor rely on or reject in reaching your determination whether [accused product] were covered by one or more claim(s)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each such test:</w:t>
      </w:r>
    </w:p>
    <w:p>
      <w:pPr>
        <w:keepNext w:val="0"/>
        <w:spacing w:before="200" w:after="0" w:line="260" w:lineRule="exact"/>
        <w:ind w:left="2160" w:right="0" w:firstLine="0"/>
        <w:jc w:val="both"/>
      </w:pPr>
      <w:r>
        <w:rPr>
          <w:rFonts w:ascii="Times New Roman" w:hAnsi="Times New Roman" w:eastAsia="Times New Roman" w:cs="Times New Roman"/>
          <w:b w:val="0"/>
          <w:sz w:val="24"/>
        </w:rPr>
        <w:t>▪ What is the nature of the test? / What methodology was used to carry out the test?</w:t>
      </w:r>
    </w:p>
    <w:p>
      <w:pPr>
        <w:keepNext w:val="0"/>
        <w:spacing w:before="200" w:after="0" w:line="260" w:lineRule="exact"/>
        <w:ind w:left="2160" w:right="0" w:firstLine="0"/>
        <w:jc w:val="both"/>
      </w:pPr>
      <w:r>
        <w:rPr>
          <w:rFonts w:ascii="Times New Roman" w:hAnsi="Times New Roman" w:eastAsia="Times New Roman" w:cs="Times New Roman"/>
          <w:b w:val="0"/>
          <w:sz w:val="24"/>
        </w:rPr>
        <w:t>▪ What materials and equipment were used to conduct the test?</w:t>
      </w:r>
    </w:p>
    <w:p>
      <w:pPr>
        <w:keepNext w:val="0"/>
        <w:spacing w:before="200" w:after="0" w:line="260" w:lineRule="exact"/>
        <w:ind w:left="2160" w:right="0" w:firstLine="0"/>
        <w:jc w:val="both"/>
      </w:pPr>
      <w:r>
        <w:rPr>
          <w:rFonts w:ascii="Times New Roman" w:hAnsi="Times New Roman" w:eastAsia="Times New Roman" w:cs="Times New Roman"/>
          <w:b w:val="0"/>
          <w:sz w:val="24"/>
        </w:rPr>
        <w:t>▪ Who conducted the test?</w:t>
      </w:r>
    </w:p>
    <w:p>
      <w:pPr>
        <w:keepNext w:val="0"/>
        <w:spacing w:before="200" w:after="0" w:line="260" w:lineRule="exact"/>
        <w:ind w:left="2160" w:right="0" w:firstLine="0"/>
        <w:jc w:val="both"/>
      </w:pPr>
      <w:r>
        <w:rPr>
          <w:rFonts w:ascii="Times New Roman" w:hAnsi="Times New Roman" w:eastAsia="Times New Roman" w:cs="Times New Roman"/>
          <w:b w:val="0"/>
          <w:sz w:val="24"/>
        </w:rPr>
        <w:t>▪ When was the test conducted?</w:t>
      </w:r>
    </w:p>
    <w:p>
      <w:pPr>
        <w:keepNext w:val="0"/>
        <w:spacing w:before="200" w:after="0" w:line="260" w:lineRule="exact"/>
        <w:ind w:left="2160" w:right="0" w:firstLine="0"/>
        <w:jc w:val="both"/>
      </w:pPr>
      <w:r>
        <w:rPr>
          <w:rFonts w:ascii="Times New Roman" w:hAnsi="Times New Roman" w:eastAsia="Times New Roman" w:cs="Times New Roman"/>
          <w:b w:val="0"/>
          <w:sz w:val="24"/>
        </w:rPr>
        <w:t>▪ Where was the test conducted?</w:t>
      </w:r>
    </w:p>
    <w:p>
      <w:pPr>
        <w:keepNext w:val="0"/>
        <w:spacing w:before="200" w:after="0" w:line="260" w:lineRule="exact"/>
        <w:ind w:left="2160" w:right="0" w:firstLine="0"/>
        <w:jc w:val="both"/>
      </w:pPr>
      <w:r>
        <w:rPr>
          <w:rFonts w:ascii="Times New Roman" w:hAnsi="Times New Roman" w:eastAsia="Times New Roman" w:cs="Times New Roman"/>
          <w:b w:val="0"/>
          <w:sz w:val="24"/>
        </w:rPr>
        <w:t>▪ How many times was the test performed?</w:t>
      </w:r>
    </w:p>
    <w:p>
      <w:pPr>
        <w:keepNext w:val="0"/>
        <w:spacing w:before="200" w:after="0" w:line="260" w:lineRule="exact"/>
        <w:ind w:left="2160" w:right="0" w:firstLine="0"/>
        <w:jc w:val="both"/>
      </w:pPr>
      <w:r>
        <w:rPr>
          <w:rFonts w:ascii="Times New Roman" w:hAnsi="Times New Roman" w:eastAsia="Times New Roman" w:cs="Times New Roman"/>
          <w:b w:val="0"/>
          <w:sz w:val="24"/>
        </w:rPr>
        <w:t>▪ What were the results of the test?</w:t>
      </w:r>
    </w:p>
    <w:p>
      <w:pPr>
        <w:keepNext w:val="0"/>
        <w:spacing w:before="200" w:after="0" w:line="260" w:lineRule="exact"/>
        <w:ind w:left="2160" w:right="0" w:firstLine="0"/>
        <w:jc w:val="both"/>
      </w:pPr>
      <w:r>
        <w:rPr>
          <w:rFonts w:ascii="Times New Roman" w:hAnsi="Times New Roman" w:eastAsia="Times New Roman" w:cs="Times New Roman"/>
          <w:b w:val="0"/>
          <w:sz w:val="24"/>
        </w:rPr>
        <w:t>▪ Why did you not rely on or reject the results of the test in reaching your determination whether [accused product] were covered by one or more claim(s)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 In the course of preparing your expert report in this case, were there any tests that you wanted to conduct on [accused products], but that you ultimately did not conduct?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Which test(s) did you want to conduct but ultimately did not conduct?</w:t>
      </w:r>
    </w:p>
    <w:p>
      <w:pPr>
        <w:keepNext w:val="0"/>
        <w:spacing w:before="200" w:after="0" w:line="260" w:lineRule="exact"/>
        <w:ind w:left="1800" w:right="0" w:firstLine="0"/>
        <w:jc w:val="both"/>
      </w:pPr>
      <w:r>
        <w:rPr>
          <w:rFonts w:ascii="Times New Roman" w:hAnsi="Times New Roman" w:eastAsia="Times New Roman" w:cs="Times New Roman"/>
          <w:b w:val="0"/>
          <w:sz w:val="24"/>
        </w:rPr>
        <w:t>○ Why did you want to conduct the test(s) on [accused products]?</w:t>
      </w:r>
    </w:p>
    <w:p>
      <w:pPr>
        <w:keepNext w:val="0"/>
        <w:spacing w:before="200" w:after="0" w:line="260" w:lineRule="exact"/>
        <w:ind w:left="1800" w:right="0" w:firstLine="0"/>
        <w:jc w:val="both"/>
      </w:pPr>
      <w:r>
        <w:rPr>
          <w:rFonts w:ascii="Times New Roman" w:hAnsi="Times New Roman" w:eastAsia="Times New Roman" w:cs="Times New Roman"/>
          <w:b w:val="0"/>
          <w:sz w:val="24"/>
        </w:rPr>
        <w:t>○ Why did you not conduct the test(s) on [accused products]?</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Deviation from Standard Practices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For each test relied upon in reaching the determination whether </w:t>
      </w:r>
      <w:r>
        <w:rPr>
          <w:rFonts w:ascii="Times New Roman" w:hAnsi="Times New Roman" w:eastAsia="Times New Roman" w:cs="Times New Roman"/>
          <w:b w:val="0"/>
          <w:sz w:val="24"/>
        </w:rPr>
        <w:t xml:space="preserve">[accused product] </w:t>
      </w:r>
      <w:r>
        <w:rPr>
          <w:rFonts w:ascii="Times New Roman" w:hAnsi="Times New Roman" w:eastAsia="Times New Roman" w:cs="Times New Roman"/>
          <w:b w:val="0"/>
          <w:sz w:val="24"/>
        </w:rPr>
        <w:t xml:space="preserve">were covered by one or more claim(s) of the </w:t>
      </w:r>
      <w:r>
        <w:rPr>
          <w:rFonts w:ascii="Times New Roman" w:hAnsi="Times New Roman" w:eastAsia="Times New Roman" w:cs="Times New Roman"/>
          <w:b w:val="0"/>
          <w:sz w:val="24"/>
        </w:rPr>
        <w:t xml:space="preserve">[short patent no.] </w:t>
      </w:r>
      <w:r>
        <w:rPr>
          <w:rFonts w:ascii="Times New Roman" w:hAnsi="Times New Roman" w:eastAsia="Times New Roman" w:cs="Times New Roman"/>
          <w:b w:val="0"/>
          <w:sz w:val="24"/>
        </w:rPr>
        <w:t xml:space="preserve">patent: Did you follow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procedure/protocol in carrying out the test?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Is that standard procedure/protocol published/printed/written down somewhere?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Where is the procedure/protocol published/printed/written down? </w:t>
      </w:r>
      <w:r>
        <w:rPr>
          <w:rFonts w:ascii="Times New Roman" w:hAnsi="Times New Roman" w:eastAsia="Times New Roman" w:cs="Times New Roman"/>
          <w:b w:val="0"/>
          <w:sz w:val="24"/>
        </w:rPr>
        <w:t xml:space="preserve">(Ask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if not publicly available or otherwise provided.)</w:t>
      </w:r>
    </w:p>
    <w:p>
      <w:pPr>
        <w:keepNext w:val="0"/>
        <w:spacing w:before="200" w:after="0" w:line="260" w:lineRule="exact"/>
        <w:ind w:left="1440" w:right="0" w:firstLine="0"/>
        <w:jc w:val="both"/>
      </w:pPr>
      <w:r>
        <w:rPr>
          <w:rFonts w:ascii="Times New Roman" w:hAnsi="Times New Roman" w:eastAsia="Times New Roman" w:cs="Times New Roman"/>
          <w:b w:val="0"/>
          <w:sz w:val="24"/>
        </w:rPr>
        <w:t>• In conducting the test(s) that you relied upon to reach the determination whether [accused product] were covered by one or more claim(s) of the [short patent no.] patent, did you deviate from the standard procedure/protocol in any way?</w:t>
      </w:r>
    </w:p>
    <w:p>
      <w:pPr>
        <w:keepNext w:val="0"/>
        <w:spacing w:before="200" w:after="0" w:line="260" w:lineRule="exact"/>
        <w:ind w:left="1800" w:right="0" w:firstLine="0"/>
        <w:jc w:val="both"/>
      </w:pPr>
      <w:r>
        <w:rPr>
          <w:rFonts w:ascii="Times New Roman" w:hAnsi="Times New Roman" w:eastAsia="Times New Roman" w:cs="Times New Roman"/>
          <w:b w:val="0"/>
          <w:sz w:val="24"/>
        </w:rPr>
        <w:t>○ If yes: For which test(s) did you deviate from the standard procedure/protocol?</w:t>
      </w:r>
    </w:p>
    <w:p>
      <w:pPr>
        <w:keepNext w:val="0"/>
        <w:spacing w:before="200" w:after="0" w:line="260" w:lineRule="exact"/>
        <w:ind w:left="1800" w:right="0" w:firstLine="0"/>
        <w:jc w:val="both"/>
      </w:pPr>
      <w:r>
        <w:rPr>
          <w:rFonts w:ascii="Times New Roman" w:hAnsi="Times New Roman" w:eastAsia="Times New Roman" w:cs="Times New Roman"/>
          <w:b w:val="0"/>
          <w:sz w:val="24"/>
        </w:rPr>
        <w:t>○ For each such test:</w:t>
      </w:r>
    </w:p>
    <w:p>
      <w:pPr>
        <w:keepNext w:val="0"/>
        <w:spacing w:before="200" w:after="0" w:line="260" w:lineRule="exact"/>
        <w:ind w:left="2160" w:right="0" w:firstLine="0"/>
        <w:jc w:val="both"/>
      </w:pPr>
      <w:r>
        <w:rPr>
          <w:rFonts w:ascii="Times New Roman" w:hAnsi="Times New Roman" w:eastAsia="Times New Roman" w:cs="Times New Roman"/>
          <w:b w:val="0"/>
          <w:sz w:val="24"/>
        </w:rPr>
        <w:t>▪ How did you deviate from the standard procedure/protocol?</w:t>
      </w:r>
    </w:p>
    <w:p>
      <w:pPr>
        <w:keepNext w:val="0"/>
        <w:spacing w:before="200" w:after="0" w:line="260" w:lineRule="exact"/>
        <w:ind w:left="2160" w:right="0" w:firstLine="0"/>
        <w:jc w:val="both"/>
      </w:pPr>
      <w:r>
        <w:rPr>
          <w:rFonts w:ascii="Times New Roman" w:hAnsi="Times New Roman" w:eastAsia="Times New Roman" w:cs="Times New Roman"/>
          <w:b w:val="0"/>
          <w:sz w:val="24"/>
        </w:rPr>
        <w:t>▪ Why did you deviate from the standard procedure/protocol?</w:t>
      </w:r>
    </w:p>
    <w:p>
      <w:pPr>
        <w:keepNext w:val="0"/>
        <w:spacing w:before="200" w:after="0" w:line="260" w:lineRule="exact"/>
        <w:ind w:left="2160" w:right="0" w:firstLine="0"/>
        <w:jc w:val="both"/>
      </w:pPr>
      <w:r>
        <w:rPr>
          <w:rFonts w:ascii="Times New Roman" w:hAnsi="Times New Roman" w:eastAsia="Times New Roman" w:cs="Times New Roman"/>
          <w:b w:val="0"/>
          <w:sz w:val="24"/>
        </w:rPr>
        <w:t>▪ What is the effect of deviating from the standard procedure/protocol in that way?</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Flaws in Description of Features or Functionality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Ask questions as appropriate to address any flaws in the infringement expert's description of the features or functionality of the accused products. While such questions will be highly fact dependent, potential issues to address include: (1) describing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feature or functionality that is outside of or inconsistent with the accused product specifications; (2) descriptions based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questionable test result or that otherwise are clearly erroneous; or (3) describing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feature or functionality that is inconsistent with or contrary to the modes of operation stated in the product manual, especially where the patent owner is pursuing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theory of induced infringement. Work with your non-infringement expert witness and appropriate subject matter experts at your client to identify questions on this topic for the infringement expert.</w:t>
      </w:r>
    </w:p>
    <w:p>
      <w:pPr>
        <w:keepNext w:val="0"/>
        <w:spacing w:before="120" w:after="0" w:line="260" w:lineRule="exact"/>
        <w:ind w:left="108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Comparisons to Products Embodying the Patents in Suit</w:t>
      </w:r>
    </w:p>
    <w:p>
      <w:pPr>
        <w:keepNext w:val="0"/>
        <w:spacing w:before="200" w:after="0" w:line="260" w:lineRule="exact"/>
        <w:ind w:left="1440" w:right="0" w:firstLine="0"/>
        <w:jc w:val="both"/>
      </w:pPr>
      <w:r>
        <w:rPr>
          <w:rFonts w:ascii="Times New Roman" w:hAnsi="Times New Roman" w:eastAsia="Times New Roman" w:cs="Times New Roman"/>
          <w:b w:val="0"/>
          <w:sz w:val="24"/>
        </w:rPr>
        <w:t>• In the course of forming the opinions expressed in your expert report, or otherwise in the course of preparing your expert report, did you make any comparison between [accused product] and any other products allegedly embodying one or more claims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comparison(s) did you make?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If the comparisons involved any testing of the accused products or products embodying the patent in suit, then for each such test ask the expert questions like those in Section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above, to the extent not already covered.</w:t>
      </w:r>
    </w:p>
    <w:p>
      <w:pPr>
        <w:keepNext w:val="0"/>
        <w:spacing w:before="200" w:after="0" w:line="260" w:lineRule="exact"/>
        <w:ind w:left="1440" w:right="0" w:firstLine="0"/>
        <w:jc w:val="both"/>
      </w:pPr>
      <w:r>
        <w:rPr>
          <w:rFonts w:ascii="Times New Roman" w:hAnsi="Times New Roman" w:eastAsia="Times New Roman" w:cs="Times New Roman"/>
          <w:b w:val="0"/>
          <w:sz w:val="24"/>
        </w:rPr>
        <w:t>• Why did you make the comparison(s) between [accused product] and other products allegedly embodying one or more claims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 How did the comparison(s) between [accused product] and other products allegedly embodying one or more claims of the [short patent no.] patent bear upon the opinions expressed in your expert report?</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Infringement.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 Literal Infringement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Flaws in Analysis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Ask questions as appropriate to address any flaws in the infringement expert's analysis that have not previously been addressed. While such questions will be highly fact dependent, potential issues to address include: (1) the expert's failure to consider particular facts or data; (2) the expert's reliance on flawed or erroneous assumptions; and (3) flawed or erroneous application of the two-part test for infringement to the accused products. This is also your opportunity to ask more specific follow-up questions regarding some of the issues addressed earlier in the outline, such as comparing the accused product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allegedly embodying the claims of the patent in suit, rather than comparing the accused product to the claims themselves; misapplication of the level of skill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failure to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accused product; and relying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flawed or erroneous description of the features or functionality of the accused products. Work with your non-infringement expert witness and appropriate subject matter experts at your client to identify questions on this topic for the infringement expert.</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Questionable Constructions Used (e.g., Differing from Court)</w:t>
      </w:r>
    </w:p>
    <w:p>
      <w:pPr>
        <w:keepNext w:val="0"/>
        <w:spacing w:before="200" w:after="0" w:line="260" w:lineRule="exact"/>
        <w:ind w:left="1440" w:right="0" w:firstLine="0"/>
        <w:jc w:val="both"/>
      </w:pPr>
      <w:r>
        <w:rPr>
          <w:rFonts w:ascii="Times New Roman" w:hAnsi="Times New Roman" w:eastAsia="Times New Roman" w:cs="Times New Roman"/>
          <w:b w:val="0"/>
          <w:sz w:val="24"/>
        </w:rPr>
        <w:t>• What claim construction did you rely on in forming your opinion that [claim limitation] is found in [accused product]?</w:t>
      </w:r>
    </w:p>
    <w:p>
      <w:pPr>
        <w:keepNext w:val="0"/>
        <w:spacing w:before="200" w:after="0" w:line="260" w:lineRule="exact"/>
        <w:ind w:left="1440" w:right="0" w:firstLine="0"/>
        <w:jc w:val="both"/>
      </w:pPr>
      <w:r>
        <w:rPr>
          <w:rFonts w:ascii="Times New Roman" w:hAnsi="Times New Roman" w:eastAsia="Times New Roman" w:cs="Times New Roman"/>
          <w:b w:val="0"/>
          <w:sz w:val="24"/>
        </w:rPr>
        <w:t>• How did you arrive at [claim construction]?</w:t>
      </w:r>
    </w:p>
    <w:p>
      <w:pPr>
        <w:keepNext w:val="0"/>
        <w:spacing w:before="200" w:after="0" w:line="260" w:lineRule="exact"/>
        <w:ind w:left="1440" w:right="0" w:firstLine="0"/>
        <w:jc w:val="both"/>
      </w:pPr>
      <w:r>
        <w:rPr>
          <w:rFonts w:ascii="Times New Roman" w:hAnsi="Times New Roman" w:eastAsia="Times New Roman" w:cs="Times New Roman"/>
          <w:b w:val="0"/>
          <w:sz w:val="24"/>
        </w:rPr>
        <w:t>• In arriving at your claim construction, did you consider [specific information from patent specification/prosecution history]?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did you consider that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If you interpreted [claim limitation] to mean [alternate claim construction], would that change your opinion that [claim limitation] is found in [accused product]?</w:t>
      </w:r>
    </w:p>
    <w:p>
      <w:pPr>
        <w:keepNext w:val="0"/>
        <w:spacing w:before="200" w:after="0" w:line="260" w:lineRule="exact"/>
        <w:ind w:left="1440" w:right="0" w:firstLine="0"/>
        <w:jc w:val="both"/>
      </w:pPr>
      <w:r>
        <w:rPr>
          <w:rFonts w:ascii="Times New Roman" w:hAnsi="Times New Roman" w:eastAsia="Times New Roman" w:cs="Times New Roman"/>
          <w:b w:val="0"/>
          <w:sz w:val="24"/>
        </w:rPr>
        <w:t>• Why? / Why not?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Identify Any Supporting Testing</w:t>
      </w:r>
    </w:p>
    <w:p>
      <w:pPr>
        <w:keepNext w:val="0"/>
        <w:spacing w:before="200" w:after="0" w:line="260" w:lineRule="exact"/>
        <w:ind w:left="1440" w:right="0" w:firstLine="0"/>
        <w:jc w:val="both"/>
      </w:pPr>
      <w:r>
        <w:rPr>
          <w:rFonts w:ascii="Times New Roman" w:hAnsi="Times New Roman" w:eastAsia="Times New Roman" w:cs="Times New Roman"/>
          <w:b w:val="0"/>
          <w:sz w:val="24"/>
        </w:rPr>
        <w:t>• What testing did you rely on to support your opinion that [claim limitation] is found in [accused product]?</w:t>
      </w:r>
    </w:p>
    <w:p>
      <w:pPr>
        <w:keepNext w:val="0"/>
        <w:spacing w:before="200" w:after="0" w:line="260" w:lineRule="exact"/>
        <w:ind w:left="1440" w:right="0" w:firstLine="0"/>
        <w:jc w:val="both"/>
      </w:pPr>
      <w:r>
        <w:rPr>
          <w:rFonts w:ascii="Times New Roman" w:hAnsi="Times New Roman" w:eastAsia="Times New Roman" w:cs="Times New Roman"/>
          <w:b w:val="0"/>
          <w:sz w:val="24"/>
        </w:rPr>
        <w:t>• How do the test results support your opinion that [claim limitation] is found in [accused product]?</w:t>
      </w:r>
    </w:p>
    <w:p>
      <w:pPr>
        <w:keepNext w:val="0"/>
        <w:spacing w:before="200" w:after="0" w:line="260" w:lineRule="exact"/>
        <w:ind w:left="1440" w:right="0" w:firstLine="0"/>
        <w:jc w:val="both"/>
      </w:pPr>
      <w:r>
        <w:rPr>
          <w:rFonts w:ascii="Times New Roman" w:hAnsi="Times New Roman" w:eastAsia="Times New Roman" w:cs="Times New Roman"/>
          <w:b w:val="0"/>
          <w:sz w:val="24"/>
        </w:rPr>
        <w:t>• Are you aware of any test results that would support the conclusion that [claim limitation] is not found in [accused product]?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do you reconcile your opinion that [claim limitation] is found in [accused product] with the test results that support the opposite conclusion?</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Critique of Non-Infringement Expert's Report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Ask questions as appropriate to address any critique of the non-infringement expert's report on the issue of direct, literal infringement. The questions on this topic will be highly fact dependent, so work with your non-infringement expert to identify questions for the infringement expert.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Doctrine of Equivalents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Flaws in Analysis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Ask questions as appropriate to address any flaws in the infringement expert's analysis that have not previously been addressed. In addition to the issues identified above at Section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of the outline, potential issues to address for infringement under the doctrine of equivalents include: (1) flawed or erroneous application of the legal test for infringement by equivalents; (2) failure to consider whether the asserted scope of equivalence would cover the prior art; and (3) failure to consider prosecution history estoppel. The questions on this topic will be highly fact dependent, so work with your non-infringement expert and appropriate subject matter experts at your client to identify questions for the infringement expert.</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Questionable Constructions Used (e.g., Differing from Court)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Ask questions like those in 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the outline, above, as they relate to the claim limitations that the infringement expert asserts are literally present in the accused products. See Section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above for suggestions regarding questions to ask concerning the claim limitations that the infringement expert asserts are covered under the doctrine of equivalents.</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Identify Any Supporting Testing</w:t>
      </w:r>
    </w:p>
    <w:p>
      <w:pPr>
        <w:keepNext w:val="0"/>
        <w:spacing w:before="200" w:after="0" w:line="260" w:lineRule="exact"/>
        <w:ind w:left="1440" w:right="0" w:firstLine="0"/>
        <w:jc w:val="both"/>
      </w:pPr>
      <w:r>
        <w:rPr>
          <w:rFonts w:ascii="Times New Roman" w:hAnsi="Times New Roman" w:eastAsia="Times New Roman" w:cs="Times New Roman"/>
          <w:b w:val="0"/>
          <w:sz w:val="24"/>
        </w:rPr>
        <w:t>• What testing did you rely on to support your opinion that the equivalent of [claim limitation] is found in [accused product]?</w:t>
      </w:r>
    </w:p>
    <w:p>
      <w:pPr>
        <w:keepNext w:val="0"/>
        <w:spacing w:before="200" w:after="0" w:line="260" w:lineRule="exact"/>
        <w:ind w:left="1440" w:right="0" w:firstLine="0"/>
        <w:jc w:val="both"/>
      </w:pPr>
      <w:r>
        <w:rPr>
          <w:rFonts w:ascii="Times New Roman" w:hAnsi="Times New Roman" w:eastAsia="Times New Roman" w:cs="Times New Roman"/>
          <w:b w:val="0"/>
          <w:sz w:val="24"/>
        </w:rPr>
        <w:t>• How do the test results support your opinion that the equivalent of [claim limitation] is found in [accused product]?</w:t>
      </w:r>
    </w:p>
    <w:p>
      <w:pPr>
        <w:keepNext w:val="0"/>
        <w:spacing w:before="200" w:after="0" w:line="260" w:lineRule="exact"/>
        <w:ind w:left="1440" w:right="0" w:firstLine="0"/>
        <w:jc w:val="both"/>
      </w:pPr>
      <w:r>
        <w:rPr>
          <w:rFonts w:ascii="Times New Roman" w:hAnsi="Times New Roman" w:eastAsia="Times New Roman" w:cs="Times New Roman"/>
          <w:b w:val="0"/>
          <w:sz w:val="24"/>
        </w:rPr>
        <w:t>• Are you aware of any test results that would support the conclusion that the equivalent of [claim limitation] is not found in [accused product]?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do you reconcile your opinion that the equivalent of [claim limitation] is found in [accused product] with the test results that support the opposite conclusion? </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Critique of Non-Infringement Expert's Report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Ask questions as appropriate to address any critique of the non-infringement expert's report on the issue of infringement under the doctrine of equivalents. The questions on this topic will be highly fact dependent, so work with your non-infringement expert to identify questions for the infringement expert.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Divided Infringement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Flaws in Analysis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Ask questions as appropriate to address any flaws in the infringement expert's analysis that have not previously been addressed. In addition to the issues identified above at Section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of the outline, potential issues to address for divided infringement include flawed or erroneous application of the legal test for divided infringement. The questions on this topic will be highly fact dependent, so work with your non-infringement expert and appropriate subject matter experts at your client to identify questions for the infringement expert.</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Questionable Constructions Used (e.g., Differing from Court)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Ask questions like those in 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the outline, above.</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Identify any Supporting Testing</w:t>
      </w:r>
    </w:p>
    <w:p>
      <w:pPr>
        <w:keepNext w:val="0"/>
        <w:spacing w:before="200" w:after="0" w:line="260" w:lineRule="exact"/>
        <w:ind w:left="1440" w:right="0" w:firstLine="0"/>
        <w:jc w:val="both"/>
      </w:pPr>
      <w:r>
        <w:rPr>
          <w:rFonts w:ascii="Times New Roman" w:hAnsi="Times New Roman" w:eastAsia="Times New Roman" w:cs="Times New Roman"/>
          <w:b w:val="0"/>
          <w:sz w:val="24"/>
        </w:rPr>
        <w:t>• What testing did you rely on to support your opinion that [entity name or class (e.g., banking customers)] perform [claimed method step]?</w:t>
      </w:r>
    </w:p>
    <w:p>
      <w:pPr>
        <w:keepNext w:val="0"/>
        <w:spacing w:before="200" w:after="0" w:line="260" w:lineRule="exact"/>
        <w:ind w:left="1440" w:right="0" w:firstLine="0"/>
        <w:jc w:val="both"/>
      </w:pPr>
      <w:r>
        <w:rPr>
          <w:rFonts w:ascii="Times New Roman" w:hAnsi="Times New Roman" w:eastAsia="Times New Roman" w:cs="Times New Roman"/>
          <w:b w:val="0"/>
          <w:sz w:val="24"/>
        </w:rPr>
        <w:t>• How do the test results support your opinion that [entity name or class] perform [claimed method step]?</w:t>
      </w:r>
    </w:p>
    <w:p>
      <w:pPr>
        <w:keepNext w:val="0"/>
        <w:spacing w:before="200" w:after="0" w:line="260" w:lineRule="exact"/>
        <w:ind w:left="1440" w:right="0" w:firstLine="0"/>
        <w:jc w:val="both"/>
      </w:pPr>
      <w:r>
        <w:rPr>
          <w:rFonts w:ascii="Times New Roman" w:hAnsi="Times New Roman" w:eastAsia="Times New Roman" w:cs="Times New Roman"/>
          <w:b w:val="0"/>
          <w:sz w:val="24"/>
        </w:rPr>
        <w:t>• Are you aware of any test results that would support the conclusion that [entity name or class] does not perform [claimed method step]?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do you reconcile your opinion that [entity name or class] perform [claimed method step] with the test results that support the opposite conclusion?</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Critique of Non-Infringement Expert's Report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Ask questions as appropriate to address any critique of the non-infringement expert's report on the issue of divided infringement. The questions on this topic will be highly fact dependent, so work with your non-infringement expert to identify questions for the infringement expert.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Indirect Infringement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Flaws in Analysis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Ask questions as appropriate to address any flaws in the infringement expert's analysis that have not previously been addressed. In addition to the issues identified above at Section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of the outline, potential issues to address for indirect infringement include flawed or erroneous application of the legal test for induced infringement or contributory infringement, including the requirements for knowledge of the patent and knowledge of direct patent infringement. The questions on this topic will be highly fact dependent, so work with your non-infringement expert and appropriate subject matter experts at your client to identify questions for the infringement expert.</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Questionable Constructions Used (e.g., Differing from Court)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Ask questions like those in 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the outline, above.</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Identify any Supporting Testing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induced infringement:</w:t>
      </w:r>
    </w:p>
    <w:p>
      <w:pPr>
        <w:keepNext w:val="0"/>
        <w:spacing w:before="200" w:after="0" w:line="260" w:lineRule="exact"/>
        <w:ind w:left="1800" w:right="0" w:firstLine="0"/>
        <w:jc w:val="both"/>
      </w:pPr>
      <w:r>
        <w:rPr>
          <w:rFonts w:ascii="Times New Roman" w:hAnsi="Times New Roman" w:eastAsia="Times New Roman" w:cs="Times New Roman"/>
          <w:b w:val="0"/>
          <w:sz w:val="24"/>
        </w:rPr>
        <w:t>○ What testing did you rely on to support your opinion that [accused infringer] induced acts constituting infringement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 How do the test results support your opinion that [accused infringer] induced acts constituting infringement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 Are you aware of any test results that would support the conclusion that [accused infringer] has not induced acts constituting infringement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do you reconcile your opinion that [accused infringer] induced acts constituting infringement of the [short patent no.] patent with the test results that support the opposite conclusion?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contributory infringement: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What testing did you rely on to support your opinion that [accused product] was especially made or especially adapted for use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infringement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How do the test results support your opinion that [accused product] was especially made or especially adapted for use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infringement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Are you aware of any test results that would support the conclusion that [accused product] was not especially made or especially adapted for use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infringement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do you reconcile your opinion that [accused product] was especially made or especially adapted for use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infringement of the [short patent no.] patent with the test results that support the opposite conclusion?</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Critique of Non-Infringement Expert's Report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Ask questions as appropriate to address any critique of the non-infringement expert's report on the issue of indirect infringement. The questions on this topic will be highly fact dependent, so work with your non-infringement expert to identify questions for the infringement expert.</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Discredit Report.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Materials Listed but Not Discussed in Report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After directing witness to appropriate section of infringement expert report:</w:t>
      </w:r>
      <w:r>
        <w:rPr>
          <w:rFonts w:ascii="Times New Roman" w:hAnsi="Times New Roman" w:eastAsia="Times New Roman" w:cs="Times New Roman"/>
          <w:b w:val="0"/>
          <w:sz w:val="24"/>
        </w:rPr>
        <w:t xml:space="preserve"> Your expert report lists [specific facts or data] as something that you considered in forming the opinions expressed in your expert report; correct?</w:t>
      </w:r>
    </w:p>
    <w:p>
      <w:pPr>
        <w:keepNext w:val="0"/>
        <w:spacing w:before="200" w:after="0" w:line="260" w:lineRule="exact"/>
        <w:ind w:left="1080" w:right="0" w:firstLine="0"/>
        <w:jc w:val="both"/>
      </w:pPr>
      <w:r>
        <w:rPr>
          <w:rFonts w:ascii="Times New Roman" w:hAnsi="Times New Roman" w:eastAsia="Times New Roman" w:cs="Times New Roman"/>
          <w:b w:val="0"/>
          <w:sz w:val="24"/>
        </w:rPr>
        <w:t>• Are [specific facts or data] discussed anywhere in your expert report?</w:t>
      </w:r>
    </w:p>
    <w:p>
      <w:pPr>
        <w:keepNext w:val="0"/>
        <w:spacing w:before="200" w:after="0" w:line="260" w:lineRule="exact"/>
        <w:ind w:left="1080" w:right="0" w:firstLine="0"/>
        <w:jc w:val="both"/>
      </w:pPr>
      <w:r>
        <w:rPr>
          <w:rFonts w:ascii="Times New Roman" w:hAnsi="Times New Roman" w:eastAsia="Times New Roman" w:cs="Times New Roman"/>
          <w:b w:val="0"/>
          <w:sz w:val="24"/>
        </w:rPr>
        <w:t>• If no: How did you consider [specific facts or data] in forming the opinions expressed in your expert report?</w:t>
      </w:r>
    </w:p>
    <w:p>
      <w:pPr>
        <w:keepNext w:val="0"/>
        <w:spacing w:before="200" w:after="0" w:line="260" w:lineRule="exact"/>
        <w:ind w:left="1080" w:right="0" w:firstLine="0"/>
        <w:jc w:val="both"/>
      </w:pPr>
      <w:r>
        <w:rPr>
          <w:rFonts w:ascii="Times New Roman" w:hAnsi="Times New Roman" w:eastAsia="Times New Roman" w:cs="Times New Roman"/>
          <w:b w:val="0"/>
          <w:sz w:val="24"/>
        </w:rPr>
        <w:t>• Why did you not discuss [specific facts or data] in your expert report?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Relevant Opinions/Materials Not Listed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You testified earlier today about [specific opinion, materials, or facts or data]; correct?</w:t>
      </w:r>
    </w:p>
    <w:p>
      <w:pPr>
        <w:keepNext w:val="0"/>
        <w:spacing w:before="200" w:after="0" w:line="260" w:lineRule="exact"/>
        <w:ind w:left="1080" w:right="0" w:firstLine="0"/>
        <w:jc w:val="both"/>
      </w:pPr>
      <w:r>
        <w:rPr>
          <w:rFonts w:ascii="Times New Roman" w:hAnsi="Times New Roman" w:eastAsia="Times New Roman" w:cs="Times New Roman"/>
          <w:b w:val="0"/>
          <w:sz w:val="24"/>
        </w:rPr>
        <w:t>• But you did not discuss [specific opinion, materials, or facts or data] in your expert report; did you?</w:t>
      </w:r>
    </w:p>
    <w:p>
      <w:pPr>
        <w:keepNext w:val="0"/>
        <w:spacing w:before="200" w:after="0" w:line="260" w:lineRule="exact"/>
        <w:ind w:left="1080" w:right="0" w:firstLine="0"/>
        <w:jc w:val="both"/>
      </w:pPr>
      <w:r>
        <w:rPr>
          <w:rFonts w:ascii="Times New Roman" w:hAnsi="Times New Roman" w:eastAsia="Times New Roman" w:cs="Times New Roman"/>
          <w:b w:val="0"/>
          <w:sz w:val="24"/>
        </w:rPr>
        <w:t>• Why did you not discuss [specific opinion, materials, or facts or data] in your expert report?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xml:space="preserve"> Do you intend to supplement your expert report to address [specific opinion, materials, or facts or data]?</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Authentication of Any Remaining Documents.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Mark, authenticate and review any remaining documents not already covered; ask substantive questions regarding the contents of the documents as appropriate.</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Follow Up Questions.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Review your notes or the draft deposition transcript, if available, and ask any follow-up questions regarding the expert's responses to earlier questions.</w:t>
      </w:r>
    </w:p>
    <w:p>
      <w:pPr>
        <w:keepNext w:val="0"/>
        <w:spacing w:before="200" w:after="0" w:line="260" w:lineRule="exact"/>
        <w:ind w:left="720" w:right="0" w:firstLine="0"/>
        <w:jc w:val="both"/>
      </w:pPr>
      <w:r>
        <w:rPr>
          <w:rFonts w:ascii="Times New Roman" w:hAnsi="Times New Roman" w:eastAsia="Times New Roman" w:cs="Times New Roman"/>
          <w:b w:val="0"/>
          <w:sz w:val="24"/>
        </w:rPr>
        <w:t>• Considering the questions that I've asked you during your deposition, are you aware of any information as you sit here that would cause you to change or supplement any of the answers that you've given?</w:t>
      </w:r>
    </w:p>
    <w:p>
      <w:pPr>
        <w:keepNext w:val="0"/>
        <w:spacing w:before="200" w:after="0" w:line="260" w:lineRule="exact"/>
        <w:ind w:left="720" w:right="0" w:firstLine="0"/>
        <w:jc w:val="both"/>
      </w:pPr>
      <w:r>
        <w:rPr>
          <w:rFonts w:ascii="Times New Roman" w:hAnsi="Times New Roman" w:eastAsia="Times New Roman" w:cs="Times New Roman"/>
          <w:b w:val="0"/>
          <w:sz w:val="24"/>
        </w:rPr>
        <w:t>• Considering the questions that I've asked you during your deposition and the answers that you provided, do you intend to change or supplement any of the opinions stated in your expert report?</w:t>
      </w:r>
    </w:p>
    <w:p>
      <w:pPr>
        <w:keepNext w:val="0"/>
        <w:spacing w:before="200" w:after="0" w:line="260" w:lineRule="exact"/>
        <w:ind w:left="720" w:right="0" w:firstLine="0"/>
        <w:jc w:val="both"/>
      </w:pPr>
      <w:r>
        <w:rPr>
          <w:rFonts w:ascii="Times New Roman" w:hAnsi="Times New Roman" w:eastAsia="Times New Roman" w:cs="Times New Roman"/>
          <w:b w:val="0"/>
          <w:sz w:val="24"/>
        </w:rPr>
        <w:t>• Is it your intention to review the transcript of this deposition for errors, note any errors and then sign the transcript, or do you waive the opportunity to do that?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