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Inspectors Report at Shareholders'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REPORT OF INSPECTORS OF ELECTION</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 xml:space="preserve">OF [NAME OF CORPORATION],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CALIFORNIA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[I am or We are], the duly appointed inspectors of election at the [annual or special] meeting of shareholders of the above named corporation, held on [date], and report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number of shares of the corporation which were issued and outstanding on the record date established by the board of directors of the corporation for determining shareholders entitled to vote at the above meeting of shareholders, and therefore the number of shares entitled to vote at such meeting, was: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outstanding share was entitled to one vote.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Shareholders were present in person or by proxy at the meeting holding [number] Common Shares, representing [percentage] percent of the total number of shares outstanding and entitled to vote at the meeting and that percentage represented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or We] received and tabulated the votes of the shareholders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persons received the number of votes for election as directors set opposite their respective names: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persons were duly elected as directors of the corporation at the meeting:</w:t>
      </w:r>
    </w:p>
    <w:p>
      <w:pP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[print or type name]</w:t>
      </w:r>
    </w:p>
    <w:p>
      <w:pPr>
        <w:keepNext w:val="0"/>
        <w:spacing w:before="200" w:after="0" w:line="260" w:lineRule="exact"/>
        <w:ind w:left="720" w:right="0" w:firstLine="0"/>
        <w:jc w:val="both"/>
      </w:pPr>
      <w:r>
        <w:rPr>
          <w:rFonts w:ascii="Times New Roman" w:hAnsi="Times New Roman" w:eastAsia="Times New Roman" w:cs="Times New Roman"/>
          <w:b w:val="0"/>
          <w:sz w:val="24"/>
        </w:rPr>
        <w:t>Approved: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[print or type name]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[print or type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