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Inspectors’ Report at Stockholders' Special Meeting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We, the undersigned, duly appointed to act as inspectors at the special meeting of the shareholders of [corporation name] Corporation, held at [address], in the City of [city name], [state name] on the [day] day of [month and year], at ______ o’clock, ___ M., certify: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Before entering upon our duties as inspectors at the meeting, we took and signed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oath of office, which is hereto annexed.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quorum of the shares entitled to vote were represented at the meeting. 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There were present, either in person or by proxy, holders of [number] shares entitled to vote at the meeting.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resolution submitted to the shareholders authorizing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increase in the number of its common shares was adopted by the following vote: For the resolution [number] votes; against [number] votes.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following named persons received the number of votes set opposite their respective names, the same being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plurality of the votes cast by holders of shares entitled to vote thereon, for the directors of the corporation for the ensuing year: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Dated this [day] day of [month and year].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_______________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_______________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Inspectors of Election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