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INTELLECTUAL PROPERTY CEASE AND DESIST </w:t>
      </w:r>
    </w:p>
    <w:p>
      <w:pPr>
        <w:jc w:val="center"/>
      </w:pPr>
    </w:p>
    <w:p>
      <w:pPr>
        <w:jc w:val="center"/>
      </w:pPr>
    </w:p>
    <w:p>
      <w:pPr/>
      <w:r>
        <w:rPr>
          <w:rFonts w:ascii="Times New Roman" w:hAnsi="Times New Roman" w:eastAsia="Times New Roman" w:cs="Times New Roman"/>
          <w:sz w:val="24"/>
        </w:rPr>
        <w:t>From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[NAME OF SENDER]</w:t>
      </w:r>
    </w:p>
    <w:p>
      <w:pPr/>
      <w:r>
        <w:rPr>
          <w:rFonts w:ascii="Times New Roman" w:hAnsi="Times New Roman" w:eastAsia="Times New Roman" w:cs="Times New Roman"/>
          <w:sz w:val="24"/>
        </w:rPr>
        <w:t>[ADDRESS OF SENDER]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sz w:val="24"/>
        </w:rPr>
        <w:t>[DATE]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Re: Unauthorized Disclosure of Intellectual Property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We have reason to believe that you are in direct violation of revealing information that is deemed intellectual property of </w:t>
      </w:r>
      <w:r>
        <w:rPr>
          <w:rFonts w:ascii="Times New Roman" w:hAnsi="Times New Roman" w:eastAsia="Times New Roman" w:cs="Times New Roman"/>
          <w:sz w:val="24"/>
        </w:rPr>
        <w:t>[OWNER OF INTELLECTUAL PROPERTY]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The infringing actions include the following: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[LIST INFRINGING ACTIONS]</w:t>
      </w:r>
    </w:p>
    <w:p>
      <w:pPr/>
    </w:p>
    <w:p>
      <w:pPr/>
      <w:r>
        <w:rPr>
          <w:rFonts w:ascii="Times New Roman" w:hAnsi="Times New Roman" w:eastAsia="Times New Roman" w:cs="Times New Roman"/>
          <w:b/>
          <w:sz w:val="24"/>
        </w:rPr>
        <w:t>IT IS REQUIRED THAT YOU CEASE AND DESIST THE FOLLOWING</w:t>
      </w:r>
      <w:r>
        <w:rPr>
          <w:rFonts w:ascii="Times New Roman" w:hAnsi="Times New Roman" w:eastAsia="Times New Roman" w:cs="Times New Roman"/>
          <w:sz w:val="24"/>
        </w:rPr>
        <w:t>: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[LIST ACTIONS TO CEASE AND DESIST]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If you fail to comply with the aforementioned demand(s) within </w:t>
      </w:r>
      <w:r>
        <w:rPr>
          <w:rFonts w:ascii="Times New Roman" w:hAnsi="Times New Roman" w:eastAsia="Times New Roman" w:cs="Times New Roman"/>
          <w:sz w:val="24"/>
        </w:rPr>
        <w:t>[NUMBER OF]</w:t>
      </w:r>
      <w:r>
        <w:rPr>
          <w:rFonts w:ascii="Times New Roman" w:hAnsi="Times New Roman" w:eastAsia="Times New Roman" w:cs="Times New Roman"/>
          <w:sz w:val="24"/>
        </w:rPr>
        <w:t xml:space="preserve"> days we will have no choice but to pursue all legal causes of action, including but not limited to, the filing of a lawsuit to protect our interests. We remind you that this letter serves as a pre-suit notice for a lawsuit against you and failing to correct will likely make you liable for any damages the court determines we have suffered as a result of your infringement(s) including any reasonable attorneys’ fees.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Sincerely,</w:t>
      </w:r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