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Intent to Cure Defective Shipment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received notification that you have rejected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shipment of goods we sent to you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Yours truly,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