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Internship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Internship Agreement between [name of company] (Company) and [student name] (Intern),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student at [academic institution], sets forth the obligations of each party concerning the Intern’s unpaid internship with the Company. The internship is part of the Intern’s educational experience at [academic institution] and will allow the Intern to receive practical training to supplement his or her coursework at [academic institution].</w:t>
      </w:r>
    </w:p>
    <w:p>
      <w:pPr>
        <w:keepNext w:val="0"/>
        <w:spacing w:before="120" w:after="0" w:line="260" w:lineRule="exact"/>
        <w:ind w:left="360" w:right="0" w:firstLine="0"/>
        <w:jc w:val="left"/>
      </w:pPr>
      <w:r>
        <w:rPr>
          <w:rFonts w:ascii="Times New Roman" w:hAnsi="Times New Roman" w:eastAsia="Times New Roman" w:cs="Times New Roman"/>
          <w:b w:val="0"/>
          <w:sz w:val="24"/>
        </w:rPr>
        <w:t>SECTION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Duration of Internship.</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internship will start on [start date] and end on [end date]. The Intern’s schedule at the Company will be [days of the week] from [start time] to [end time]. This internship is of limited duration and will coincide with the Intern’s enrollment at [academic institution] during the [spring/fall] semester. The Intern acknowledges and understands that the Company has no obligation to continue the internship after [end date] and that the Company has no obligation to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of employment at the conclusion of the internship. At its discretion, the Company may terminate the internship arrangement prior to the designated end date.</w:t>
      </w:r>
    </w:p>
    <w:p>
      <w:pPr>
        <w:keepNext w:val="0"/>
        <w:spacing w:before="120" w:after="0" w:line="260" w:lineRule="exact"/>
        <w:ind w:left="360" w:right="0" w:firstLine="0"/>
        <w:jc w:val="left"/>
      </w:pPr>
      <w:r>
        <w:rPr>
          <w:rFonts w:ascii="Times New Roman" w:hAnsi="Times New Roman" w:eastAsia="Times New Roman" w:cs="Times New Roman"/>
          <w:b w:val="0"/>
          <w:sz w:val="24"/>
        </w:rPr>
        <w:t>SECTION 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Parameters of Internship.</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internship is for the Intern’s educational benefit. The Company will provide the Intern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academic experience as well as practical experience similar to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institution might provide, but in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setting. In this regard, the Company will not ask the Intern to perform any major tasks that its employees regularly perform, but the Company may ask the Intern to perform minor tasks including, among others: [list tasks]. The Company will assist the Intern in developing skills to supplement the Intern’s field of academic study and prepare the Intern to work in similar businesses. The Company will supervise the Intern and allow him or her to shadow its employees. The Company understands that its employees may on occasion be diverted from their usual tasks to respond to the Intern’s questions or provide supervision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effort to provide the Intern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learning experience.</w:t>
      </w:r>
    </w:p>
    <w:p>
      <w:pPr>
        <w:keepNext w:val="0"/>
        <w:spacing w:before="120" w:after="0" w:line="260" w:lineRule="exact"/>
        <w:ind w:left="360" w:right="0" w:firstLine="0"/>
        <w:jc w:val="left"/>
      </w:pPr>
      <w:r>
        <w:rPr>
          <w:rFonts w:ascii="Times New Roman" w:hAnsi="Times New Roman" w:eastAsia="Times New Roman" w:cs="Times New Roman"/>
          <w:b w:val="0"/>
          <w:sz w:val="24"/>
        </w:rPr>
        <w:t>SECTION 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Compensation or Hiring Guarantee.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Intern acknowledges and understands that the internship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training and educational experience for which the Intern will not receive any wages, employee benefits, or other compensation. The Intern further acknowledges and understands that the Company will not consider the Intern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during the course of the internship and that the Company is not required to hire the Intern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upon completion of the internship.</w:t>
      </w:r>
    </w:p>
    <w:p>
      <w:pPr>
        <w:keepNext w:val="0"/>
        <w:spacing w:before="120" w:after="0" w:line="260" w:lineRule="exact"/>
        <w:ind w:left="360" w:right="0" w:firstLine="0"/>
        <w:jc w:val="left"/>
      </w:pPr>
      <w:r>
        <w:rPr>
          <w:rFonts w:ascii="Times New Roman" w:hAnsi="Times New Roman" w:eastAsia="Times New Roman" w:cs="Times New Roman"/>
          <w:b w:val="0"/>
          <w:sz w:val="24"/>
        </w:rPr>
        <w:t>SECTION 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Compensation or Hiring Guarantee.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Upon successful completion of the internship, it is the understanding of both the Company and the Intern that the Intern will receive [course or other academic credit] from [academic institution] for participation in the internship.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faculty supervisor from [academic institution], [name of supervisor], will be responsible for examining the Intern’s participation in the internship program.</w:t>
      </w:r>
    </w:p>
    <w:p>
      <w:pPr>
        <w:keepNext w:val="0"/>
        <w:spacing w:before="120" w:after="0" w:line="260" w:lineRule="exact"/>
        <w:ind w:left="360" w:right="0" w:firstLine="0"/>
        <w:jc w:val="left"/>
      </w:pPr>
      <w:r>
        <w:rPr>
          <w:rFonts w:ascii="Times New Roman" w:hAnsi="Times New Roman" w:eastAsia="Times New Roman" w:cs="Times New Roman"/>
          <w:b w:val="0"/>
          <w:sz w:val="24"/>
        </w:rPr>
        <w:t>SECTION 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Policies.</w:t>
      </w:r>
    </w:p>
    <w:p>
      <w:pPr>
        <w:keepNext w:val="0"/>
        <w:spacing w:before="200" w:after="0" w:line="260" w:lineRule="exact"/>
        <w:ind w:left="720" w:right="0" w:firstLine="0"/>
        <w:jc w:val="both"/>
      </w:pPr>
      <w:r>
        <w:rPr>
          <w:rFonts w:ascii="Times New Roman" w:hAnsi="Times New Roman" w:eastAsia="Times New Roman" w:cs="Times New Roman"/>
          <w:b w:val="0"/>
          <w:sz w:val="24"/>
        </w:rPr>
        <w:t>The Intern acknowledges and understands that this internship is contingent upon the Intern’s agreement to abide by all applicable Company policies.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AGREED TO AND ACCEPTED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Intern’s 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Intern’s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Company Representative’s 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Company Representative’s Printed Name / Title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