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Internship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Internship Agreement between [name of company] (Company) and [student name] (Intern),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student at [academic institution], sets forth the obligations of each party concerning the Intern’s unpaid internship with the Company. The internship is part of the Intern’s educational experience at [academic institution] and will allow the Intern to receive practical training to supplement his or her coursework at [academic institution].</w:t>
      </w:r>
    </w:p>
    <w:p>
      <w:pPr>
        <w:keepNext w:val="0"/>
        <w:spacing w:before="120" w:after="0" w:line="260" w:lineRule="exact"/>
        <w:ind w:left="360" w:right="0" w:firstLine="0"/>
        <w:jc w:val="left"/>
      </w:pP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of Internship.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internship will start on [start date] and end on [end date]. The Intern’s schedule at the Company will be [days of the week] from [start time] to [end time]. This internship is of limited duration and will coincide with the Intern’s enrollment at [academic institution] during the [spring/fall] semester. The Intern acknowledges and understands that the Company has no obligation to continue the internship after [end date] and that the Company has no obligation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employment at the conclusion of the internship. At its discretion, the Company may terminate the internship arrangement prior to the designated end date.</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Parameters of Internship.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internship is for the Intern’s educational benefit. The Company will provide the Intern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academic experience as well as practical experience similar to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educational institution might provide, but in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setting. In this regard, the Company will not ask the Intern to perform any major tasks that its employees regularly perform, but the Company may ask the Intern to perform minor tasks including, among others: [list tasks]. The Company will assist the Intern in developing skills to supplement the Intern’s field of academic study and prepare the Intern to work in similar businesses. The Company will supervise the Intern and allow him or her to shadow its employees. The Company understands that its employees may on occasion be diverted from their usual tasks to respond to the Intern’s questions or provide supervision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provide the Intern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learning experience.</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Compensation or Hiring Guarantee.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Intern acknowledges and understands that the internship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training and educational experience for which the Intern will not receive any wages, employee benefits, or other compensation. The Intern further acknowledges and understands that the Company will not consider the Intern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during the course of the internship and that the Company is not required to hire the Intern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upon completion of the internship.</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Academic Credit.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successful completion of the internship, it is the understanding of both the Company and the Intern that the Intern will receive [course or other academic credit] from [academic institution] for participation in the internship.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faculty supervisor from [academic institution], [name of supervisor], will be responsible for examining the Intern’s participation in the internship program.</w:t>
      </w:r>
    </w:p>
    <w:p>
      <w:pPr>
        <w:keepNext w:val="0"/>
        <w:spacing w:before="120" w:after="0" w:line="260" w:lineRule="exact"/>
        <w:ind w:left="360" w:right="0" w:firstLine="0"/>
        <w:jc w:val="left"/>
      </w:pPr>
      <w:r>
        <w:rPr>
          <w:rFonts w:ascii="Times New Roman" w:hAnsi="Times New Roman" w:eastAsia="Times New Roman" w:cs="Times New Roman"/>
          <w:b w:val="0"/>
          <w:sz w:val="24"/>
        </w:rPr>
        <w:t>SECTION 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Policies.</w:t>
      </w:r>
    </w:p>
    <w:p>
      <w:pPr>
        <w:keepNext w:val="0"/>
        <w:spacing w:before="200" w:after="0" w:line="260" w:lineRule="exact"/>
        <w:ind w:left="720" w:right="0" w:firstLine="0"/>
        <w:jc w:val="both"/>
      </w:pPr>
      <w:r>
        <w:rPr>
          <w:rFonts w:ascii="Times New Roman" w:hAnsi="Times New Roman" w:eastAsia="Times New Roman" w:cs="Times New Roman"/>
          <w:b w:val="0"/>
          <w:sz w:val="24"/>
        </w:rPr>
        <w:t>The Intern acknowledges and understands that this internship is contingent upon the Intern’s agreement to abide by all applicable Company policies.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AGREED TO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Intern’s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Intern’s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Representative’s 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Representative’s Printed Name / 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