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[the law or local court rules supporting the document request (e.g., Rule 33 of the Federal Rules of Civil Procedure)], Defendant [defendant's name], by and through its attorneys, [name of counsel], hereby demand that Plaintiff [plaintiff's name] serve signed and sworn answers to the following interrogatories within [time limit for plaintiff's response] days after service thereof in writing and under oath to counsel for Defendant at [defendant's counsel's address]. These Interrogatories and the terms used herein shall be construed to require the fullest and most complete response permitted by the [the rules supporting the document requests (e.g., Federal Rules of Civil Procedure, the Local Rules of the United States District Court for the [district])], and any applicable rules of this Court. Defendant reserves the right to serve supplemental interrogatories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Complaint filed in [the caption of the case] on [date], now pending in the [name of court], docketed as [docket number].</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his or her: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residence address (including the street name and number, city or town, state, zip code, and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business address (including the street name and number, city or town, state, zip code, and telephone number); and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present or last known occupation, position, business affiliation, and job description.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full name;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full address of its principal place of business;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mailing address;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state of incorporation or organization; and</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its incorporation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description (e.g. letter, email, memorandum, report);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title;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pages thereof;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subject matter;</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author, signatory or signatories, and any person who participated in its preparation;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addressee or recipient;</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 to whom copies were sent and each person by whom copies were received;</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its present location; and</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its present custodian (if any such document was, but is no longer, in your possession or subject to your control, state what disposition was made of it and when).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and time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place it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complete substance of the communication;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each person: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whom such communication was made;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who was present when such communication was made;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by telephone: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made each call;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each person who participated in each call;</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identity of all documents memorializing, referring to or relating in any way to the subject of the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"You," and "Your"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these Interrogatories, (i)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Interrogatories require that you to furnish all information which is available to you as of the date of your answers to these Interrogatories. If you are unable to answer any of the Interrogatories fully and completely, after exercising due diligence to secure the information necessary to make such full and complete answer, so state, and answer each such Interrogatory to the fullest extent possible, specifying the extent of your knowledge and your inability to answer the remainder, setting forth whatever information or knowledge you may have concerning the unanswered portions thereof and the efforts you made to obtain the requested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there are any documents, the production, identification, or description of which is requested by these Interrogatories and which are not produced, identified or described by you in your answers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then (i) identify the nature of the privilege that is being claimed and (ii) provide the following information in your answer, unless divulgence of such information would cause disclosure of the allegedly privileged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other information as is sufficient to identify the document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including, where appropriate, the author of the document, the addressees of the document, and any other recipients shown in the document, and, where not apparent, the relationship of the author, addressees, and recipients to each other.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Interrogatory is not fully answered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state the privilege asserted and the facts allegedly giving rise to the claim of privilege.</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For each document produced, identified or described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indicate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manner the Interrogatory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are unable to identify or produce any document requested in these Interrogatories because it is not within your possession, custody or control, or for any other reason, for each such document state the information you believe to be contained therein, the name, address, occupation, affiliation and title (as defined above) of any and all persons who you believe has possession, custody or control of each such document.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Interrogatories herein are to be regarded as continuing in nature, so as to require you, to promptly supplement and/or amend any answers provided in response to these Interrogatories with any and all information that becomes known or available to him or his attorneys, agents, or other representatives after the date of his response hereto.</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answer any Interrogatory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answering any of the Interrogatories, you encounter any ambiguity in construing either the Interrogatory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definition or instruction relevant to it, set forth the matter deemed ambiguous and the construction selected or used in answering the Interrogatory.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in response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you do not know all facts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specific answer, you should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to such portion of the Interrogatory as you can, and provide such facts as are known to you and any estimates, approximations, or beliefs that you consider reliable. Any such estimates, approximations or beliefs should be clearly denoted as such, and the basis for your belief in their reliability should be explained.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person that you believe has knowledge of any facts on which you base your allegations in the Complaint, stating as to each such person the facts about which he or she purportedly has knowledge.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owner, agent or employee of Defendant involved, to your knowledge, in the decision to hire you to work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current or former employee of [name of corporate defendant] who you believe is similarly situated to you.</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owner, agent or employee of Defendant involved, to your knowledge, in the decision to terminate your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current or former employee of Defendant with whom you have spoken regarding any of the allegations in this lawsuit, including communications concerning that person's potential participation in this lawsuit, and for each such person identified, describe in detail the extent or nature of the conversation and state the date of the conversation, the persons involved in the conversation, and whether you have any documents, notes, or other writings referring or relating to the conversation.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and all dates in which you worked for Defendant and allege that you were not paid the applicable minimum or overtime wage or that Defendant allegedly improperly claimed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credit and, for each such date so identified, state the hours that you worked on that date and state whether you have documents, notes, or other writings referring to the hours that you worked on those dates and the wages that you were paid on such dates.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you believe support your allegation that Defendant failed to pay you the applicable minimum or overtime wage during the course of your employment with Defendant and state whether you have documents, notes, or other writings concerning such facts that you believe support your claims.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you believe support your allegation that Defendant improperly claimed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credit during the course of your employment with Defendant and state whether you have documents, notes, or other writings concerning such facts that you believe support your claims.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dates from the start of your employment through the end of your employment with Defendant that you did not work for Defendant, including all regular days off, days that you were not scheduled to work, sick days, vacation days, personal days, and leaves of absence.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the amount of any tips or gratuities that you received on any day that you worked for Defendant and state whether you have documents, notes, or other writings referring to the tips or gratuities that you received on those dates.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and all dates in which you worked for Defendant and allege that you were improperly required to share or pool tips that you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employment with Defendant and state whether you have documents, notes, or other writings referring to the these tips or gratuities.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you believe support your allegation that Defendant improperly required you to share or pool tips that you received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employment with Defendant and state whether you have documents, notes, or other writings concerning such facts that you believe support your claims.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With respect to the damages and remedies sought by you in this lawsuit: (</w:t>
      </w:r>
      <w:r>
        <w:rPr>
          <w:rFonts w:ascii="Times New Roman" w:hAnsi="Times New Roman" w:eastAsia="Times New Roman" w:cs="Times New Roman"/>
          <w:b/>
          <w:sz w:val="24"/>
        </w:rPr>
        <w:t>a</w:t>
      </w:r>
      <w:r>
        <w:rPr>
          <w:rFonts w:ascii="Times New Roman" w:hAnsi="Times New Roman" w:eastAsia="Times New Roman" w:cs="Times New Roman"/>
          <w:b w:val="0"/>
          <w:sz w:val="24"/>
        </w:rPr>
        <w:t>) specify all the damages you seek from Defendant in this matter related to [type of claim, e.g., "unpaid minimum wages" or "unpaid overtime wage"]; (b) explain in detail how you calculated such damages; (c) identify all documents which relate to such claim for damages; (d) specify any non-monetary relief you seek; and (e) identify all documents that concern your claims for non-monetary relief.</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owner, agent or employee of Defendant who provided you with information concerning how you would be compensated while employed by Defendant, including your hourly rate and whether you would receive tips as part of your compensation, and for each such person identified, describe in detail the extent or nature of the information, and state the date of when the information was provided, the persons involved in providing the information and state whether you have any documents, notes or other writings referring or relating to how you would be compensated while employed by Defendant.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owner, agent or employee of Defendant with whom you discussed any tip pooling or tip sharing agreement in place at any time during the course of your employment with Defendant, including, but not limited to, any discussion about the employees that participated in or were eligible to receive distributions from the tip pool, the percentage you or any employee received or was entitled to receive from such tip pool, or the amount that you or any other employee received from such tip pool, and for each such person identified, describe in detail the extent or nature of the information that you discussed, and state the date of when the discussion took place, the persons involved in the discussion, and state whether you have any documents, notes or other writings referring or relating to any tip pooling or tip sharing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employee—including such employee's job title—that you allege participated in any tip pooling or tip sharing agreement in place at any time during the course of your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Describe the job duties of each and every employee that you allege participated in any tip pooling or tip sharing agreement in place at any time during the course of your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Identity each and every owner, agent or employee of Defendant that you complained to regarding your wages with Defendant including, but not limited to, the payment of tips, the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minimum wage, Defendant's claim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credit, or any tip pooling arrangement in place during your employment with Defendant, and for each such person identified, identify whether the complaint was made verbally or in writing, describe in detail the extent or nature of the complaint, identify any witnesses to the complaint, and state the date of the complaint, the persons involved in the conversation if the complaint was made orally and state whether you have any documents, notes or other writings referring or relating to the complaint. Attach copies of all such documents to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all facts that you believe support your allegation contained in Paragraph [paragraph number] of the Complaint, that "[quote from complaint]" and state whether you have documents, notes, or other writings concerning such facts that you believe support this allegation. Produce copies of all such documents with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any other income or compensation that you received for work performed during the period of time that you allege that you also worked for Defendant.</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and every statement (oral, written or in any way recorded) that you have obtained from any person or source concerning your claims against Defendant, including the name, address, home telephone number and business telephone number of the person who gave the statement and the date the statement was obtained. Attach copies of all such documents to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Identify each person whom you intend or expect to call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witness in the trial of this case concerning your claims against Defendant.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