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p>
    <w:p>
      <w:pPr/>
    </w:p>
    <w:p>
      <w:pPr>
        <w:keepNext w:val="0"/>
        <w:spacing w:after="200" w:line="340" w:lineRule="exact"/>
        <w:ind w:left="0" w:right="0" w:firstLine="0"/>
        <w:jc w:val="center"/>
      </w:pPr>
      <w:r>
        <w:rPr>
          <w:rFonts w:ascii="Times New Roman" w:hAnsi="Times New Roman" w:eastAsia="Times New Roman" w:cs="Times New Roman"/>
          <w:b/>
          <w:sz w:val="24"/>
        </w:rPr>
        <w:t xml:space="preserve">Interrogatories </w:t>
      </w:r>
    </w:p>
    <w:p>
      <w:pPr>
        <w:keepNext w:val="0"/>
        <w:spacing w:after="0" w:line="240" w:lineRule="exact"/>
        <w:ind w:right="0"/>
        <w:jc w:val="both"/>
      </w:pPr>
    </w:p>
    <w:p>
      <w:pPr>
        <w:spacing w:line="100" w:lineRule="exact"/>
      </w:pPr>
    </w:p>
    <w:p>
      <w:pPr>
        <w:keepNext w:val="0"/>
        <w:spacing w:before="200" w:after="0" w:line="260" w:lineRule="exact"/>
        <w:ind w:left="360" w:right="0" w:firstLine="0"/>
        <w:jc w:val="both"/>
      </w:pPr>
      <w:r>
        <w:rPr>
          <w:rFonts w:ascii="Times New Roman" w:hAnsi="Times New Roman" w:eastAsia="Times New Roman" w:cs="Times New Roman"/>
          <w:b w:val="0"/>
          <w:sz w:val="24"/>
        </w:rPr>
        <w:t>TO: Defendant [defendant's name] and its attorney [defendant's attorney, firm name, and address].</w:t>
      </w:r>
    </w:p>
    <w:p>
      <w:pPr>
        <w:keepNext w:val="0"/>
        <w:spacing w:before="200" w:after="0" w:line="260" w:lineRule="exact"/>
        <w:ind w:left="360" w:right="0" w:firstLine="0"/>
        <w:jc w:val="both"/>
      </w:pPr>
      <w:r>
        <w:rPr>
          <w:rFonts w:ascii="Times New Roman" w:hAnsi="Times New Roman" w:eastAsia="Times New Roman" w:cs="Times New Roman"/>
          <w:b w:val="0"/>
          <w:sz w:val="24"/>
        </w:rPr>
        <w:t>The Plaintiff [plaintiff's name], by [his/her/its] attorney and pursuant to Minnesota Rules of Civil Procedure 26 and 33, serves upon the Defendant [defendant's name] the following interrogatories to be answered within 30 days of service.</w:t>
      </w:r>
    </w:p>
    <w:p>
      <w:pPr>
        <w:keepNext w:val="0"/>
        <w:spacing w:before="200" w:after="0" w:line="260" w:lineRule="exact"/>
        <w:ind w:left="360" w:right="0" w:firstLine="0"/>
        <w:jc w:val="center"/>
      </w:pPr>
      <w:r>
        <w:rPr>
          <w:rFonts w:ascii="Times New Roman" w:hAnsi="Times New Roman" w:eastAsia="Times New Roman" w:cs="Times New Roman"/>
          <w:b/>
          <w:sz w:val="24"/>
        </w:rPr>
        <w:t>Instructions &amp; Definitions</w:t>
      </w:r>
    </w:p>
    <w:p>
      <w:pPr>
        <w:keepNext w:val="0"/>
        <w:spacing w:before="120" w:after="0" w:line="260" w:lineRule="exact"/>
        <w:ind w:left="720" w:right="0" w:firstLine="0"/>
        <w:jc w:val="left"/>
      </w:pPr>
      <w:r>
        <w:rPr>
          <w:rFonts w:ascii="Times New Roman" w:hAnsi="Times New Roman" w:eastAsia="Times New Roman" w:cs="Times New Roman"/>
          <w:b w:val="0"/>
          <w:sz w:val="24"/>
        </w:rPr>
        <w:t>1.</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Unless otherwise specified, these interrogatories are limited to the time period from January 1, 1995, to and including the date of service of these interrogatories.</w:t>
      </w:r>
    </w:p>
    <w:p>
      <w:pPr>
        <w:keepNext w:val="0"/>
        <w:spacing w:before="120" w:after="0" w:line="260" w:lineRule="exact"/>
        <w:ind w:left="720" w:right="0" w:firstLine="0"/>
        <w:jc w:val="left"/>
      </w:pPr>
      <w:r>
        <w:rPr>
          <w:rFonts w:ascii="Times New Roman" w:hAnsi="Times New Roman" w:eastAsia="Times New Roman" w:cs="Times New Roman"/>
          <w:b w:val="0"/>
          <w:sz w:val="24"/>
        </w:rPr>
        <w:t>2.</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"The accident" as used in these interrogatories refers to the motor vehicle accident that occurred at approximately 1:00 AM on March 15, 2018, at the corner of Hennepin Avenue and First Street in Minneapolis, Minnesota, in which the plaintiff and the defendant were involved.</w:t>
      </w:r>
    </w:p>
    <w:p>
      <w:pPr>
        <w:keepNext w:val="0"/>
        <w:spacing w:before="120" w:after="0" w:line="260" w:lineRule="exact"/>
        <w:ind w:left="720" w:right="0" w:firstLine="0"/>
        <w:jc w:val="left"/>
      </w:pPr>
      <w:r>
        <w:rPr>
          <w:rFonts w:ascii="Times New Roman" w:hAnsi="Times New Roman" w:eastAsia="Times New Roman" w:cs="Times New Roman"/>
          <w:b w:val="0"/>
          <w:sz w:val="24"/>
        </w:rPr>
        <w:t>3.</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Where knowledge, information, or documents are requested, such request encompasses knowledge, information or documents in your possession, custody or control, or in the possession, custody or control of your staff, agents, employees, representatives and, unless privileged, attorneys, or any other person who has possession, custody or control of your proprietary knowledge, information or documents.</w:t>
      </w:r>
    </w:p>
    <w:p>
      <w:pPr>
        <w:keepNext w:val="0"/>
        <w:spacing w:before="120" w:after="0" w:line="260" w:lineRule="exact"/>
        <w:ind w:left="720" w:right="0" w:firstLine="0"/>
        <w:jc w:val="left"/>
      </w:pPr>
      <w:r>
        <w:rPr>
          <w:rFonts w:ascii="Times New Roman" w:hAnsi="Times New Roman" w:eastAsia="Times New Roman" w:cs="Times New Roman"/>
          <w:b w:val="0"/>
          <w:sz w:val="24"/>
        </w:rPr>
        <w:t>4.</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Pursuant to Minn. R. Civ. P. 26.05, you are under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duty seasonably to amend any answer to these interrogatories for which you learn that the answer is in some material respect incomplete or incorrect and if the additional or corrective information has not otherwise been made known to us during the discovery process or in writing.</w:t>
      </w:r>
    </w:p>
    <w:p>
      <w:pPr>
        <w:keepNext w:val="0"/>
        <w:spacing w:before="120" w:after="0" w:line="260" w:lineRule="exact"/>
        <w:ind w:left="720" w:right="0" w:firstLine="0"/>
        <w:jc w:val="left"/>
      </w:pPr>
      <w:r>
        <w:rPr>
          <w:rFonts w:ascii="Times New Roman" w:hAnsi="Times New Roman" w:eastAsia="Times New Roman" w:cs="Times New Roman"/>
          <w:b w:val="0"/>
          <w:sz w:val="24"/>
        </w:rPr>
        <w:t>5.</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For any record or document responsive or relating to these interrogatories which is known to have been destroyed or lost, or is otherwise unavailable, identify each such document by author, addressee, date, number of pages, and subject matter; and explain in detail the events leading to the destruction or loss, or the reason for the unavailability of such document.</w:t>
      </w:r>
    </w:p>
    <w:p>
      <w:pPr>
        <w:keepNext w:val="0"/>
        <w:spacing w:before="120" w:after="0" w:line="260" w:lineRule="exact"/>
        <w:ind w:left="720" w:right="0" w:firstLine="0"/>
        <w:jc w:val="left"/>
      </w:pPr>
      <w:r>
        <w:rPr>
          <w:rFonts w:ascii="Times New Roman" w:hAnsi="Times New Roman" w:eastAsia="Times New Roman" w:cs="Times New Roman"/>
          <w:b w:val="0"/>
          <w:sz w:val="24"/>
        </w:rPr>
        <w:t>6.</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If relying upon Minnesota Rule of Civil Procedure 33.03 in answering these interrogatories, you may rely upon production only of </w:t>
      </w:r>
      <w:r>
        <w:rPr>
          <w:rFonts w:ascii="Times New Roman" w:hAnsi="Times New Roman" w:eastAsia="Times New Roman" w:cs="Times New Roman"/>
          <w:b/>
          <w:sz w:val="24"/>
        </w:rPr>
        <w:t>your</w:t>
      </w:r>
      <w:r>
        <w:rPr>
          <w:rFonts w:ascii="Times New Roman" w:hAnsi="Times New Roman" w:eastAsia="Times New Roman" w:cs="Times New Roman"/>
          <w:b w:val="0"/>
          <w:sz w:val="24"/>
        </w:rPr>
        <w:t xml:space="preserve"> business records in lieu of answering interrogatories.</w:t>
      </w:r>
    </w:p>
    <w:p>
      <w:pPr>
        <w:keepNext w:val="0"/>
        <w:spacing w:before="200" w:after="0" w:line="260" w:lineRule="exact"/>
        <w:ind w:left="360" w:right="0" w:firstLine="0"/>
        <w:jc w:val="center"/>
      </w:pPr>
      <w:r>
        <w:rPr>
          <w:rFonts w:ascii="Times New Roman" w:hAnsi="Times New Roman" w:eastAsia="Times New Roman" w:cs="Times New Roman"/>
          <w:b/>
          <w:sz w:val="24"/>
        </w:rPr>
        <w:t>Interrogatories</w:t>
      </w:r>
    </w:p>
    <w:p>
      <w:pPr>
        <w:keepNext w:val="0"/>
        <w:spacing w:before="120" w:after="0" w:line="260" w:lineRule="exact"/>
        <w:ind w:left="720" w:right="0" w:firstLine="0"/>
        <w:jc w:val="left"/>
      </w:pPr>
      <w:r>
        <w:rPr>
          <w:rFonts w:ascii="Times New Roman" w:hAnsi="Times New Roman" w:eastAsia="Times New Roman" w:cs="Times New Roman"/>
          <w:b w:val="0"/>
          <w:sz w:val="24"/>
        </w:rPr>
        <w:t>1.</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Please identify yourself by stating your full name, all names by which you have otherwise been known, your residential address, your business address, your date of birth, the last four numbers of your Social Security number, your job or profession, your employer, and your educational background.</w:t>
      </w:r>
    </w:p>
    <w:p>
      <w:pPr>
        <w:keepNext w:val="0"/>
        <w:spacing w:before="120" w:after="0" w:line="260" w:lineRule="exact"/>
        <w:ind w:left="720" w:right="0" w:firstLine="0"/>
        <w:jc w:val="left"/>
      </w:pPr>
      <w:r>
        <w:rPr>
          <w:rFonts w:ascii="Times New Roman" w:hAnsi="Times New Roman" w:eastAsia="Times New Roman" w:cs="Times New Roman"/>
          <w:b w:val="0"/>
          <w:sz w:val="24"/>
        </w:rPr>
        <w:t>2.</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Please identify each witness you anticipate calling to testify at trial by stating his or her full name, all names by which he or she has otherwise been known, and his or her residential address, business address, date of birth, Social Security number, job or profession, educational background, telephone number, and anticipated testimony at trial.</w:t>
      </w:r>
    </w:p>
    <w:p>
      <w:pPr>
        <w:keepNext w:val="0"/>
        <w:spacing w:before="120" w:after="0" w:line="260" w:lineRule="exact"/>
        <w:ind w:left="720" w:right="0" w:firstLine="0"/>
        <w:jc w:val="left"/>
      </w:pPr>
      <w:r>
        <w:rPr>
          <w:rFonts w:ascii="Times New Roman" w:hAnsi="Times New Roman" w:eastAsia="Times New Roman" w:cs="Times New Roman"/>
          <w:b w:val="0"/>
          <w:sz w:val="24"/>
        </w:rPr>
        <w:t>3.</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Please identify each person with knowledge of any discoverable matter by stating his or her full name, all names by which he or she has otherwise been known, and his or her residential address, business address, date of birth, Social Security number, job or profession, educational background, and telephone number, and the substance of the knowledge of discoverable matters held by him or her.</w:t>
      </w:r>
    </w:p>
    <w:p>
      <w:pPr>
        <w:keepNext w:val="0"/>
        <w:spacing w:before="120" w:after="0" w:line="260" w:lineRule="exact"/>
        <w:ind w:left="720" w:right="0" w:firstLine="0"/>
        <w:jc w:val="left"/>
      </w:pPr>
      <w:r>
        <w:rPr>
          <w:rFonts w:ascii="Times New Roman" w:hAnsi="Times New Roman" w:eastAsia="Times New Roman" w:cs="Times New Roman"/>
          <w:b w:val="0"/>
          <w:sz w:val="24"/>
        </w:rPr>
        <w:t>4.</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Please identify each expert witness you anticipate calling to testify at trial by stating his or her full name, all names by which he or she has otherwise been known, and his or her residential address, business address, date of birth, Social Security number, job or profession, employer, and:</w:t>
      </w:r>
    </w:p>
    <w:p>
      <w:pPr>
        <w:keepNext w:val="0"/>
        <w:spacing w:before="120" w:after="0" w:line="260" w:lineRule="exact"/>
        <w:ind w:left="1080" w:right="0" w:firstLine="0"/>
        <w:jc w:val="left"/>
      </w:pPr>
      <w:r>
        <w:rPr>
          <w:rFonts w:ascii="Times New Roman" w:hAnsi="Times New Roman" w:eastAsia="Times New Roman" w:cs="Times New Roman"/>
          <w:b w:val="0"/>
          <w:sz w:val="24"/>
        </w:rPr>
        <w:t>(</w:t>
      </w:r>
      <w:r>
        <w:rPr>
          <w:rFonts w:ascii="Times New Roman" w:hAnsi="Times New Roman" w:eastAsia="Times New Roman" w:cs="Times New Roman"/>
          <w:b/>
          <w:sz w:val="24"/>
        </w:rPr>
        <w:t>a</w:t>
      </w:r>
      <w:r>
        <w:rPr>
          <w:rFonts w:ascii="Times New Roman" w:hAnsi="Times New Roman" w:eastAsia="Times New Roman" w:cs="Times New Roman"/>
          <w:b w:val="0"/>
          <w:sz w:val="24"/>
        </w:rPr>
        <w:t>)</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The subject matter to which each expert is expected to testify</w:t>
      </w:r>
    </w:p>
    <w:p>
      <w:pPr>
        <w:keepNext w:val="0"/>
        <w:spacing w:before="120" w:after="0" w:line="260" w:lineRule="exact"/>
        <w:ind w:left="1080" w:right="0" w:firstLine="0"/>
        <w:jc w:val="left"/>
      </w:pPr>
      <w:r>
        <w:rPr>
          <w:rFonts w:ascii="Times New Roman" w:hAnsi="Times New Roman" w:eastAsia="Times New Roman" w:cs="Times New Roman"/>
          <w:b w:val="0"/>
          <w:sz w:val="24"/>
        </w:rPr>
        <w:t>(b)</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The substance of the facts and opinions to which each expert is expected to testify</w:t>
      </w:r>
    </w:p>
    <w:p>
      <w:pPr>
        <w:keepNext w:val="0"/>
        <w:spacing w:before="120" w:after="0" w:line="260" w:lineRule="exact"/>
        <w:ind w:left="1080" w:right="0" w:firstLine="0"/>
        <w:jc w:val="left"/>
      </w:pPr>
      <w:r>
        <w:rPr>
          <w:rFonts w:ascii="Times New Roman" w:hAnsi="Times New Roman" w:eastAsia="Times New Roman" w:cs="Times New Roman"/>
          <w:b w:val="0"/>
          <w:sz w:val="24"/>
        </w:rPr>
        <w:t>(c)</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summary of the grounds for the facts and opinions to which each expert is expected to testify, and</w:t>
      </w:r>
    </w:p>
    <w:p>
      <w:pPr>
        <w:keepNext w:val="0"/>
        <w:spacing w:before="120" w:after="0" w:line="260" w:lineRule="exact"/>
        <w:ind w:left="1080" w:right="0" w:firstLine="0"/>
        <w:jc w:val="left"/>
      </w:pPr>
      <w:r>
        <w:rPr>
          <w:rFonts w:ascii="Times New Roman" w:hAnsi="Times New Roman" w:eastAsia="Times New Roman" w:cs="Times New Roman"/>
          <w:b w:val="0"/>
          <w:sz w:val="24"/>
        </w:rPr>
        <w:t>(d)</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The professional and educational qualifications that enable each expert to so testify.</w:t>
      </w:r>
    </w:p>
    <w:p>
      <w:pPr>
        <w:keepNext w:val="0"/>
        <w:spacing w:before="120" w:after="0" w:line="260" w:lineRule="exact"/>
        <w:ind w:left="720" w:right="0" w:firstLine="0"/>
        <w:jc w:val="left"/>
      </w:pPr>
      <w:r>
        <w:rPr>
          <w:rFonts w:ascii="Times New Roman" w:hAnsi="Times New Roman" w:eastAsia="Times New Roman" w:cs="Times New Roman"/>
          <w:b w:val="0"/>
          <w:sz w:val="24"/>
        </w:rPr>
        <w:t>5.</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[Additional interrogatory].</w:t>
      </w:r>
    </w:p>
    <w:p>
      <w:pPr/>
    </w:p>
    <w:p>
      <w:pPr>
        <w:keepNext w:val="0"/>
        <w:spacing w:before="200" w:after="0" w:line="260" w:lineRule="exact"/>
        <w:ind w:left="360" w:right="0" w:firstLine="0"/>
        <w:jc w:val="both"/>
      </w:pPr>
      <w:r>
        <w:rPr>
          <w:rFonts w:ascii="Times New Roman" w:hAnsi="Times New Roman" w:eastAsia="Times New Roman" w:cs="Times New Roman"/>
          <w:b w:val="0"/>
          <w:sz w:val="24"/>
        </w:rPr>
        <w:t>Dated: [date]</w:t>
      </w:r>
    </w:p>
    <w:p>
      <w:pPr>
        <w:keepNext w:val="0"/>
        <w:spacing w:before="120" w:after="0" w:line="260" w:lineRule="exact"/>
        <w:ind w:left="360" w:right="0" w:firstLine="0"/>
        <w:jc w:val="left"/>
      </w:pPr>
      <w:r>
        <w:rPr>
          <w:rFonts w:ascii="Times New Roman" w:hAnsi="Times New Roman" w:eastAsia="Times New Roman" w:cs="Times New Roman"/>
          <w:b w:val="0"/>
          <w:sz w:val="24"/>
        </w:rPr>
        <w:t>By: ____________________</w:t>
      </w:r>
    </w:p>
    <w:p>
      <w:pPr>
        <w:keepNext w:val="0"/>
        <w:spacing w:before="120" w:after="0" w:line="260" w:lineRule="exact"/>
        <w:ind w:left="360" w:right="0" w:firstLine="0"/>
        <w:jc w:val="left"/>
      </w:pPr>
      <w:r>
        <w:rPr>
          <w:rFonts w:ascii="Times New Roman" w:hAnsi="Times New Roman" w:eastAsia="Times New Roman" w:cs="Times New Roman"/>
          <w:b w:val="0"/>
          <w:sz w:val="24"/>
        </w:rPr>
        <w:t>[Attorney Name] [attorney registration number]</w:t>
      </w:r>
    </w:p>
    <w:p>
      <w:pPr>
        <w:keepNext w:val="0"/>
        <w:spacing w:before="120" w:after="0" w:line="260" w:lineRule="exact"/>
        <w:ind w:left="360" w:right="0" w:firstLine="0"/>
        <w:jc w:val="left"/>
      </w:pPr>
      <w:r>
        <w:rPr>
          <w:rFonts w:ascii="Times New Roman" w:hAnsi="Times New Roman" w:eastAsia="Times New Roman" w:cs="Times New Roman"/>
          <w:b w:val="0"/>
          <w:sz w:val="24"/>
        </w:rPr>
        <w:t>[Secondary attorney name, if applicable] [attorney registration number]</w:t>
      </w:r>
    </w:p>
    <w:p>
      <w:pPr>
        <w:keepNext w:val="0"/>
        <w:spacing w:before="120" w:after="0" w:line="260" w:lineRule="exact"/>
        <w:ind w:left="360" w:right="0" w:firstLine="0"/>
        <w:jc w:val="left"/>
      </w:pPr>
      <w:r>
        <w:rPr>
          <w:rFonts w:ascii="Times New Roman" w:hAnsi="Times New Roman" w:eastAsia="Times New Roman" w:cs="Times New Roman"/>
          <w:b w:val="0"/>
          <w:sz w:val="24"/>
        </w:rPr>
        <w:t>[Firm name, if any]</w:t>
      </w:r>
    </w:p>
    <w:p>
      <w:pPr>
        <w:keepNext w:val="0"/>
        <w:spacing w:before="120" w:after="0" w:line="260" w:lineRule="exact"/>
        <w:ind w:left="360" w:right="0" w:firstLine="0"/>
        <w:jc w:val="left"/>
      </w:pPr>
      <w:r>
        <w:rPr>
          <w:rFonts w:ascii="Times New Roman" w:hAnsi="Times New Roman" w:eastAsia="Times New Roman" w:cs="Times New Roman"/>
          <w:b w:val="0"/>
          <w:sz w:val="24"/>
        </w:rPr>
        <w:t>[Address]</w:t>
      </w:r>
    </w:p>
    <w:p>
      <w:pPr>
        <w:keepNext w:val="0"/>
        <w:spacing w:before="120" w:after="0" w:line="260" w:lineRule="exact"/>
        <w:ind w:left="360" w:right="0" w:firstLine="0"/>
        <w:jc w:val="left"/>
      </w:pPr>
      <w:r>
        <w:rPr>
          <w:rFonts w:ascii="Times New Roman" w:hAnsi="Times New Roman" w:eastAsia="Times New Roman" w:cs="Times New Roman"/>
          <w:b w:val="0"/>
          <w:sz w:val="24"/>
        </w:rPr>
        <w:t>[Phone number]</w:t>
      </w:r>
    </w:p>
    <w:p>
      <w:pPr>
        <w:keepNext w:val="0"/>
        <w:spacing w:before="120" w:after="0" w:line="260" w:lineRule="exact"/>
        <w:ind w:left="360" w:right="0" w:firstLine="0"/>
        <w:jc w:val="left"/>
      </w:pPr>
      <w:r>
        <w:rPr>
          <w:rFonts w:ascii="Times New Roman" w:hAnsi="Times New Roman" w:eastAsia="Times New Roman" w:cs="Times New Roman"/>
          <w:b w:val="0"/>
          <w:sz w:val="24"/>
        </w:rPr>
        <w:t>[Email address]</w:t>
      </w:r>
    </w:p>
    <w:p>
      <w:pPr>
        <w:keepNext w:val="0"/>
        <w:spacing w:before="120" w:after="0" w:line="260" w:lineRule="exact"/>
        <w:ind w:left="360" w:right="0" w:firstLine="0"/>
        <w:jc w:val="left"/>
      </w:pPr>
      <w:r>
        <w:rPr>
          <w:rFonts w:ascii="Times New Roman" w:hAnsi="Times New Roman" w:eastAsia="Times New Roman" w:cs="Times New Roman"/>
          <w:b w:val="0"/>
          <w:sz w:val="24"/>
        </w:rPr>
        <w:t>[Secondary attorney email address]</w:t>
      </w:r>
    </w:p>
    <w:p>
      <w:pPr>
        <w:keepNext w:val="0"/>
        <w:spacing w:before="120" w:after="0" w:line="260" w:lineRule="exact"/>
        <w:ind w:left="360" w:right="0" w:firstLine="0"/>
        <w:jc w:val="left"/>
      </w:pPr>
      <w:r>
        <w:rPr>
          <w:rFonts w:ascii="Times New Roman" w:hAnsi="Times New Roman" w:eastAsia="Times New Roman" w:cs="Times New Roman"/>
          <w:b w:val="0"/>
          <w:sz w:val="24"/>
        </w:rPr>
        <w:t>ATTORNEYS FOR DEFENDANT</w:t>
      </w:r>
    </w:p>
    <w:p>
      <w:pPr/>
    </w:p>
    <w:p>
      <w:pPr>
        <w:keepNext w:val="0"/>
        <w:spacing w:before="200" w:after="0" w:line="260" w:lineRule="exact"/>
        <w:ind w:left="360" w:right="0" w:firstLine="0"/>
        <w:jc w:val="center"/>
      </w:pPr>
      <w:r>
        <w:rPr>
          <w:rFonts w:ascii="Times New Roman" w:hAnsi="Times New Roman" w:eastAsia="Times New Roman" w:cs="Times New Roman"/>
          <w:b/>
          <w:sz w:val="24"/>
        </w:rPr>
        <w:t>CERTIFICATE OF SERVICE</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I hereby certify that on [date],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copy of the foregoing Plaintiff [plaintiff's name]'s [number] Set of Interrogatories to Defendant [defendant's name] was served on the following parties by [form of service]:</w:t>
      </w:r>
    </w:p>
    <w:p>
      <w:pPr>
        <w:keepNext w:val="0"/>
        <w:spacing w:before="200" w:after="0" w:line="260" w:lineRule="exact"/>
        <w:ind w:left="1080" w:right="0" w:firstLine="0"/>
        <w:jc w:val="both"/>
      </w:pPr>
      <w:r>
        <w:rPr>
          <w:rFonts w:ascii="Times New Roman" w:hAnsi="Times New Roman" w:eastAsia="Times New Roman" w:cs="Times New Roman"/>
          <w:b w:val="0"/>
          <w:sz w:val="24"/>
        </w:rPr>
        <w:t>[Counsel's name]</w:t>
      </w:r>
    </w:p>
    <w:p>
      <w:pPr>
        <w:keepNext w:val="0"/>
        <w:spacing w:before="200" w:after="0" w:line="260" w:lineRule="exact"/>
        <w:ind w:left="1080" w:right="0" w:firstLine="0"/>
        <w:jc w:val="both"/>
      </w:pPr>
      <w:r>
        <w:rPr>
          <w:rFonts w:ascii="Times New Roman" w:hAnsi="Times New Roman" w:eastAsia="Times New Roman" w:cs="Times New Roman"/>
          <w:b w:val="0"/>
          <w:sz w:val="24"/>
        </w:rPr>
        <w:t>[Firm name]</w:t>
      </w:r>
    </w:p>
    <w:p>
      <w:pPr>
        <w:keepNext w:val="0"/>
        <w:spacing w:before="200" w:after="0" w:line="260" w:lineRule="exact"/>
        <w:ind w:left="1080" w:right="0" w:firstLine="0"/>
        <w:jc w:val="both"/>
      </w:pPr>
      <w:r>
        <w:rPr>
          <w:rFonts w:ascii="Times New Roman" w:hAnsi="Times New Roman" w:eastAsia="Times New Roman" w:cs="Times New Roman"/>
          <w:b w:val="0"/>
          <w:sz w:val="24"/>
        </w:rPr>
        <w:t>[Address]</w:t>
      </w:r>
    </w:p>
    <w:p>
      <w:pPr>
        <w:keepNext w:val="0"/>
        <w:spacing w:before="200" w:after="0" w:line="260" w:lineRule="exact"/>
        <w:ind w:left="1080" w:right="0" w:firstLine="0"/>
        <w:jc w:val="both"/>
      </w:pPr>
      <w:r>
        <w:rPr>
          <w:rFonts w:ascii="Times New Roman" w:hAnsi="Times New Roman" w:eastAsia="Times New Roman" w:cs="Times New Roman"/>
          <w:b w:val="0"/>
          <w:sz w:val="24"/>
        </w:rPr>
        <w:t>Attorney for [party designation and name]</w:t>
      </w:r>
    </w:p>
    <w:p>
      <w:pPr>
        <w:keepNext w:val="0"/>
        <w:spacing w:before="200" w:after="0" w:line="260" w:lineRule="exact"/>
        <w:ind w:left="1080" w:right="0" w:firstLine="0"/>
        <w:jc w:val="both"/>
      </w:pPr>
      <w:r>
        <w:rPr>
          <w:rFonts w:ascii="Times New Roman" w:hAnsi="Times New Roman" w:eastAsia="Times New Roman" w:cs="Times New Roman"/>
          <w:b w:val="0"/>
          <w:sz w:val="24"/>
        </w:rPr>
        <w:t>[Counsel's name]</w:t>
      </w:r>
    </w:p>
    <w:p>
      <w:pPr>
        <w:keepNext w:val="0"/>
        <w:spacing w:before="200" w:after="0" w:line="260" w:lineRule="exact"/>
        <w:ind w:left="1080" w:right="0" w:firstLine="0"/>
        <w:jc w:val="both"/>
      </w:pPr>
      <w:r>
        <w:rPr>
          <w:rFonts w:ascii="Times New Roman" w:hAnsi="Times New Roman" w:eastAsia="Times New Roman" w:cs="Times New Roman"/>
          <w:b w:val="0"/>
          <w:sz w:val="24"/>
        </w:rPr>
        <w:t>[Firm name]</w:t>
      </w:r>
    </w:p>
    <w:p>
      <w:pPr>
        <w:keepNext w:val="0"/>
        <w:spacing w:before="200" w:after="0" w:line="260" w:lineRule="exact"/>
        <w:ind w:left="1080" w:right="0" w:firstLine="0"/>
        <w:jc w:val="both"/>
      </w:pPr>
      <w:r>
        <w:rPr>
          <w:rFonts w:ascii="Times New Roman" w:hAnsi="Times New Roman" w:eastAsia="Times New Roman" w:cs="Times New Roman"/>
          <w:b w:val="0"/>
          <w:sz w:val="24"/>
        </w:rPr>
        <w:t>[Address]</w:t>
      </w:r>
    </w:p>
    <w:p>
      <w:pPr>
        <w:keepNext w:val="0"/>
        <w:spacing w:before="200" w:after="0" w:line="260" w:lineRule="exact"/>
        <w:ind w:left="1080" w:right="0" w:firstLine="0"/>
        <w:jc w:val="both"/>
      </w:pPr>
      <w:r>
        <w:rPr>
          <w:rFonts w:ascii="Times New Roman" w:hAnsi="Times New Roman" w:eastAsia="Times New Roman" w:cs="Times New Roman"/>
          <w:b w:val="0"/>
          <w:sz w:val="24"/>
        </w:rPr>
        <w:t>Attorney for [party designation and name]</w:t>
      </w:r>
    </w:p>
    <w:p>
      <w:pPr>
        <w:keepNext w:val="0"/>
        <w:spacing w:before="120" w:after="0" w:line="260" w:lineRule="exact"/>
        <w:ind w:left="720" w:right="0" w:firstLine="0"/>
        <w:jc w:val="left"/>
      </w:pPr>
      <w:r>
        <w:rPr>
          <w:rFonts w:ascii="Times New Roman" w:hAnsi="Times New Roman" w:eastAsia="Times New Roman" w:cs="Times New Roman"/>
          <w:b w:val="0"/>
          <w:sz w:val="24"/>
        </w:rPr>
        <w:t>____________________</w:t>
      </w:r>
    </w:p>
    <w:p>
      <w:pPr>
        <w:keepNext w:val="0"/>
        <w:spacing w:before="120" w:after="0" w:line="260" w:lineRule="exact"/>
        <w:ind w:left="720" w:right="0" w:firstLine="0"/>
        <w:jc w:val="left"/>
      </w:pPr>
      <w:r>
        <w:rPr>
          <w:rFonts w:ascii="Times New Roman" w:hAnsi="Times New Roman" w:eastAsia="Times New Roman" w:cs="Times New Roman"/>
          <w:b w:val="0"/>
          <w:sz w:val="24"/>
        </w:rPr>
        <w:t>[Name of server]</w:t>
      </w:r>
    </w:p>
    <w:p>
      <w:pPr/>
    </w:p>
    <w:sectPr w:rsidR="00FC693F" w:rsidRPr="0006063C"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