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200" w:after="0" w:line="260" w:lineRule="exact"/>
        <w:ind w:left="360" w:right="0" w:firstLine="0"/>
        <w:jc w:val="center"/>
      </w:pPr>
      <w:r>
        <w:rPr>
          <w:rFonts w:ascii="Times New Roman" w:hAnsi="Times New Roman" w:eastAsia="Times New Roman" w:cs="Times New Roman"/>
          <w:b/>
          <w:sz w:val="24"/>
        </w:rPr>
        <w:t>DEFENDANT'S FIRST SET OF INTERROGATORIES</w:t>
      </w:r>
      <w:r>
        <w:rPr>
          <w:rFonts w:ascii="Times New Roman" w:hAnsi="Times New Roman" w:eastAsia="Times New Roman" w:cs="Times New Roman"/>
          <w:sz w:val="24"/>
        </w:rPr>
        <w:br/>
      </w:r>
      <w:r>
        <w:rPr>
          <w:rFonts w:ascii="Times New Roman" w:hAnsi="Times New Roman" w:eastAsia="Times New Roman" w:cs="Times New Roman"/>
          <w:b/>
          <w:sz w:val="24"/>
        </w:rPr>
        <w:t>TO PLAINTIFF, NOS. 1–[END NUMBER]</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Rules 26 and 33 of the Federal Rules of Civil Procedure, Defendant [DEFENDANT'S NAME] serves these Interrogatories to be answered by Plaintiff [PLAINTIFF'S NAME] separately, in writing and under oath, within thirty (30) days of service.</w:t>
      </w:r>
    </w:p>
    <w:p>
      <w:pPr>
        <w:keepNext w:val="0"/>
        <w:spacing w:before="120" w:after="0" w:line="260" w:lineRule="exact"/>
        <w:ind w:left="720" w:right="0" w:firstLine="0"/>
        <w:jc w:val="left"/>
      </w:pPr>
      <w:r>
        <w:rPr>
          <w:rFonts w:ascii="Times New Roman" w:hAnsi="Times New Roman" w:eastAsia="Times New Roman" w:cs="Times New Roman"/>
          <w:b/>
          <w:sz w:val="24"/>
        </w:rPr>
        <w:t>INSTRUCTIONS AND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As used herein, the following definitions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w:t>
      </w:r>
      <w:r>
        <w:rPr>
          <w:rFonts w:ascii="Times New Roman" w:hAnsi="Times New Roman" w:eastAsia="Times New Roman" w:cs="Times New Roman"/>
          <w:b w:val="0"/>
          <w:sz w:val="24"/>
        </w:rPr>
        <w:t>" means [DEFENDANT'S NAME], the defendant in this action, as well as its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w:t>
      </w:r>
      <w:r>
        <w:rPr>
          <w:rFonts w:ascii="Times New Roman" w:hAnsi="Times New Roman" w:eastAsia="Times New Roman" w:cs="Times New Roman"/>
          <w:b w:val="0"/>
          <w:sz w:val="24"/>
        </w:rPr>
        <w:t>" means [PLAINTIFF'S NAME], the plaintiff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Plaintiff's Mark</w:t>
      </w:r>
      <w:r>
        <w:rPr>
          <w:rFonts w:ascii="Times New Roman" w:hAnsi="Times New Roman" w:eastAsia="Times New Roman" w:cs="Times New Roman"/>
          <w:b w:val="0"/>
          <w:sz w:val="24"/>
        </w:rPr>
        <w:t>" means the [MARK NAME] trademark identified in Plaintiff's Complaint, including but not limited to the mark [MARK], alone or in combination with any other term(s) and/or design(s).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Defendant's Mark</w:t>
      </w:r>
      <w:r>
        <w:rPr>
          <w:rFonts w:ascii="Times New Roman" w:hAnsi="Times New Roman" w:eastAsia="Times New Roman" w:cs="Times New Roman"/>
          <w:b w:val="0"/>
          <w:sz w:val="24"/>
        </w:rPr>
        <w:t>" means [MARK NAME], whether alone or in combination with any other term(s) and/or design(s).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document</w:t>
      </w:r>
      <w:r>
        <w:rPr>
          <w:rFonts w:ascii="Times New Roman" w:hAnsi="Times New Roman" w:eastAsia="Times New Roman" w:cs="Times New Roman"/>
          <w:b w:val="0"/>
          <w:sz w:val="24"/>
        </w:rPr>
        <w:t>" is synonymous in meaning and equal in scope to the usage of the term in Federal Rule of Civil Procedure 34(</w:t>
      </w:r>
      <w:r>
        <w:rPr>
          <w:rFonts w:ascii="Times New Roman" w:hAnsi="Times New Roman" w:eastAsia="Times New Roman" w:cs="Times New Roman"/>
          <w:b/>
          <w:sz w:val="24"/>
        </w:rPr>
        <w:t>a</w:t>
      </w:r>
      <w:r>
        <w:rPr>
          <w:rFonts w:ascii="Times New Roman" w:hAnsi="Times New Roman" w:eastAsia="Times New Roman" w:cs="Times New Roman"/>
          <w:b w:val="0"/>
          <w:sz w:val="24"/>
        </w:rPr>
        <w:t>), except that "document" specifically includes, without limitation, any electronically-stored data or information. Drafts and non-identical duplicates constitute separate documents. Attachments, exhibits, appendices, schedules, and enclosures to documents are considered part of the same document.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thing</w:t>
      </w:r>
      <w:r>
        <w:rPr>
          <w:rFonts w:ascii="Times New Roman" w:hAnsi="Times New Roman" w:eastAsia="Times New Roman" w:cs="Times New Roman"/>
          <w:b w:val="0"/>
          <w:sz w:val="24"/>
        </w:rPr>
        <w:t xml:space="preserve">"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specimens, computer disks and tapes, videotapes, and audiotapes.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concerning</w:t>
      </w:r>
      <w:r>
        <w:rPr>
          <w:rFonts w:ascii="Times New Roman" w:hAnsi="Times New Roman" w:eastAsia="Times New Roman" w:cs="Times New Roman"/>
          <w:b w:val="0"/>
          <w:sz w:val="24"/>
        </w:rPr>
        <w:t>" means constituting, comprising, relating to, referring to, reflecting, evidencing, or in any way relevant within the meaning of Federal Rule of Civil Procedure 26(b)(1).</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including</w:t>
      </w:r>
      <w:r>
        <w:rPr>
          <w:rFonts w:ascii="Times New Roman" w:hAnsi="Times New Roman" w:eastAsia="Times New Roman" w:cs="Times New Roman"/>
          <w:b w:val="0"/>
          <w:sz w:val="24"/>
        </w:rPr>
        <w:t>" means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and "</w:t>
      </w:r>
      <w:r>
        <w:rPr>
          <w:rFonts w:ascii="Times New Roman" w:hAnsi="Times New Roman" w:eastAsia="Times New Roman" w:cs="Times New Roman"/>
          <w:b/>
          <w:sz w:val="24"/>
        </w:rPr>
        <w:t>persons</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natural persons; (b) legal entities, including without limitation corporations, partnerships, firms, associations, professional corporations, and proprietorships; and (c) governmental bodies or agencies.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w:t>
      </w:r>
      <w:r>
        <w:rPr>
          <w:rFonts w:ascii="Times New Roman" w:hAnsi="Times New Roman" w:eastAsia="Times New Roman" w:cs="Times New Roman"/>
          <w:b/>
          <w:sz w:val="24"/>
        </w:rPr>
        <w:t>and</w:t>
      </w:r>
      <w:r>
        <w:rPr>
          <w:rFonts w:ascii="Times New Roman" w:hAnsi="Times New Roman" w:eastAsia="Times New Roman" w:cs="Times New Roman"/>
          <w:b w:val="0"/>
          <w:sz w:val="24"/>
        </w:rPr>
        <w:t>" and "</w:t>
      </w:r>
      <w:r>
        <w:rPr>
          <w:rFonts w:ascii="Times New Roman" w:hAnsi="Times New Roman" w:eastAsia="Times New Roman" w:cs="Times New Roman"/>
          <w:b/>
          <w:sz w:val="24"/>
        </w:rPr>
        <w:t>or</w:t>
      </w:r>
      <w:r>
        <w:rPr>
          <w:rFonts w:ascii="Times New Roman" w:hAnsi="Times New Roman" w:eastAsia="Times New Roman" w:cs="Times New Roman"/>
          <w:b w:val="0"/>
          <w:sz w:val="24"/>
        </w:rPr>
        <w:t>"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commerce</w:t>
      </w:r>
      <w:r>
        <w:rPr>
          <w:rFonts w:ascii="Times New Roman" w:hAnsi="Times New Roman" w:eastAsia="Times New Roman" w:cs="Times New Roman"/>
          <w:b w:val="0"/>
          <w:sz w:val="24"/>
        </w:rPr>
        <w:t>" or "</w:t>
      </w:r>
      <w:r>
        <w:rPr>
          <w:rFonts w:ascii="Times New Roman" w:hAnsi="Times New Roman" w:eastAsia="Times New Roman" w:cs="Times New Roman"/>
          <w:b/>
          <w:sz w:val="24"/>
        </w:rPr>
        <w:t>United States commerce</w:t>
      </w:r>
      <w:r>
        <w:rPr>
          <w:rFonts w:ascii="Times New Roman" w:hAnsi="Times New Roman" w:eastAsia="Times New Roman" w:cs="Times New Roman"/>
          <w:b w:val="0"/>
          <w:sz w:val="24"/>
        </w:rPr>
        <w:t>" means commerce that the United States may regulate.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answer to each Interrogatory shall include such knowledge of information as is within Plaintiff's possession, custody, or control, including, without limitation, information held by Plaintiff's officers, directors, employees, consultants, accountants, attorneys, or other agents or representatives.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Interrogatories seek responses as of the date on which Plaintiff responds; however, these Interrogatories shall be deemed continuing and must be supplemented as required by the Federal Rules of Civil Procedure. If, after providing responses to these Interrogatories, Plaintiff becomes aware of any further information responsive to these Interrogatories, Plaintiff is required to produce such information to Defendant promptly upon acquiring possession of such. Additionally, if at any time Plaintiff learns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given to any Interrogatory was incorrect when given or is no longer correct, Plaintiff shall promptly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under penalty of perjury, consisting of the correct answer to any such Interrogatory.</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information concerning any oral communication is withheld on the grounds of privilege, Plaintiff shall include the identities of the persons involved in the communication (including the name of the person who made the communication), the recipients of the communication, job titles of all persons involved, the date the communication occurred, the subject matter of the communication, and the nature of the privilege claimed.</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Interrogatory is objected to in whole or in part, Plaintiff shall state with specificity the reasons for the objection.</w:t>
      </w:r>
    </w:p>
    <w:p>
      <w:pPr>
        <w:keepNext w:val="0"/>
        <w:spacing w:before="120" w:after="0" w:line="260" w:lineRule="exact"/>
        <w:ind w:left="720" w:right="0" w:firstLine="0"/>
        <w:jc w:val="left"/>
      </w:pPr>
      <w:r>
        <w:rPr>
          <w:rFonts w:ascii="Times New Roman" w:hAnsi="Times New Roman" w:eastAsia="Times New Roman" w:cs="Times New Roman"/>
          <w:b/>
          <w:sz w:val="24"/>
        </w:rPr>
        <w:t>INTERROGATORIES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w:t>
      </w:r>
      <w:r>
        <w:rPr>
          <w:rFonts w:ascii="Times New Roman" w:hAnsi="Times New Roman" w:eastAsia="Times New Roman" w:cs="Times New Roman"/>
          <w:b w:val="0"/>
          <w:sz w:val="24"/>
        </w:rPr>
        <w:t xml:space="preserve"> Identify the persons most knowledgeable concerning the facts alleged in Plaintiff's Complaint, and the facts on which each person possesses knowledge.</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2:</w:t>
      </w:r>
      <w:r>
        <w:rPr>
          <w:rFonts w:ascii="Times New Roman" w:hAnsi="Times New Roman" w:eastAsia="Times New Roman" w:cs="Times New Roman"/>
          <w:b w:val="0"/>
          <w:sz w:val="24"/>
        </w:rPr>
        <w:t xml:space="preserve"> Identify and fully describe the facts relating to Plaintiff's knowledge concerning Defendant's use of and/or application to register Defendant's Mark, including the manner in which Plaintiff first obtained such knowledge and all persons involved.</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3:</w:t>
      </w:r>
      <w:r>
        <w:rPr>
          <w:rFonts w:ascii="Times New Roman" w:hAnsi="Times New Roman" w:eastAsia="Times New Roman" w:cs="Times New Roman"/>
          <w:b w:val="0"/>
          <w:sz w:val="24"/>
        </w:rPr>
        <w:t xml:space="preserve"> Identify and fully describe each type of product or service that was ever sold or offered for sale under Plaintiff's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4:</w:t>
      </w:r>
      <w:r>
        <w:rPr>
          <w:rFonts w:ascii="Times New Roman" w:hAnsi="Times New Roman" w:eastAsia="Times New Roman" w:cs="Times New Roman"/>
          <w:b w:val="0"/>
          <w:sz w:val="24"/>
        </w:rPr>
        <w:t xml:space="preserve"> For each of the goods and/or services identified in response to Interrogatory No. 4, for each year since Plaintiff began using Plaintiff's Mark, state the dollar amount of the annual sales of such goods and/or services and the dollar amount of annual advertising expenditures, and identify all documents sufficient to show these amounts.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5:</w:t>
      </w:r>
      <w:r>
        <w:rPr>
          <w:rFonts w:ascii="Times New Roman" w:hAnsi="Times New Roman" w:eastAsia="Times New Roman" w:cs="Times New Roman"/>
          <w:b w:val="0"/>
          <w:sz w:val="24"/>
        </w:rPr>
        <w:t xml:space="preserve"> Identify and fully describe all channels through which Plaintiff markets, advertises, and promotes its goods and/or services under Plaintiff's Mark, including, but not limited to, the names of newspapers, magazines, trade journals, or periodicals in which Plaintiff has advertised or intends to advertise its goods and/or services under Plaintiff's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6:</w:t>
      </w:r>
      <w:r>
        <w:rPr>
          <w:rFonts w:ascii="Times New Roman" w:hAnsi="Times New Roman" w:eastAsia="Times New Roman" w:cs="Times New Roman"/>
          <w:b w:val="0"/>
          <w:sz w:val="24"/>
        </w:rPr>
        <w:t xml:space="preserve"> Identify and fully describe the class(es), types, and characteristics of actual and potential purchasers of products or services under Plaintiff's Mark, including, without limitation, all documents concerning the age, income level, educational level, and gender of actual and potential purchasers.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7:</w:t>
      </w:r>
      <w:r>
        <w:rPr>
          <w:rFonts w:ascii="Times New Roman" w:hAnsi="Times New Roman" w:eastAsia="Times New Roman" w:cs="Times New Roman"/>
          <w:b w:val="0"/>
          <w:sz w:val="24"/>
        </w:rPr>
        <w:t xml:space="preserve"> Identify all facts concerning each search or investigation ever conducted by or on behalf of Plaintiff to determine whether other persons or entities have used or registered any name or mark similar to Plaintiff's Mark, or whether the use of Plaintiff's Mark would conflict with the rights of any person, including the date of each search, all records examined, and all persons involved in each search.</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8:</w:t>
      </w:r>
      <w:r>
        <w:rPr>
          <w:rFonts w:ascii="Times New Roman" w:hAnsi="Times New Roman" w:eastAsia="Times New Roman" w:cs="Times New Roman"/>
          <w:b w:val="0"/>
          <w:sz w:val="24"/>
        </w:rPr>
        <w:t xml:space="preserve"> Identify all objections communicated in any manner by or on behalf of Plaintiff concerning the use or registration of any name or mark similar to Plaintiff's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9:</w:t>
      </w:r>
      <w:r>
        <w:rPr>
          <w:rFonts w:ascii="Times New Roman" w:hAnsi="Times New Roman" w:eastAsia="Times New Roman" w:cs="Times New Roman"/>
          <w:b w:val="0"/>
          <w:sz w:val="24"/>
        </w:rPr>
        <w:t xml:space="preserve"> Identify all written or oral agreements concerning Plaintiff's Mark including, without limitation, all licenses, sublicenses, assignments, co-existence agreements, settlement agreements, partnership agreements, and joint venture agreements.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10:</w:t>
      </w:r>
      <w:r>
        <w:rPr>
          <w:rFonts w:ascii="Times New Roman" w:hAnsi="Times New Roman" w:eastAsia="Times New Roman" w:cs="Times New Roman"/>
          <w:b w:val="0"/>
          <w:sz w:val="24"/>
        </w:rPr>
        <w:t xml:space="preserve"> Identify and fully describe any communications concerning Defendant, Defendant's Mark, or Defendant's products, including, without limitation, Defendant's rights in Defendant's Mark, the distinctiveness of Defendant's Mark, and confusion with Defendant's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11:</w:t>
      </w:r>
      <w:r>
        <w:rPr>
          <w:rFonts w:ascii="Times New Roman" w:hAnsi="Times New Roman" w:eastAsia="Times New Roman" w:cs="Times New Roman"/>
          <w:b w:val="0"/>
          <w:sz w:val="24"/>
        </w:rPr>
        <w:t xml:space="preserve"> Identify and fully describe all trade channels through which products have been sold under Plaintiff's Mark, including retail stores, wholesale outlets, Internet websites, direct mail operations, or other trade channels, and specify the dates on which such products were sold and which of such stores are currently selling such products.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12:</w:t>
      </w:r>
      <w:r>
        <w:rPr>
          <w:rFonts w:ascii="Times New Roman" w:hAnsi="Times New Roman" w:eastAsia="Times New Roman" w:cs="Times New Roman"/>
          <w:b w:val="0"/>
          <w:sz w:val="24"/>
        </w:rPr>
        <w:t xml:space="preserve"> Identify and fully describe each instance in which Plaintiff or any person acting on Plaintiff's behalf received any communication, written or oral, from any person which demonstrates, suggests, or implies that the person or any other person believed or may have believed that Defendant, Defendant's Mark, or Defendant's products or services were approved or sponsored by, or connected, associated, or affiliated with Plaintiff, Plaintiff's Mark, and Plaintiff's products, including, without limitation, any instances where any person inquired about whether Defendant's products or services originate from Plaintiff, or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connection or relationship exists between Defendant, Defendant's Mark, or Defendant's products and services, on the one hand, and Plaintiff, Plaintiff's Mark, or Plaintiff's products, on the other hand, and identify all documents and things relating thereto.</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13:</w:t>
      </w:r>
      <w:r>
        <w:rPr>
          <w:rFonts w:ascii="Times New Roman" w:hAnsi="Times New Roman" w:eastAsia="Times New Roman" w:cs="Times New Roman"/>
          <w:b w:val="0"/>
          <w:sz w:val="24"/>
        </w:rPr>
        <w:t xml:space="preserve"> Identify all of Plaintiff's current and former clients and customers.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14:</w:t>
      </w:r>
      <w:r>
        <w:rPr>
          <w:rFonts w:ascii="Times New Roman" w:hAnsi="Times New Roman" w:eastAsia="Times New Roman" w:cs="Times New Roman"/>
          <w:b w:val="0"/>
          <w:sz w:val="24"/>
        </w:rPr>
        <w:t xml:space="preserve"> Identify all surveys, polls, investigations, evaluations, or other studies conducted by or on behalf of Plaintiff concerning whether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between Defendant's Mark and Plaintiff's Mark and/or any other issues that are relevant to the litigation (e.g., secondary meaning or non-genericness of Plaintiff's Mark), including the date conducted, the name and address of each person who conducted it, its purpose, the findings or conclusions, and identify all documents relating to such survey, poll, investigation, evaluation, or study.</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15:</w:t>
      </w:r>
      <w:r>
        <w:rPr>
          <w:rFonts w:ascii="Times New Roman" w:hAnsi="Times New Roman" w:eastAsia="Times New Roman" w:cs="Times New Roman"/>
          <w:b w:val="0"/>
          <w:sz w:val="24"/>
        </w:rPr>
        <w:t xml:space="preserve"> Identify all persons Plaintiff intends to use as witnesses in connection with any hearing or trial in this action, whether by live testimony, deposition testimony, affidavit or otherwise, and state the subject matter on which each person is expected to testify.</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16:</w:t>
      </w:r>
      <w:r>
        <w:rPr>
          <w:rFonts w:ascii="Times New Roman" w:hAnsi="Times New Roman" w:eastAsia="Times New Roman" w:cs="Times New Roman"/>
          <w:b w:val="0"/>
          <w:sz w:val="24"/>
        </w:rPr>
        <w:t xml:space="preserve"> Identify each person who provided answers or otherwise assisted in the preparation of answers to the foregoing Interrogatories, specifying the information which he or she provided.</w:t>
      </w:r>
    </w:p>
    <w:p>
      <w:pPr>
        <w:keepNext w:val="0"/>
        <w:spacing w:before="200" w:after="0" w:line="260" w:lineRule="exact"/>
        <w:ind w:left="720" w:right="0" w:firstLine="0"/>
        <w:jc w:val="right"/>
      </w:pPr>
      <w:r>
        <w:rPr>
          <w:rFonts w:ascii="Times New Roman" w:hAnsi="Times New Roman" w:eastAsia="Times New Roman" w:cs="Times New Roman"/>
          <w:b w:val="0"/>
          <w:sz w:val="24"/>
        </w:rPr>
        <w:t>DATED this [DATE].</w:t>
      </w:r>
    </w:p>
    <w:p>
      <w:pPr>
        <w:keepNext w:val="0"/>
        <w:spacing w:before="200" w:after="0" w:line="260" w:lineRule="exact"/>
        <w:ind w:left="72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720" w:right="0" w:firstLine="0"/>
        <w:jc w:val="left"/>
      </w:pPr>
      <w:r>
        <w:rPr>
          <w:rFonts w:ascii="Times New Roman" w:hAnsi="Times New Roman" w:eastAsia="Times New Roman" w:cs="Times New Roman"/>
          <w:b w:val="0"/>
          <w:sz w:val="24"/>
        </w:rPr>
        <w:t>[FIRM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 ADDRESS]</w:t>
      </w:r>
    </w:p>
    <w:p>
      <w:pPr>
        <w:keepNext w:val="0"/>
        <w:spacing w:before="200" w:after="0" w:line="260" w:lineRule="exact"/>
        <w:ind w:left="720" w:right="0" w:firstLine="0"/>
        <w:jc w:val="right"/>
      </w:pPr>
      <w:r>
        <w:rPr>
          <w:rFonts w:ascii="Times New Roman" w:hAnsi="Times New Roman" w:eastAsia="Times New Roman" w:cs="Times New Roman"/>
          <w:b w:val="0"/>
          <w:sz w:val="24"/>
        </w:rPr>
        <w:t>Attorneys for Plaintiff [PLAINTIFF'S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w:t>
      </w:r>
      <w:r>
        <w:rPr>
          <w:rFonts w:ascii="Times New Roman" w:hAnsi="Times New Roman" w:eastAsia="Times New Roman" w:cs="Times New Roman"/>
          <w:b/>
          <w:sz w:val="24"/>
        </w:rPr>
        <w:t>Defendant's First Set of Interrogatories to Plaintiff, Nos. 1–[END NUMBER]</w:t>
      </w:r>
      <w:r>
        <w:rPr>
          <w:rFonts w:ascii="Times New Roman" w:hAnsi="Times New Roman" w:eastAsia="Times New Roman" w:cs="Times New Roman"/>
          <w:b w:val="0"/>
          <w:sz w:val="24"/>
        </w:rPr>
        <w:t>,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