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Interview Release</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I, [name], the releasing party/interviewee, as of [date] (the "</w:t>
      </w:r>
      <w:r>
        <w:rPr>
          <w:rFonts w:ascii="Times New Roman" w:hAnsi="Times New Roman" w:eastAsia="Times New Roman" w:cs="Times New Roman"/>
          <w:b w:val="0"/>
          <w:sz w:val="24"/>
        </w:rPr>
        <w:t>Effective Date</w:t>
      </w:r>
      <w:r>
        <w:rPr>
          <w:rFonts w:ascii="Times New Roman" w:hAnsi="Times New Roman" w:eastAsia="Times New Roman" w:cs="Times New Roman"/>
          <w:b w:val="0"/>
          <w:sz w:val="24"/>
        </w:rPr>
        <w:t>") hereby grant to [company name] ("</w:t>
      </w:r>
      <w:r>
        <w:rPr>
          <w:rFonts w:ascii="Times New Roman" w:hAnsi="Times New Roman" w:eastAsia="Times New Roman" w:cs="Times New Roman"/>
          <w:b w:val="0"/>
          <w:sz w:val="24"/>
        </w:rPr>
        <w:t>Company</w:t>
      </w:r>
      <w:r>
        <w:rPr>
          <w:rFonts w:ascii="Times New Roman" w:hAnsi="Times New Roman" w:eastAsia="Times New Roman" w:cs="Times New Roman"/>
          <w:b w:val="0"/>
          <w:sz w:val="24"/>
        </w:rPr>
        <w:t>"), subject to the terms hereof, the exclusive right and license to photograph or otherwise record me, and to edit, use, and reproduce my image, performance, voice, and/or physical likeness, as well as my personal information, including but not limited to my name and biographical information (individually and collectively, my "</w:t>
      </w:r>
      <w:r>
        <w:rPr>
          <w:rFonts w:ascii="Times New Roman" w:hAnsi="Times New Roman" w:eastAsia="Times New Roman" w:cs="Times New Roman"/>
          <w:b w:val="0"/>
          <w:sz w:val="24"/>
        </w:rPr>
        <w:t>Likeness</w:t>
      </w:r>
      <w:r>
        <w:rPr>
          <w:rFonts w:ascii="Times New Roman" w:hAnsi="Times New Roman" w:eastAsia="Times New Roman" w:cs="Times New Roman"/>
          <w:b w:val="0"/>
          <w:sz w:val="24"/>
        </w:rPr>
        <w:t xml:space="preserve">"), in whole or in part, and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perpetual and worldwide basis, but only in connection with Company's production, distribution, advertising, and other exploitation of the interview that it will be conducting of me about my career on [applicable date of interview] (the "</w:t>
      </w:r>
      <w:r>
        <w:rPr>
          <w:rFonts w:ascii="Times New Roman" w:hAnsi="Times New Roman" w:eastAsia="Times New Roman" w:cs="Times New Roman"/>
          <w:b w:val="0"/>
          <w:sz w:val="24"/>
        </w:rPr>
        <w:t>Interview</w:t>
      </w:r>
      <w:r>
        <w:rPr>
          <w:rFonts w:ascii="Times New Roman" w:hAnsi="Times New Roman" w:eastAsia="Times New Roman" w:cs="Times New Roman"/>
          <w:b w:val="0"/>
          <w:sz w:val="24"/>
        </w:rPr>
        <w:t>") at the following time(s) and location(s): [applicable time(s) and location(s)].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Notwithstanding anything set forth herein to the contrary, Company will provide me with prior written approval rights in connection with any exploitation of the following elements of my Likeness: (1) any and all personal information provided hereunder (i.e., my name, biography, nickname, and/or other personal facts or information); and/or (2) any and all other pre-existing materials or information </w:t>
      </w:r>
      <w:r>
        <w:rPr>
          <w:rFonts w:ascii="Times New Roman" w:hAnsi="Times New Roman" w:eastAsia="Times New Roman" w:cs="Times New Roman"/>
          <w:b w:val="0"/>
          <w:sz w:val="24"/>
        </w:rPr>
        <w:t>not</w:t>
      </w:r>
      <w:r>
        <w:rPr>
          <w:rFonts w:ascii="Times New Roman" w:hAnsi="Times New Roman" w:eastAsia="Times New Roman" w:cs="Times New Roman"/>
          <w:b w:val="0"/>
          <w:sz w:val="24"/>
        </w:rPr>
        <w:t xml:space="preserve"> created specifically by Company hereunder in connection with the Interview (including without limitation photos, videos, and/or other materials, information, likenesses, and/or images).</w:t>
      </w:r>
    </w:p>
    <w:p>
      <w:pPr>
        <w:keepNext w:val="0"/>
        <w:spacing w:before="200" w:after="0" w:line="260" w:lineRule="exact"/>
        <w:ind w:left="360" w:right="0" w:firstLine="0"/>
        <w:jc w:val="both"/>
      </w:pPr>
      <w:r>
        <w:rPr>
          <w:rFonts w:ascii="Times New Roman" w:hAnsi="Times New Roman" w:eastAsia="Times New Roman" w:cs="Times New Roman"/>
          <w:b w:val="0"/>
          <w:sz w:val="24"/>
        </w:rPr>
        <w:t>I acknowledge and agree that Company will pay me, as full and complete consideration for all of my services in connection with the Interview and all of the rights herein granted, [amount] U.S. Dollars ($[xx]) (the "</w:t>
      </w:r>
      <w:r>
        <w:rPr>
          <w:rFonts w:ascii="Times New Roman" w:hAnsi="Times New Roman" w:eastAsia="Times New Roman" w:cs="Times New Roman"/>
          <w:b w:val="0"/>
          <w:sz w:val="24"/>
        </w:rPr>
        <w:t>Fee</w:t>
      </w:r>
      <w:r>
        <w:rPr>
          <w:rFonts w:ascii="Times New Roman" w:hAnsi="Times New Roman" w:eastAsia="Times New Roman" w:cs="Times New Roman"/>
          <w:b w:val="0"/>
          <w:sz w:val="24"/>
        </w:rPr>
        <w:t xml:space="preserve">"). This Interview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non-guild production and as such, there will be no residual or any other type of payment due in connection with my participation other than the Fee.</w:t>
      </w:r>
    </w:p>
    <w:p>
      <w:pPr>
        <w:keepNext w:val="0"/>
        <w:spacing w:before="200" w:after="0" w:line="260" w:lineRule="exact"/>
        <w:ind w:left="360" w:right="0" w:firstLine="0"/>
        <w:jc w:val="both"/>
      </w:pPr>
      <w:r>
        <w:rPr>
          <w:rFonts w:ascii="Times New Roman" w:hAnsi="Times New Roman" w:eastAsia="Times New Roman" w:cs="Times New Roman"/>
          <w:b w:val="0"/>
          <w:sz w:val="24"/>
        </w:rPr>
        <w:t>I agree that all rights in the video(s), recording(s) and/or picture(s) taken of me by or on behalf of Company specifically in connection with the Interview (the "</w:t>
      </w:r>
      <w:r>
        <w:rPr>
          <w:rFonts w:ascii="Times New Roman" w:hAnsi="Times New Roman" w:eastAsia="Times New Roman" w:cs="Times New Roman"/>
          <w:b w:val="0"/>
          <w:sz w:val="24"/>
        </w:rPr>
        <w:t>Materials</w:t>
      </w:r>
      <w:r>
        <w:rPr>
          <w:rFonts w:ascii="Times New Roman" w:hAnsi="Times New Roman" w:eastAsia="Times New Roman" w:cs="Times New Roman"/>
          <w:b w:val="0"/>
          <w:sz w:val="24"/>
        </w:rPr>
        <w:t xml:space="preserve">"), including all copyrights therein, shall be the sole and exclusive property of Company upon creation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work-made-for-hire (as such term is commonly understood pursuant to the U.S. Copyright Act (17 U.S.C. § 101 et seq.)). As such, and subject to the terms hereof, Company will have the exclusive right to use, and license or otherwise authorize others to use, the Materials, in any manner Company wishes and in any and all media now known or hereafter discovered or developed, in perpetuity and throughout the universe. In the event that any part of the Materials is found not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work-made-for-hire, then I agree to, and do hereby, assign and transfer all right, title, and interest in and to the Materials to Company for good and valuable consideration, the receipt of which I hereby acknowledge. Notwithstanding the foregoing, I shall, at all times, retain any and all ownership (and other intellectual property) rights in and to: (1) my name, biographical material, voice, and any and all other pre-existing personal information of any kind; and (2) photographs, recordings, videos, and/or other images of or including me and not taken by or on behalf of Company exclusively in connection with the Interview. To the extent that any and all such pre-existing, or independently created, materials or information are incorporated in the Materials, I hereby grant to Company the perpetual right to exploit any and all such materials or information, pursuant to the terms hereof, but only as incorporated in the Materials and Interview (without modification) and not separately and apart therefrom.</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acknowledge and agree that with respect to the Materials, Company shall have the right to create unlimited versions of varying lengths and in various languages (including English and Spanish), as well as the right to create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unrestricted number of edits, cut-downs, versions, variations, lifts, revisions and derivatives thereof; provided, however, that my Likeness (or any element thereof) will not be distorted, reproduced, edited, and/or used in connection with another person, entity, concept and/or idea of any kind, in whole or in part, which could reasonably: (1) create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misrepresentation about my identity (including without limitation my appearance, responses, or biographical information) and/or my opinions, mores, or beliefs of any kind; and/or (2) disparage or denigrate me in any way.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agreement is confidential. The releasing party may not share with any third party any information about the activities contemplated for hereunder unless required to do so in order to fulfill its obligations hereunder. THIS MEANS, WITHOUT LIMITATION, NO UPLOADING IMAGES OR VIDEOS, NO FACEBOOK UPDATES, NO TWEETS, NO BLOGGING, NO EMAILS, AND NO DISSEMINATION OF INFORMATION AND/OR IMAGERY BY ANY MEANS REGARDING THE INTERVIEW. IT IS FORBIDDEN TO TAKE ANY PICTURES, RECORD ANY AUDIO, OR CAPTURE ANY VIDEO ON OR NEAR THE INTERVIEW BY ANY MEANS WHATSOEVER. This confidentiality requirement shall not apply to: (1) information previously known and/or publicly disseminated prior to the Effective Date; (2) information independently discoverable without breach of any duty hereunder or otherwise; and/or (3) information required to be disclosed by law and/or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subpoena or other similar discovery request. I acknowledge and agree that any disclosure of such Confidential Information by me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release and shall cause Company irreparable injury. I further agree that in the event of any improper disclosure by me, I shall be liable to Company, and I agree that Company shall have the right to utilize all available remedies under the law, including both financial and injunctive relief, to seek retribution for any such breach.</w:t>
      </w:r>
    </w:p>
    <w:p>
      <w:pPr>
        <w:keepNext w:val="0"/>
        <w:spacing w:before="200" w:after="0" w:line="260" w:lineRule="exact"/>
        <w:ind w:left="360" w:right="0" w:firstLine="0"/>
        <w:jc w:val="both"/>
      </w:pPr>
      <w:r>
        <w:rPr>
          <w:rFonts w:ascii="Times New Roman" w:hAnsi="Times New Roman" w:eastAsia="Times New Roman" w:cs="Times New Roman"/>
          <w:b w:val="0"/>
          <w:sz w:val="24"/>
        </w:rPr>
        <w:t>Nothing herein will constitute any obligation on Company to make any use of any of the rights set forth herein.</w:t>
      </w:r>
    </w:p>
    <w:p>
      <w:pPr>
        <w:keepNext w:val="0"/>
        <w:spacing w:before="200" w:after="0" w:line="260" w:lineRule="exact"/>
        <w:ind w:left="360" w:right="0" w:firstLine="0"/>
        <w:jc w:val="both"/>
      </w:pPr>
      <w:r>
        <w:rPr>
          <w:rFonts w:ascii="Times New Roman" w:hAnsi="Times New Roman" w:eastAsia="Times New Roman" w:cs="Times New Roman"/>
          <w:b w:val="0"/>
          <w:sz w:val="24"/>
        </w:rPr>
        <w:t>I hereby irrevocably and unconditionally release, waive and forever discharge Company and its past, present and future parents, subsidiaries (whether or not wholly-owned), affiliates, divisions, agents, representatives, employees, successors and assigns, jointly and individually (hereinafter collectively referred to as "</w:t>
      </w:r>
      <w:r>
        <w:rPr>
          <w:rFonts w:ascii="Times New Roman" w:hAnsi="Times New Roman" w:eastAsia="Times New Roman" w:cs="Times New Roman"/>
          <w:b w:val="0"/>
          <w:sz w:val="24"/>
        </w:rPr>
        <w:t>Releasees</w:t>
      </w:r>
      <w:r>
        <w:rPr>
          <w:rFonts w:ascii="Times New Roman" w:hAnsi="Times New Roman" w:eastAsia="Times New Roman" w:cs="Times New Roman"/>
          <w:b w:val="0"/>
          <w:sz w:val="24"/>
        </w:rPr>
        <w:t>"), from any and all manner of liabilities, claims and demands of any kind or nature, whatsoever, in law or equity, whether known or unknown, which I (or my assigns, agents and/or representatives) ever had, now have, or in the future may have, against the Releasees, including, but not limited to, claims arising out of or related to Company's authorized exploitation of its rights hereunder, including without limitation, claims in the nature of copyright infringement, defamation, disparagement, slander, false light, violation of the right of privacy or publicity, or the like. I hereby waive California Civil Code Section 1542 or similar laws of other jurisdictions in connection herewith.</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represent and warrant that: (1) all information I am, and will be, providing to Company in connection with this release and the Interview is valid, true and accurate; (2) any statement made by me during my participation in the Interview will not violate or infringe upon any third party's rights; and (3) I am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any agreement that would in any way hinder my ability to provide the consents and grant of rights contained herein.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agree not to enjoin Company's exploitation of the Materials and/or the Interview in general, and in the event of any breach hereunder by Company, I shall be restricted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at law for monetary damages.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release sets forth the entire agreement of the parties with respect to the subject matter hereof and supersedes any and all prior or contemporaneous communications, representations, discussions, negotiations, understandings, and/or agreements relating to the subject matter, whether oral, written, electronic, or otherwise. This release may not be modified except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both parties. If any provision of this release is determined to be invalid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such determination shall in no way affect the validity or enforceability of any other provision herein.</w:t>
      </w:r>
    </w:p>
    <w:p>
      <w:pPr>
        <w:keepNext w:val="0"/>
        <w:spacing w:before="200" w:after="0" w:line="260" w:lineRule="exact"/>
        <w:ind w:left="360" w:right="0" w:firstLine="0"/>
        <w:jc w:val="both"/>
      </w:pPr>
      <w:r>
        <w:rPr>
          <w:rFonts w:ascii="Times New Roman" w:hAnsi="Times New Roman" w:eastAsia="Times New Roman" w:cs="Times New Roman"/>
          <w:b w:val="0"/>
          <w:sz w:val="24"/>
        </w:rPr>
        <w:t>I certify that I have read this consent and release, fully understand its contents and intend to be legally bound to it. I am eighteen (18) years old or older, and therefore I legally have the right to grant the rights herein granted. This release shall be governed by the laws of the State of [state], without regard to its conflict of laws principles.</w:t>
      </w:r>
    </w:p>
    <w:p>
      <w:pPr>
        <w:keepNext w:val="0"/>
        <w:spacing w:before="200" w:after="0" w:line="260" w:lineRule="exact"/>
        <w:ind w:left="360" w:right="0" w:firstLine="0"/>
        <w:jc w:val="both"/>
      </w:pPr>
      <w:r>
        <w:rPr>
          <w:rFonts w:ascii="Times New Roman" w:hAnsi="Times New Roman" w:eastAsia="Times New Roman" w:cs="Times New Roman"/>
          <w:b w:val="0"/>
          <w:sz w:val="24"/>
        </w:rPr>
        <w:t>By executing where indicated below, each party agrees to the terms and conditions set forth above as of the Effective Date.</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releasing party]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Address: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[full legal name of company]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