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Invention Disclosure Questionnaire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agreement requires the disclosure to the company of all inventions you conceive during the course of your employment. The purpose of this Invention Disclosure Questionnaire form is to provide you, the inventor(s),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provide basic information regarding your invention to the intellectual property legal team in order for them to determine whether to seek intellectual property protection. That team will consider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 variety of potential protections, including formal patent applications, copyright registrations, trademark applications, as well as trade secret protection. You may be required to complete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Invention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Please provide your answers as accurately as possible, and feel free to add additional pages if you wish to include more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the Invention.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of the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descriptive title which conveys the nature of the invention.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the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invention in several sentences, identifying what you consider to be important aspects of the invention, and/or the important improvements over the existing state of the art.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Detailed Description of the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detailed description of the invention. This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manuscript ready for publishing, but should instead include all information regarding the problem you intended to solve and how it was solved. Include your initial conception of the invention, the experiments and other steps you took in completing the invention (including failed experiments), and how the invention works and what it accomplishes. Include discussion of advantages and disadvantages (if any), competitive or alternative products available in the field, and any articles, patents, or other publications you believe will help in understanding the state of the art in which you invented, the existing problems you solved, and additional problems you intend to solve. This will assist in reviewing your invention for intellectual property protection.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Reliance on and Collaboration with Others.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describe and discuss the work of others on which you relied in completing your invention. If you learned of such other work through patents or publications please provide such references. If any proprietary materials were obtained or used in the work leading to completing your invention, identify such materials and provide any agreements entered into related to obtaining such materials.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identify any agreements with third parties that may bear on further disclosure of the invention or ownership of the invention by the company, such as joint development agreements, sponsored research agreements, confidentiality agreements, non-disclosure agreements, and the like.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Please identify all sources of funding for the project leading to the invention, including governmental sources, company sources, departmental sources, etc. If any budgeted funds remain unspent please identify such funds.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Future Improvements.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Please discuss additional development of the invention, that is, improvements and other modifications and alternatives you believe are appropriate for the invention. If you are currently engaged in working on such additional improvements or modifications, please describe and estimate when you believe the work will be completed.</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Dates and Times.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Conception of the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the date you first conceived of the invention. Please note whether you have any documentation of such conception, such as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 notebook, other contemporaneous documents, or emails. Was the invention pursued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directive from or request by the company? If so, please provide any documentation of such.</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Reduction to Practice of the Invention.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provide the date you first completed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version of important parts of the invention as well as the date you first completed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working version of the complete invention. Please note whether you have any documentation of such conception, such as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 notebook, other contemporaneous documents, or emails.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this Invention Disclosure Questionnaire, has the invention been disclosed to other employees of the company who are not co-inventors? Please provide the date you made such disclosures, as well as the extent to which the disclosure related to the entire invention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smaller part thereof.</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this Invention Disclosure Questionnaire, has the invention been disclosed to anyone not employed by the company? Examples include submissions for publications, abstracts, presentations for conferences, etc., and written or oral disclosures to any other person. Please provide the dates such disclosures were made, as well as the extent to which the disclosure related to the entire invention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smaller part thereof.</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you have plans to submit disclosures outside the company, such as for publication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journal or for presentation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conference? Please identify any such planned or anticipated disclosures.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Commercialization of the Invention.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the extent you have considered or planned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product, please identify such products. You may also discuss future products as well as alternative products which may make use of the invention.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Competitive 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Please identify any products on the market, or products you believe will be entering the market, with which the invention will compete.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Potential Investors, Partners, or Licensees.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Please identify any third parties you believe would likely be interested in partnering, investing, venturing, or licensing the invention.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Inventors.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Your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your contact information, including your name, company address and phone, home address and phone, and email address. Please identify the department or division in which you are employed.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Inventors’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the contact information for other collaborators whom you believe may be considered coinventors. Include as much contact information as you have. Please identify the department or division in which they are employed. If appropriate, please also note the portion(s) of the invention the coinventors contributed to.</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