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Inventor Deposition Outline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Administrative.</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possible, introduce yourself informally before going on the record, to try to put the witness at ease.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Ask the court reporter to go on the record and swear in the witness.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Introduce yourself on the record:</w:t>
      </w:r>
      <w:r>
        <w:rPr>
          <w:rFonts w:ascii="Times New Roman" w:hAnsi="Times New Roman" w:eastAsia="Times New Roman" w:cs="Times New Roman"/>
          <w:b w:val="0"/>
          <w:sz w:val="24"/>
        </w:rPr>
        <w:t xml:space="preserve"> Good morning/afternoon, [Mr./Ms./Dr. witness name]. My name is [attorney name], with [law firm name], and we just met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few minutes ago. I'm one of the attorneys for [party name].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you being represented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today?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Who is representing you?</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Instructions</w:t>
      </w:r>
    </w:p>
    <w:p>
      <w:pPr>
        <w:keepNext w:val="0"/>
        <w:spacing w:before="200" w:after="0" w:line="260" w:lineRule="exact"/>
        <w:ind w:left="1080" w:right="0" w:firstLine="0"/>
        <w:jc w:val="both"/>
      </w:pPr>
      <w:r>
        <w:rPr>
          <w:rFonts w:ascii="Times New Roman" w:hAnsi="Times New Roman" w:eastAsia="Times New Roman" w:cs="Times New Roman"/>
          <w:b w:val="0"/>
          <w:sz w:val="24"/>
        </w:rPr>
        <w:t>• [Witness name], you understand that you are being deposed today in the case of [case name]; correct?</w:t>
      </w:r>
    </w:p>
    <w:p>
      <w:pPr>
        <w:keepNext w:val="0"/>
        <w:spacing w:before="200" w:after="0" w:line="260" w:lineRule="exact"/>
        <w:ind w:left="1080" w:right="0" w:firstLine="0"/>
        <w:jc w:val="both"/>
      </w:pPr>
      <w:r>
        <w:rPr>
          <w:rFonts w:ascii="Times New Roman" w:hAnsi="Times New Roman" w:eastAsia="Times New Roman" w:cs="Times New Roman"/>
          <w:b w:val="0"/>
          <w:sz w:val="24"/>
        </w:rPr>
        <w:t>• Before we get started, I have some instructions for you to help the deposition go more smoothly.</w:t>
      </w:r>
    </w:p>
    <w:p>
      <w:pPr>
        <w:keepNext w:val="0"/>
        <w:spacing w:before="200" w:after="0" w:line="260" w:lineRule="exact"/>
        <w:ind w:left="1440" w:right="0" w:firstLine="0"/>
        <w:jc w:val="both"/>
      </w:pPr>
      <w:r>
        <w:rPr>
          <w:rFonts w:ascii="Times New Roman" w:hAnsi="Times New Roman" w:eastAsia="Times New Roman" w:cs="Times New Roman"/>
          <w:b w:val="0"/>
          <w:sz w:val="24"/>
        </w:rPr>
        <w:t>○ First, In your deposition today, I am going to be asking you questions, and you are going to be answering those questions under oath. Do you understand?</w:t>
      </w:r>
    </w:p>
    <w:p>
      <w:pPr>
        <w:keepNext w:val="0"/>
        <w:spacing w:before="200" w:after="0" w:line="260" w:lineRule="exact"/>
        <w:ind w:left="1440" w:right="0" w:firstLine="0"/>
        <w:jc w:val="both"/>
      </w:pPr>
      <w:r>
        <w:rPr>
          <w:rFonts w:ascii="Times New Roman" w:hAnsi="Times New Roman" w:eastAsia="Times New Roman" w:cs="Times New Roman"/>
          <w:b w:val="0"/>
          <w:sz w:val="24"/>
        </w:rPr>
        <w:t>○ You also understand that you have been sworn to tell the truth, and the effect is the same as if you were testifying in court; correct?</w:t>
      </w:r>
    </w:p>
    <w:p>
      <w:pPr>
        <w:keepNext w:val="0"/>
        <w:spacing w:before="200" w:after="0" w:line="260" w:lineRule="exact"/>
        <w:ind w:left="1440" w:right="0" w:firstLine="0"/>
        <w:jc w:val="both"/>
      </w:pPr>
      <w:r>
        <w:rPr>
          <w:rFonts w:ascii="Times New Roman" w:hAnsi="Times New Roman" w:eastAsia="Times New Roman" w:cs="Times New Roman"/>
          <w:b w:val="0"/>
          <w:sz w:val="24"/>
        </w:rPr>
        <w:t>○ The court reporter will be taking down everything that is being said here today, so it's important that we don't talk over each other. Instead, you should wait until I finish my question before you start your answer, and I will wait until you finish your answer before starting my next question. Do you understand?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It's also important for you to answer my questions audibly, using words instead of gestures. For example,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calls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"yes" or "no" answer, you should say "yes" or "no" rather than nodding or shaking your head. Do you understand?</w:t>
      </w:r>
    </w:p>
    <w:p>
      <w:pPr>
        <w:keepNext w:val="0"/>
        <w:spacing w:before="200" w:after="0" w:line="260" w:lineRule="exact"/>
        <w:ind w:left="1440" w:right="0" w:firstLine="0"/>
        <w:jc w:val="both"/>
      </w:pPr>
      <w:r>
        <w:rPr>
          <w:rFonts w:ascii="Times New Roman" w:hAnsi="Times New Roman" w:eastAsia="Times New Roman" w:cs="Times New Roman"/>
          <w:b w:val="0"/>
          <w:sz w:val="24"/>
        </w:rPr>
        <w:t>○ You also should avoid using "uh huh" or "huh uh" in your answers, because that can be difficult for the court reporter to distinguish. Is that clear?</w:t>
      </w:r>
    </w:p>
    <w:p>
      <w:pPr>
        <w:keepNext w:val="0"/>
        <w:spacing w:before="200" w:after="0" w:line="260" w:lineRule="exact"/>
        <w:ind w:left="1440" w:right="0" w:firstLine="0"/>
        <w:jc w:val="both"/>
      </w:pPr>
      <w:r>
        <w:rPr>
          <w:rFonts w:ascii="Times New Roman" w:hAnsi="Times New Roman" w:eastAsia="Times New Roman" w:cs="Times New Roman"/>
          <w:b w:val="0"/>
          <w:sz w:val="24"/>
        </w:rPr>
        <w:t>○ If any question that I ask you is unclear in any way, please let me know so I can rephrase the question. Do you understand that?</w:t>
      </w:r>
    </w:p>
    <w:p>
      <w:pPr>
        <w:keepNext w:val="0"/>
        <w:spacing w:before="200" w:after="0" w:line="260" w:lineRule="exact"/>
        <w:ind w:left="1440" w:right="0" w:firstLine="0"/>
        <w:jc w:val="both"/>
      </w:pPr>
      <w:r>
        <w:rPr>
          <w:rFonts w:ascii="Times New Roman" w:hAnsi="Times New Roman" w:eastAsia="Times New Roman" w:cs="Times New Roman"/>
          <w:b w:val="0"/>
          <w:sz w:val="24"/>
        </w:rPr>
        <w:t>○ You should not guess when responding to my questions, but you can provide estimates based on your best recollection, if that is appropriate. Do you understand?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 will be taking breaks periodically during this deposition, and if you feel you need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 to use the restroom or for another reason, please ask. However,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is pending to you, I ask that you answer the question before we take the break. Do you understand that?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Other attorneys may be making objections today, which are for the judge to consider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 You are required to answer my questions, even if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unless your attorney instructs you not to answer. Is that clear?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this deposition is over, the court reporter will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transcript that contains all the questions, answers and objections. At that point, you will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review the transcript and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changes. Do you understand that?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Biographic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Please state your full name.</w:t>
      </w:r>
    </w:p>
    <w:p>
      <w:pPr>
        <w:keepNext w:val="0"/>
        <w:spacing w:before="200" w:after="0" w:line="260" w:lineRule="exact"/>
        <w:ind w:left="1440" w:right="0" w:firstLine="0"/>
        <w:jc w:val="both"/>
      </w:pPr>
      <w:r>
        <w:rPr>
          <w:rFonts w:ascii="Times New Roman" w:hAnsi="Times New Roman" w:eastAsia="Times New Roman" w:cs="Times New Roman"/>
          <w:b w:val="0"/>
          <w:sz w:val="24"/>
        </w:rPr>
        <w:t>○ Have you ever used any other names? What other names have you used?</w:t>
      </w:r>
    </w:p>
    <w:p>
      <w:pPr>
        <w:keepNext w:val="0"/>
        <w:spacing w:before="200" w:after="0" w:line="260" w:lineRule="exact"/>
        <w:ind w:left="1440" w:right="0" w:firstLine="0"/>
        <w:jc w:val="both"/>
      </w:pPr>
      <w:r>
        <w:rPr>
          <w:rFonts w:ascii="Times New Roman" w:hAnsi="Times New Roman" w:eastAsia="Times New Roman" w:cs="Times New Roman"/>
          <w:b w:val="0"/>
          <w:sz w:val="24"/>
        </w:rPr>
        <w:t>○ Do you have any nicknames? What are they?</w:t>
      </w:r>
    </w:p>
    <w:p>
      <w:pPr>
        <w:keepNext w:val="0"/>
        <w:spacing w:before="200" w:after="0" w:line="260" w:lineRule="exact"/>
        <w:ind w:left="1440" w:right="0" w:firstLine="0"/>
        <w:jc w:val="both"/>
      </w:pPr>
      <w:r>
        <w:rPr>
          <w:rFonts w:ascii="Times New Roman" w:hAnsi="Times New Roman" w:eastAsia="Times New Roman" w:cs="Times New Roman"/>
          <w:b w:val="0"/>
          <w:sz w:val="24"/>
        </w:rPr>
        <w:t>○ Are you known to your coworkers by any other names?</w:t>
      </w:r>
    </w:p>
    <w:p>
      <w:pPr>
        <w:keepNext w:val="0"/>
        <w:spacing w:before="200" w:after="0" w:line="260" w:lineRule="exact"/>
        <w:ind w:left="1080" w:right="0" w:firstLine="0"/>
        <w:jc w:val="both"/>
      </w:pPr>
      <w:r>
        <w:rPr>
          <w:rFonts w:ascii="Times New Roman" w:hAnsi="Times New Roman" w:eastAsia="Times New Roman" w:cs="Times New Roman"/>
          <w:b w:val="0"/>
          <w:sz w:val="24"/>
        </w:rPr>
        <w:t>• What is your date of birth?</w:t>
      </w:r>
    </w:p>
    <w:p>
      <w:pPr>
        <w:keepNext w:val="0"/>
        <w:spacing w:before="200" w:after="0" w:line="260" w:lineRule="exact"/>
        <w:ind w:left="1080" w:right="0" w:firstLine="0"/>
        <w:jc w:val="both"/>
      </w:pPr>
      <w:r>
        <w:rPr>
          <w:rFonts w:ascii="Times New Roman" w:hAnsi="Times New Roman" w:eastAsia="Times New Roman" w:cs="Times New Roman"/>
          <w:b w:val="0"/>
          <w:sz w:val="24"/>
        </w:rPr>
        <w:t>• Where do you live? / What is your home address?</w:t>
      </w:r>
    </w:p>
    <w:p>
      <w:pPr>
        <w:keepNext w:val="0"/>
        <w:spacing w:before="200" w:after="0" w:line="260" w:lineRule="exact"/>
        <w:ind w:left="1080" w:right="0" w:firstLine="0"/>
        <w:jc w:val="both"/>
      </w:pPr>
      <w:r>
        <w:rPr>
          <w:rFonts w:ascii="Times New Roman" w:hAnsi="Times New Roman" w:eastAsia="Times New Roman" w:cs="Times New Roman"/>
          <w:b w:val="0"/>
          <w:sz w:val="24"/>
        </w:rPr>
        <w:t>• What is your occupation?</w:t>
      </w:r>
    </w:p>
    <w:p>
      <w:pPr>
        <w:keepNext w:val="0"/>
        <w:spacing w:before="200" w:after="0" w:line="260" w:lineRule="exact"/>
        <w:ind w:left="1440" w:right="0" w:firstLine="0"/>
        <w:jc w:val="both"/>
      </w:pPr>
      <w:r>
        <w:rPr>
          <w:rFonts w:ascii="Times New Roman" w:hAnsi="Times New Roman" w:eastAsia="Times New Roman" w:cs="Times New Roman"/>
          <w:b w:val="0"/>
          <w:sz w:val="24"/>
        </w:rPr>
        <w:t>○ For whom do you work?</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work address?</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work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 Do you have any personal e-mail addresses?</w:t>
      </w:r>
    </w:p>
    <w:p>
      <w:pPr>
        <w:keepNext w:val="0"/>
        <w:spacing w:before="200" w:after="0" w:line="260" w:lineRule="exact"/>
        <w:ind w:left="1440" w:right="0" w:firstLine="0"/>
        <w:jc w:val="both"/>
      </w:pPr>
      <w:r>
        <w:rPr>
          <w:rFonts w:ascii="Times New Roman" w:hAnsi="Times New Roman" w:eastAsia="Times New Roman" w:cs="Times New Roman"/>
          <w:b w:val="0"/>
          <w:sz w:val="24"/>
        </w:rPr>
        <w:t>○ What is/are your personal e-mail address(es)?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Is there any reason,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physical or mental condition, unusual stress, or being under the influence of any substances, that would prevent you from answering my questions fully and truthfully today?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Preliminary Questions.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Deposition Experience</w:t>
      </w:r>
    </w:p>
    <w:p>
      <w:pPr>
        <w:keepNext w:val="0"/>
        <w:spacing w:before="200" w:after="0" w:line="260" w:lineRule="exact"/>
        <w:ind w:left="1080" w:right="0" w:firstLine="0"/>
        <w:jc w:val="both"/>
      </w:pPr>
      <w:r>
        <w:rPr>
          <w:rFonts w:ascii="Times New Roman" w:hAnsi="Times New Roman" w:eastAsia="Times New Roman" w:cs="Times New Roman"/>
          <w:b w:val="0"/>
          <w:sz w:val="24"/>
        </w:rPr>
        <w:t>• Have you ever had your deposition taken before?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How many times?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prior deposition of the inventor:</w:t>
      </w:r>
    </w:p>
    <w:p>
      <w:pPr>
        <w:keepNext w:val="0"/>
        <w:spacing w:before="200" w:after="0" w:line="260" w:lineRule="exact"/>
        <w:ind w:left="1440" w:right="0" w:firstLine="0"/>
        <w:jc w:val="both"/>
      </w:pPr>
      <w:r>
        <w:rPr>
          <w:rFonts w:ascii="Times New Roman" w:hAnsi="Times New Roman" w:eastAsia="Times New Roman" w:cs="Times New Roman"/>
          <w:b w:val="0"/>
          <w:sz w:val="24"/>
        </w:rPr>
        <w:t>○ When was the [first, second, third, etc.] time you had your deposition taken?</w:t>
      </w:r>
    </w:p>
    <w:p>
      <w:pPr>
        <w:keepNext w:val="0"/>
        <w:spacing w:before="200" w:after="0" w:line="260" w:lineRule="exact"/>
        <w:ind w:left="1440" w:right="0" w:firstLine="0"/>
        <w:jc w:val="both"/>
      </w:pPr>
      <w:r>
        <w:rPr>
          <w:rFonts w:ascii="Times New Roman" w:hAnsi="Times New Roman" w:eastAsia="Times New Roman" w:cs="Times New Roman"/>
          <w:b w:val="0"/>
          <w:sz w:val="24"/>
        </w:rPr>
        <w:t>○ What was the case about?</w:t>
      </w:r>
    </w:p>
    <w:p>
      <w:pPr>
        <w:keepNext w:val="0"/>
        <w:spacing w:before="200" w:after="0" w:line="260" w:lineRule="exact"/>
        <w:ind w:left="1440" w:right="0" w:firstLine="0"/>
        <w:jc w:val="both"/>
      </w:pPr>
      <w:r>
        <w:rPr>
          <w:rFonts w:ascii="Times New Roman" w:hAnsi="Times New Roman" w:eastAsia="Times New Roman" w:cs="Times New Roman"/>
          <w:b w:val="0"/>
          <w:sz w:val="24"/>
        </w:rPr>
        <w:t>○ Who were the parties to the case?</w:t>
      </w:r>
    </w:p>
    <w:p>
      <w:pPr>
        <w:keepNext w:val="0"/>
        <w:spacing w:before="200" w:after="0" w:line="260" w:lineRule="exact"/>
        <w:ind w:left="1440" w:right="0" w:firstLine="0"/>
        <w:jc w:val="both"/>
      </w:pPr>
      <w:r>
        <w:rPr>
          <w:rFonts w:ascii="Times New Roman" w:hAnsi="Times New Roman" w:eastAsia="Times New Roman" w:cs="Times New Roman"/>
          <w:b w:val="0"/>
          <w:sz w:val="24"/>
        </w:rPr>
        <w:t>○ What was your relationship to the parties in the case?</w:t>
      </w:r>
    </w:p>
    <w:p>
      <w:pPr>
        <w:keepNext w:val="0"/>
        <w:spacing w:before="200" w:after="0" w:line="260" w:lineRule="exact"/>
        <w:ind w:left="1440" w:right="0" w:firstLine="0"/>
        <w:jc w:val="both"/>
      </w:pPr>
      <w:r>
        <w:rPr>
          <w:rFonts w:ascii="Times New Roman" w:hAnsi="Times New Roman" w:eastAsia="Times New Roman" w:cs="Times New Roman"/>
          <w:b w:val="0"/>
          <w:sz w:val="24"/>
        </w:rPr>
        <w:t>○ What information were you asked about at your deposition?</w:t>
      </w:r>
    </w:p>
    <w:p>
      <w:pPr>
        <w:keepNext w:val="0"/>
        <w:spacing w:before="200" w:after="0" w:line="260" w:lineRule="exact"/>
        <w:ind w:left="1440" w:right="0" w:firstLine="0"/>
        <w:jc w:val="both"/>
      </w:pPr>
      <w:r>
        <w:rPr>
          <w:rFonts w:ascii="Times New Roman" w:hAnsi="Times New Roman" w:eastAsia="Times New Roman" w:cs="Times New Roman"/>
          <w:b w:val="0"/>
          <w:sz w:val="24"/>
        </w:rPr>
        <w:t>○ Do you know what happened in the case after your deposition was taken?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happened? (E.g., the case settled, or it went to trial and the inventor did/did not testify at the trial.)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Ask follow-up questions as appropriate to elicit information about the underlying facts of the prior litigation, how the litigation was resolved, and the substance of the inventor's deposition and/or trial testimony. For example, if the inventor testified in his/her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named inventor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 consider asking about the invention disclosed in the patent, any commercial embodiments, etc. If the inventor testified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witness, consider asking about his/her expert opinions in the case.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Preparation</w:t>
      </w:r>
    </w:p>
    <w:p>
      <w:pPr>
        <w:keepNext w:val="0"/>
        <w:spacing w:before="200" w:after="0" w:line="260" w:lineRule="exact"/>
        <w:ind w:left="1080" w:right="0" w:firstLine="0"/>
        <w:jc w:val="both"/>
      </w:pPr>
      <w:r>
        <w:rPr>
          <w:rFonts w:ascii="Times New Roman" w:hAnsi="Times New Roman" w:eastAsia="Times New Roman" w:cs="Times New Roman"/>
          <w:b w:val="0"/>
          <w:sz w:val="24"/>
        </w:rPr>
        <w:t>• When did you first learn that your deposition would be taken in this case?</w:t>
      </w:r>
    </w:p>
    <w:p>
      <w:pPr>
        <w:keepNext w:val="0"/>
        <w:spacing w:before="200" w:after="0" w:line="260" w:lineRule="exact"/>
        <w:ind w:left="1080" w:right="0" w:firstLine="0"/>
        <w:jc w:val="both"/>
      </w:pPr>
      <w:r>
        <w:rPr>
          <w:rFonts w:ascii="Times New Roman" w:hAnsi="Times New Roman" w:eastAsia="Times New Roman" w:cs="Times New Roman"/>
          <w:b w:val="0"/>
          <w:sz w:val="24"/>
        </w:rPr>
        <w:t>• How did you learn that your deposition would be taken in this case?</w:t>
      </w:r>
    </w:p>
    <w:p>
      <w:pPr>
        <w:keepNext w:val="0"/>
        <w:spacing w:before="200" w:after="0" w:line="260" w:lineRule="exact"/>
        <w:ind w:left="1080" w:right="0" w:firstLine="0"/>
        <w:jc w:val="both"/>
      </w:pPr>
      <w:r>
        <w:rPr>
          <w:rFonts w:ascii="Times New Roman" w:hAnsi="Times New Roman" w:eastAsia="Times New Roman" w:cs="Times New Roman"/>
          <w:b w:val="0"/>
          <w:sz w:val="24"/>
        </w:rPr>
        <w:t>• Did you do anything to prepare for this deposition? What did you do to prepare?</w:t>
      </w:r>
    </w:p>
    <w:p>
      <w:pPr>
        <w:keepNext w:val="0"/>
        <w:spacing w:before="200" w:after="0" w:line="260" w:lineRule="exact"/>
        <w:ind w:left="1440" w:right="0" w:firstLine="0"/>
        <w:jc w:val="both"/>
      </w:pPr>
      <w:r>
        <w:rPr>
          <w:rFonts w:ascii="Times New Roman" w:hAnsi="Times New Roman" w:eastAsia="Times New Roman" w:cs="Times New Roman"/>
          <w:b w:val="0"/>
          <w:sz w:val="24"/>
        </w:rPr>
        <w:t>○ Did you review any documents to prepare for your deposition?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documents pertaining to the case have you reviewed?</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 review those documents?</w:t>
      </w:r>
    </w:p>
    <w:p>
      <w:pPr>
        <w:keepNext w:val="0"/>
        <w:spacing w:before="200" w:after="0" w:line="260" w:lineRule="exact"/>
        <w:ind w:left="1440" w:right="0" w:firstLine="0"/>
        <w:jc w:val="both"/>
      </w:pPr>
      <w:r>
        <w:rPr>
          <w:rFonts w:ascii="Times New Roman" w:hAnsi="Times New Roman" w:eastAsia="Times New Roman" w:cs="Times New Roman"/>
          <w:b w:val="0"/>
          <w:sz w:val="24"/>
        </w:rPr>
        <w:t>○ Did you review any documents concerning this case outside of preparing for your deposition?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documents pertaining to the case have you reviewed?</w:t>
      </w:r>
    </w:p>
    <w:p>
      <w:pPr>
        <w:keepNext w:val="0"/>
        <w:spacing w:before="200" w:after="0" w:line="260" w:lineRule="exact"/>
        <w:ind w:left="1800" w:right="0" w:firstLine="0"/>
        <w:jc w:val="both"/>
      </w:pPr>
      <w:r>
        <w:rPr>
          <w:rFonts w:ascii="Times New Roman" w:hAnsi="Times New Roman" w:eastAsia="Times New Roman" w:cs="Times New Roman"/>
          <w:b w:val="0"/>
          <w:sz w:val="24"/>
        </w:rPr>
        <w:t>▪ How did you select which documents to review?</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 review those documents?</w:t>
      </w:r>
    </w:p>
    <w:p>
      <w:pPr>
        <w:keepNext w:val="0"/>
        <w:spacing w:before="200" w:after="0" w:line="260" w:lineRule="exact"/>
        <w:ind w:left="1440" w:right="0" w:firstLine="0"/>
        <w:jc w:val="both"/>
      </w:pPr>
      <w:r>
        <w:rPr>
          <w:rFonts w:ascii="Times New Roman" w:hAnsi="Times New Roman" w:eastAsia="Times New Roman" w:cs="Times New Roman"/>
          <w:b w:val="0"/>
          <w:sz w:val="24"/>
        </w:rPr>
        <w:t>○ Did you meet with any attorneys to prepare for this deposition?</w:t>
      </w:r>
    </w:p>
    <w:p>
      <w:pPr>
        <w:keepNext w:val="0"/>
        <w:spacing w:before="200" w:after="0" w:line="260" w:lineRule="exact"/>
        <w:ind w:left="1800" w:right="0" w:firstLine="0"/>
        <w:jc w:val="both"/>
      </w:pPr>
      <w:r>
        <w:rPr>
          <w:rFonts w:ascii="Times New Roman" w:hAnsi="Times New Roman" w:eastAsia="Times New Roman" w:cs="Times New Roman"/>
          <w:b w:val="0"/>
          <w:sz w:val="24"/>
        </w:rPr>
        <w:t>▪ Who are the attorneys that you met with?</w:t>
      </w:r>
    </w:p>
    <w:p>
      <w:pPr>
        <w:keepNext w:val="0"/>
        <w:spacing w:before="200" w:after="0" w:line="260" w:lineRule="exact"/>
        <w:ind w:left="1800" w:right="0" w:firstLine="0"/>
        <w:jc w:val="both"/>
      </w:pPr>
      <w:r>
        <w:rPr>
          <w:rFonts w:ascii="Times New Roman" w:hAnsi="Times New Roman" w:eastAsia="Times New Roman" w:cs="Times New Roman"/>
          <w:b w:val="0"/>
          <w:sz w:val="24"/>
        </w:rPr>
        <w:t>▪ How many times did you meet with attorneys to prepare for this deposition?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meeting:</w:t>
      </w:r>
      <w:r>
        <w:rPr>
          <w:rFonts w:ascii="Times New Roman" w:hAnsi="Times New Roman" w:eastAsia="Times New Roman" w:cs="Times New Roman"/>
          <w:b w:val="0"/>
          <w:sz w:val="24"/>
        </w:rPr>
        <w:t xml:space="preserve"> When did you meet with the attorneys to prepare for this deposition?</w:t>
      </w:r>
    </w:p>
    <w:p>
      <w:pPr>
        <w:keepNext w:val="0"/>
        <w:spacing w:before="200" w:after="0" w:line="260" w:lineRule="exact"/>
        <w:ind w:left="2160" w:right="0" w:firstLine="0"/>
        <w:jc w:val="both"/>
      </w:pPr>
      <w:r>
        <w:rPr>
          <w:rFonts w:ascii="Times New Roman" w:hAnsi="Times New Roman" w:eastAsia="Times New Roman" w:cs="Times New Roman"/>
          <w:b w:val="0"/>
          <w:sz w:val="24"/>
        </w:rPr>
        <w:t>• Where did you meet with the attorneys?</w:t>
      </w:r>
    </w:p>
    <w:p>
      <w:pPr>
        <w:keepNext w:val="0"/>
        <w:spacing w:before="200" w:after="0" w:line="260" w:lineRule="exact"/>
        <w:ind w:left="2160" w:right="0" w:firstLine="0"/>
        <w:jc w:val="both"/>
      </w:pPr>
      <w:r>
        <w:rPr>
          <w:rFonts w:ascii="Times New Roman" w:hAnsi="Times New Roman" w:eastAsia="Times New Roman" w:cs="Times New Roman"/>
          <w:b w:val="0"/>
          <w:sz w:val="24"/>
        </w:rPr>
        <w:t>• Was anyone else present at this meeting with your attorneys?</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Who was present?</w:t>
      </w:r>
    </w:p>
    <w:p>
      <w:pPr>
        <w:keepNext w:val="0"/>
        <w:spacing w:before="200" w:after="0" w:line="260" w:lineRule="exact"/>
        <w:ind w:left="2520" w:right="0" w:firstLine="0"/>
        <w:jc w:val="both"/>
      </w:pPr>
      <w:r>
        <w:rPr>
          <w:rFonts w:ascii="Times New Roman" w:hAnsi="Times New Roman" w:eastAsia="Times New Roman" w:cs="Times New Roman"/>
          <w:b w:val="0"/>
          <w:sz w:val="24"/>
        </w:rPr>
        <w:t>○ For how long was this person present at the meeting with your attorneys? (E.g., for some or all of the meeting.)</w:t>
      </w:r>
    </w:p>
    <w:p>
      <w:pPr>
        <w:keepNext w:val="0"/>
        <w:spacing w:before="200" w:after="0" w:line="260" w:lineRule="exact"/>
        <w:ind w:left="2520" w:right="0" w:firstLine="0"/>
        <w:jc w:val="both"/>
      </w:pPr>
      <w:r>
        <w:rPr>
          <w:rFonts w:ascii="Times New Roman" w:hAnsi="Times New Roman" w:eastAsia="Times New Roman" w:cs="Times New Roman"/>
          <w:b w:val="0"/>
          <w:sz w:val="24"/>
        </w:rPr>
        <w:t>○ How did this person participate in the meeting?</w:t>
      </w:r>
    </w:p>
    <w:p>
      <w:pPr>
        <w:keepNext w:val="0"/>
        <w:spacing w:before="200" w:after="0" w:line="260" w:lineRule="exact"/>
        <w:ind w:left="1440" w:right="0" w:firstLine="0"/>
        <w:jc w:val="both"/>
      </w:pPr>
      <w:r>
        <w:rPr>
          <w:rFonts w:ascii="Times New Roman" w:hAnsi="Times New Roman" w:eastAsia="Times New Roman" w:cs="Times New Roman"/>
          <w:b w:val="0"/>
          <w:sz w:val="24"/>
        </w:rPr>
        <w:t>○ Did you review any documents with your attorneys in preparation for this deposition?</w:t>
      </w:r>
    </w:p>
    <w:p>
      <w:pPr>
        <w:keepNext w:val="0"/>
        <w:spacing w:before="200" w:after="0" w:line="260" w:lineRule="exact"/>
        <w:ind w:left="1800" w:right="0" w:firstLine="0"/>
        <w:jc w:val="both"/>
      </w:pPr>
      <w:r>
        <w:rPr>
          <w:rFonts w:ascii="Times New Roman" w:hAnsi="Times New Roman" w:eastAsia="Times New Roman" w:cs="Times New Roman"/>
          <w:b w:val="0"/>
          <w:sz w:val="24"/>
        </w:rPr>
        <w:t>▪ How many documents did you review?</w:t>
      </w:r>
    </w:p>
    <w:p>
      <w:pPr>
        <w:keepNext w:val="0"/>
        <w:spacing w:before="200" w:after="0" w:line="260" w:lineRule="exact"/>
        <w:ind w:left="1800" w:right="0" w:firstLine="0"/>
        <w:jc w:val="both"/>
      </w:pPr>
      <w:r>
        <w:rPr>
          <w:rFonts w:ascii="Times New Roman" w:hAnsi="Times New Roman" w:eastAsia="Times New Roman" w:cs="Times New Roman"/>
          <w:b w:val="0"/>
          <w:sz w:val="24"/>
        </w:rPr>
        <w:t>▪ If the witness does not know the specific number of documents, ask the witness to estimate the number of documents or file folders reviewed, or the thickness of the stack of documents that was reviewed.</w:t>
      </w:r>
    </w:p>
    <w:p>
      <w:pPr>
        <w:keepNext w:val="0"/>
        <w:spacing w:before="200" w:after="0" w:line="260" w:lineRule="exact"/>
        <w:ind w:left="1080" w:right="0" w:firstLine="0"/>
        <w:jc w:val="both"/>
      </w:pPr>
      <w:r>
        <w:rPr>
          <w:rFonts w:ascii="Times New Roman" w:hAnsi="Times New Roman" w:eastAsia="Times New Roman" w:cs="Times New Roman"/>
          <w:b w:val="0"/>
          <w:sz w:val="24"/>
        </w:rPr>
        <w:t>• Have you spoken to anyone other than your attorneys about this case?</w:t>
      </w:r>
    </w:p>
    <w:p>
      <w:pPr>
        <w:keepNext w:val="0"/>
        <w:spacing w:before="200" w:after="0" w:line="260" w:lineRule="exact"/>
        <w:ind w:left="1440" w:right="0" w:firstLine="0"/>
        <w:jc w:val="both"/>
      </w:pPr>
      <w:r>
        <w:rPr>
          <w:rFonts w:ascii="Times New Roman" w:hAnsi="Times New Roman" w:eastAsia="Times New Roman" w:cs="Times New Roman"/>
          <w:b w:val="0"/>
          <w:sz w:val="24"/>
        </w:rPr>
        <w:t>○ Who did you speak with?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person:</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 speak with this person?</w:t>
      </w:r>
    </w:p>
    <w:p>
      <w:pPr>
        <w:keepNext w:val="0"/>
        <w:spacing w:before="200" w:after="0" w:line="260" w:lineRule="exact"/>
        <w:ind w:left="1800" w:right="0" w:firstLine="0"/>
        <w:jc w:val="both"/>
      </w:pPr>
      <w:r>
        <w:rPr>
          <w:rFonts w:ascii="Times New Roman" w:hAnsi="Times New Roman" w:eastAsia="Times New Roman" w:cs="Times New Roman"/>
          <w:b w:val="0"/>
          <w:sz w:val="24"/>
        </w:rPr>
        <w:t>▪ Where did you speak with this person?</w:t>
      </w:r>
    </w:p>
    <w:p>
      <w:pPr>
        <w:keepNext w:val="0"/>
        <w:spacing w:before="200" w:after="0" w:line="260" w:lineRule="exact"/>
        <w:ind w:left="1800" w:right="0" w:firstLine="0"/>
        <w:jc w:val="both"/>
      </w:pPr>
      <w:r>
        <w:rPr>
          <w:rFonts w:ascii="Times New Roman" w:hAnsi="Times New Roman" w:eastAsia="Times New Roman" w:cs="Times New Roman"/>
          <w:b w:val="0"/>
          <w:sz w:val="24"/>
        </w:rPr>
        <w:t>▪ Was anyone else present? Who?</w:t>
      </w:r>
    </w:p>
    <w:p>
      <w:pPr>
        <w:keepNext w:val="0"/>
        <w:spacing w:before="200" w:after="0" w:line="260" w:lineRule="exact"/>
        <w:ind w:left="1800" w:right="0" w:firstLine="0"/>
        <w:jc w:val="both"/>
      </w:pPr>
      <w:r>
        <w:rPr>
          <w:rFonts w:ascii="Times New Roman" w:hAnsi="Times New Roman" w:eastAsia="Times New Roman" w:cs="Times New Roman"/>
          <w:b w:val="0"/>
          <w:sz w:val="24"/>
        </w:rPr>
        <w:t>▪ What specifically was discussed?</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Mark Deposition Notice(s)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Mark the deposition notice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1440" w:right="0" w:firstLine="0"/>
        <w:jc w:val="both"/>
      </w:pPr>
      <w:r>
        <w:rPr>
          <w:rFonts w:ascii="Times New Roman" w:hAnsi="Times New Roman" w:eastAsia="Times New Roman" w:cs="Times New Roman"/>
          <w:b w:val="0"/>
          <w:sz w:val="24"/>
        </w:rPr>
        <w:t>○ Have you seen this document before?</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first see this document?</w:t>
      </w:r>
    </w:p>
    <w:p>
      <w:pPr>
        <w:keepNext w:val="0"/>
        <w:spacing w:before="200" w:after="0" w:line="260" w:lineRule="exact"/>
        <w:ind w:left="1440" w:right="0" w:firstLine="0"/>
        <w:jc w:val="both"/>
      </w:pPr>
      <w:r>
        <w:rPr>
          <w:rFonts w:ascii="Times New Roman" w:hAnsi="Times New Roman" w:eastAsia="Times New Roman" w:cs="Times New Roman"/>
          <w:b w:val="0"/>
          <w:sz w:val="24"/>
        </w:rPr>
        <w:t>○ How was it brought to your attention?</w:t>
      </w:r>
    </w:p>
    <w:p>
      <w:pPr>
        <w:keepNext w:val="0"/>
        <w:spacing w:before="200" w:after="0" w:line="260" w:lineRule="exact"/>
        <w:ind w:left="1440" w:right="0" w:firstLine="0"/>
        <w:jc w:val="both"/>
      </w:pPr>
      <w:r>
        <w:rPr>
          <w:rFonts w:ascii="Times New Roman" w:hAnsi="Times New Roman" w:eastAsia="Times New Roman" w:cs="Times New Roman"/>
          <w:b w:val="0"/>
          <w:sz w:val="24"/>
        </w:rPr>
        <w:t>○ What do you understand this document to be?</w:t>
      </w:r>
    </w:p>
    <w:p>
      <w:pPr>
        <w:keepNext w:val="0"/>
        <w:spacing w:before="200" w:after="0" w:line="260" w:lineRule="exact"/>
        <w:ind w:left="1440" w:right="0" w:firstLine="0"/>
        <w:jc w:val="both"/>
      </w:pPr>
      <w:r>
        <w:rPr>
          <w:rFonts w:ascii="Times New Roman" w:hAnsi="Times New Roman" w:eastAsia="Times New Roman" w:cs="Times New Roman"/>
          <w:b w:val="0"/>
          <w:sz w:val="24"/>
        </w:rPr>
        <w:t>○ Are you appearing for your deposition today in response to this notice of deposition?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the inventor is producing documents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duces tecum, mark the subpoena duces tecum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1440" w:right="0" w:firstLine="0"/>
        <w:jc w:val="both"/>
      </w:pPr>
      <w:r>
        <w:rPr>
          <w:rFonts w:ascii="Times New Roman" w:hAnsi="Times New Roman" w:eastAsia="Times New Roman" w:cs="Times New Roman"/>
          <w:b w:val="0"/>
          <w:sz w:val="24"/>
        </w:rPr>
        <w:t>○ Have you seen this document before?</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first see this document?</w:t>
      </w:r>
    </w:p>
    <w:p>
      <w:pPr>
        <w:keepNext w:val="0"/>
        <w:spacing w:before="200" w:after="0" w:line="260" w:lineRule="exact"/>
        <w:ind w:left="1440" w:right="0" w:firstLine="0"/>
        <w:jc w:val="both"/>
      </w:pPr>
      <w:r>
        <w:rPr>
          <w:rFonts w:ascii="Times New Roman" w:hAnsi="Times New Roman" w:eastAsia="Times New Roman" w:cs="Times New Roman"/>
          <w:b w:val="0"/>
          <w:sz w:val="24"/>
        </w:rPr>
        <w:t>○ How was it brought to your attention?</w:t>
      </w:r>
    </w:p>
    <w:p>
      <w:pPr>
        <w:keepNext w:val="0"/>
        <w:spacing w:before="200" w:after="0" w:line="260" w:lineRule="exact"/>
        <w:ind w:left="1440" w:right="0" w:firstLine="0"/>
        <w:jc w:val="both"/>
      </w:pPr>
      <w:r>
        <w:rPr>
          <w:rFonts w:ascii="Times New Roman" w:hAnsi="Times New Roman" w:eastAsia="Times New Roman" w:cs="Times New Roman"/>
          <w:b w:val="0"/>
          <w:sz w:val="24"/>
        </w:rPr>
        <w:t>○ What do you understand this document to be?</w:t>
      </w:r>
    </w:p>
    <w:p>
      <w:pPr>
        <w:keepNext w:val="0"/>
        <w:spacing w:before="200" w:after="0" w:line="260" w:lineRule="exact"/>
        <w:ind w:left="1440" w:right="0" w:firstLine="0"/>
        <w:jc w:val="both"/>
      </w:pPr>
      <w:r>
        <w:rPr>
          <w:rFonts w:ascii="Times New Roman" w:hAnsi="Times New Roman" w:eastAsia="Times New Roman" w:cs="Times New Roman"/>
          <w:b w:val="0"/>
          <w:sz w:val="24"/>
        </w:rPr>
        <w:t>○ Are you producing any documents today in response to this subpoena duces tecum?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documents are your producing?</w:t>
      </w:r>
    </w:p>
    <w:p>
      <w:pPr>
        <w:keepNext w:val="0"/>
        <w:spacing w:before="200" w:after="0" w:line="260" w:lineRule="exact"/>
        <w:ind w:left="1800" w:right="0" w:firstLine="0"/>
        <w:jc w:val="both"/>
      </w:pPr>
      <w:r>
        <w:rPr>
          <w:rFonts w:ascii="Times New Roman" w:hAnsi="Times New Roman" w:eastAsia="Times New Roman" w:cs="Times New Roman"/>
          <w:b w:val="0"/>
          <w:sz w:val="24"/>
        </w:rPr>
        <w:t>▪ What did you do to search for these documents?</w:t>
      </w:r>
    </w:p>
    <w:p>
      <w:pPr>
        <w:keepNext w:val="0"/>
        <w:spacing w:before="200" w:after="0" w:line="260" w:lineRule="exact"/>
        <w:ind w:left="1800" w:right="0" w:firstLine="0"/>
        <w:jc w:val="both"/>
      </w:pPr>
      <w:r>
        <w:rPr>
          <w:rFonts w:ascii="Times New Roman" w:hAnsi="Times New Roman" w:eastAsia="Times New Roman" w:cs="Times New Roman"/>
          <w:b w:val="0"/>
          <w:sz w:val="24"/>
        </w:rPr>
        <w:t>▪ Were there any documents that you searched for, but were unable to find?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documents were those?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Case Information.</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Involvement in Case (Party, Inventor/Witness, Financial Interest, Etc.)</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If the Inventor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Party</w:t>
      </w:r>
    </w:p>
    <w:p>
      <w:pPr>
        <w:keepNext w:val="0"/>
        <w:spacing w:before="200" w:after="0" w:line="260" w:lineRule="exact"/>
        <w:ind w:left="1440" w:right="0" w:firstLine="0"/>
        <w:jc w:val="both"/>
      </w:pPr>
      <w:r>
        <w:rPr>
          <w:rFonts w:ascii="Times New Roman" w:hAnsi="Times New Roman" w:eastAsia="Times New Roman" w:cs="Times New Roman"/>
          <w:b w:val="0"/>
          <w:sz w:val="24"/>
        </w:rPr>
        <w:t>• You are the [plaintiff/defendant] in this case, correct?</w:t>
      </w:r>
    </w:p>
    <w:p>
      <w:pPr>
        <w:keepNext w:val="0"/>
        <w:spacing w:before="200" w:after="0" w:line="260" w:lineRule="exact"/>
        <w:ind w:left="1440" w:right="0" w:firstLine="0"/>
        <w:jc w:val="both"/>
      </w:pPr>
      <w:r>
        <w:rPr>
          <w:rFonts w:ascii="Times New Roman" w:hAnsi="Times New Roman" w:eastAsia="Times New Roman" w:cs="Times New Roman"/>
          <w:b w:val="0"/>
          <w:sz w:val="24"/>
        </w:rPr>
        <w:t>• As [plaintiff/defendant], what relief are you seeking in this case? / What are you asking the court to do in this case?</w:t>
      </w:r>
    </w:p>
    <w:p>
      <w:pPr>
        <w:keepNext w:val="0"/>
        <w:spacing w:before="200" w:after="0" w:line="260" w:lineRule="exact"/>
        <w:ind w:left="1440" w:right="0" w:firstLine="0"/>
        <w:jc w:val="both"/>
      </w:pPr>
      <w:r>
        <w:rPr>
          <w:rFonts w:ascii="Times New Roman" w:hAnsi="Times New Roman" w:eastAsia="Times New Roman" w:cs="Times New Roman"/>
          <w:b w:val="0"/>
          <w:sz w:val="24"/>
        </w:rPr>
        <w:t>• Why do you think you are entitled to that relief in this case? / Why do you think the court should do what you are asking it to do?</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If the Inventor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Principal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Party</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relationship with [name of party]?</w:t>
      </w:r>
    </w:p>
    <w:p>
      <w:pPr>
        <w:keepNext w:val="0"/>
        <w:spacing w:before="200" w:after="0" w:line="260" w:lineRule="exact"/>
        <w:ind w:left="1440" w:right="0" w:firstLine="0"/>
        <w:jc w:val="both"/>
      </w:pPr>
      <w:r>
        <w:rPr>
          <w:rFonts w:ascii="Times New Roman" w:hAnsi="Times New Roman" w:eastAsia="Times New Roman" w:cs="Times New Roman"/>
          <w:b w:val="0"/>
          <w:sz w:val="24"/>
        </w:rPr>
        <w:t>• How long have you been [describe relationship] for [name of party]?</w:t>
      </w:r>
    </w:p>
    <w:p>
      <w:pPr>
        <w:keepNext w:val="0"/>
        <w:spacing w:before="200" w:after="0" w:line="260" w:lineRule="exact"/>
        <w:ind w:left="1440" w:right="0" w:firstLine="0"/>
        <w:jc w:val="both"/>
      </w:pPr>
      <w:r>
        <w:rPr>
          <w:rFonts w:ascii="Times New Roman" w:hAnsi="Times New Roman" w:eastAsia="Times New Roman" w:cs="Times New Roman"/>
          <w:b w:val="0"/>
          <w:sz w:val="24"/>
        </w:rPr>
        <w:t>• What are your responsibilities with respect to [name of party]?</w:t>
      </w:r>
    </w:p>
    <w:p>
      <w:pPr>
        <w:keepNext w:val="0"/>
        <w:spacing w:before="200" w:after="0" w:line="260" w:lineRule="exact"/>
        <w:ind w:left="1440" w:right="0" w:firstLine="0"/>
        <w:jc w:val="both"/>
      </w:pPr>
      <w:r>
        <w:rPr>
          <w:rFonts w:ascii="Times New Roman" w:hAnsi="Times New Roman" w:eastAsia="Times New Roman" w:cs="Times New Roman"/>
          <w:b w:val="0"/>
          <w:sz w:val="24"/>
        </w:rPr>
        <w:t>• What authority do you have to influence or direct [name of party]'s actions?</w:t>
      </w:r>
    </w:p>
    <w:p>
      <w:pPr>
        <w:keepNext w:val="0"/>
        <w:spacing w:before="200" w:after="0" w:line="260" w:lineRule="exact"/>
        <w:ind w:left="1440" w:right="0" w:firstLine="0"/>
        <w:jc w:val="both"/>
      </w:pPr>
      <w:r>
        <w:rPr>
          <w:rFonts w:ascii="Times New Roman" w:hAnsi="Times New Roman" w:eastAsia="Times New Roman" w:cs="Times New Roman"/>
          <w:b w:val="0"/>
          <w:sz w:val="24"/>
        </w:rPr>
        <w:t>• What authority do you have to influence or direct [name of party]'s actions with respect to the present dispute between [plaintiff name] and [defendant name]?</w:t>
      </w:r>
    </w:p>
    <w:p>
      <w:pPr>
        <w:keepNext w:val="0"/>
        <w:spacing w:before="200" w:after="0" w:line="260" w:lineRule="exact"/>
        <w:ind w:left="1440" w:right="0" w:firstLine="0"/>
        <w:jc w:val="both"/>
      </w:pPr>
      <w:r>
        <w:rPr>
          <w:rFonts w:ascii="Times New Roman" w:hAnsi="Times New Roman" w:eastAsia="Times New Roman" w:cs="Times New Roman"/>
          <w:b w:val="0"/>
          <w:sz w:val="24"/>
        </w:rPr>
        <w:t>• What relief is [name of party] seeking in this case? / What is [name of party] asking the court to do in this case?</w:t>
      </w:r>
    </w:p>
    <w:p>
      <w:pPr>
        <w:keepNext w:val="0"/>
        <w:spacing w:before="200" w:after="0" w:line="260" w:lineRule="exact"/>
        <w:ind w:left="1440" w:right="0" w:firstLine="0"/>
        <w:jc w:val="both"/>
      </w:pPr>
      <w:r>
        <w:rPr>
          <w:rFonts w:ascii="Times New Roman" w:hAnsi="Times New Roman" w:eastAsia="Times New Roman" w:cs="Times New Roman"/>
          <w:b w:val="0"/>
          <w:sz w:val="24"/>
        </w:rPr>
        <w:t>• Why do you think [name of party] is entitled to that relief in this case? / Why do you think the court should do what [name of party] is asking it to do?</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If the Inventor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Past or Present Employee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[name of party], correct?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How long have you been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[name of party]?</w:t>
      </w:r>
    </w:p>
    <w:p>
      <w:pPr>
        <w:keepNext w:val="0"/>
        <w:spacing w:before="200" w:after="0" w:line="260" w:lineRule="exact"/>
        <w:ind w:left="1440" w:right="0" w:firstLine="0"/>
        <w:jc w:val="both"/>
      </w:pPr>
      <w:r>
        <w:rPr>
          <w:rFonts w:ascii="Times New Roman" w:hAnsi="Times New Roman" w:eastAsia="Times New Roman" w:cs="Times New Roman"/>
          <w:b w:val="0"/>
          <w:sz w:val="24"/>
        </w:rPr>
        <w:t>• What's your current position with [name of party]?</w:t>
      </w:r>
    </w:p>
    <w:p>
      <w:pPr>
        <w:keepNext w:val="0"/>
        <w:spacing w:before="200" w:after="0" w:line="260" w:lineRule="exact"/>
        <w:ind w:left="1440" w:right="0" w:firstLine="0"/>
        <w:jc w:val="both"/>
      </w:pPr>
      <w:r>
        <w:rPr>
          <w:rFonts w:ascii="Times New Roman" w:hAnsi="Times New Roman" w:eastAsia="Times New Roman" w:cs="Times New Roman"/>
          <w:b w:val="0"/>
          <w:sz w:val="24"/>
        </w:rPr>
        <w:t>• How long have you held your current position?</w:t>
      </w:r>
    </w:p>
    <w:p>
      <w:pPr>
        <w:keepNext w:val="0"/>
        <w:spacing w:before="200" w:after="0" w:line="260" w:lineRule="exact"/>
        <w:ind w:left="1440" w:right="0" w:firstLine="0"/>
        <w:jc w:val="both"/>
      </w:pPr>
      <w:r>
        <w:rPr>
          <w:rFonts w:ascii="Times New Roman" w:hAnsi="Times New Roman" w:eastAsia="Times New Roman" w:cs="Times New Roman"/>
          <w:b w:val="0"/>
          <w:sz w:val="24"/>
        </w:rPr>
        <w:t>• What are your responsibilities in your current position?</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understanding of your role with respect to the present lawsuit?</w:t>
      </w:r>
    </w:p>
    <w:p>
      <w:pPr>
        <w:keepNext w:val="0"/>
        <w:spacing w:before="200" w:after="0" w:line="260" w:lineRule="exact"/>
        <w:ind w:left="1440" w:right="0" w:firstLine="0"/>
        <w:jc w:val="both"/>
      </w:pPr>
      <w:r>
        <w:rPr>
          <w:rFonts w:ascii="Times New Roman" w:hAnsi="Times New Roman" w:eastAsia="Times New Roman" w:cs="Times New Roman"/>
          <w:b w:val="0"/>
          <w:sz w:val="24"/>
        </w:rPr>
        <w:t>• What's the basis for your understanding?</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If the Inventor Has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Past or Present Contractual Relationship with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[contract/assignment/written agreement] with [party name] concerning [describe subject matter of the contract; e.g., assignment of the patent in suit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 embodiment thereof, development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 embodiment, etc.]; is that correct?</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enter into that [contract/assignment/written agreement] with [party name]?</w:t>
      </w:r>
    </w:p>
    <w:p>
      <w:pPr>
        <w:keepNext w:val="0"/>
        <w:spacing w:before="200" w:after="0" w:line="260" w:lineRule="exact"/>
        <w:ind w:left="1440" w:right="0" w:firstLine="0"/>
        <w:jc w:val="both"/>
      </w:pPr>
      <w:r>
        <w:rPr>
          <w:rFonts w:ascii="Times New Roman" w:hAnsi="Times New Roman" w:eastAsia="Times New Roman" w:cs="Times New Roman"/>
          <w:b w:val="0"/>
          <w:sz w:val="24"/>
        </w:rPr>
        <w:t>• Under your [contract/assignment/written agreement] with [party name], what responsibilities did you have with respect to [describe subject matter of the contract]?</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understanding of your role with respect to the present lawsuit?</w:t>
      </w:r>
    </w:p>
    <w:p>
      <w:pPr>
        <w:keepNext w:val="0"/>
        <w:spacing w:before="200" w:after="0" w:line="260" w:lineRule="exact"/>
        <w:ind w:left="1440" w:right="0" w:firstLine="0"/>
        <w:jc w:val="both"/>
      </w:pPr>
      <w:r>
        <w:rPr>
          <w:rFonts w:ascii="Times New Roman" w:hAnsi="Times New Roman" w:eastAsia="Times New Roman" w:cs="Times New Roman"/>
          <w:b w:val="0"/>
          <w:sz w:val="24"/>
        </w:rPr>
        <w:t>• What's the basis for your understanding?</w:t>
      </w:r>
    </w:p>
    <w:p>
      <w:pPr>
        <w:keepNext w:val="0"/>
        <w:spacing w:before="120" w:after="0" w:line="260" w:lineRule="exact"/>
        <w:ind w:left="108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Interest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Where the inventor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sole proprietor, partner or holds other indicia of ownership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200" w:after="0" w:line="260" w:lineRule="exact"/>
        <w:ind w:left="1800" w:right="0" w:firstLine="0"/>
        <w:jc w:val="both"/>
      </w:pPr>
      <w:r>
        <w:rPr>
          <w:rFonts w:ascii="Times New Roman" w:hAnsi="Times New Roman" w:eastAsia="Times New Roman" w:cs="Times New Roman"/>
          <w:b w:val="0"/>
          <w:sz w:val="24"/>
        </w:rPr>
        <w:t>○ What's the nature of your ownership interest in [name of party]?</w:t>
      </w:r>
    </w:p>
    <w:p>
      <w:pPr>
        <w:keepNext w:val="0"/>
        <w:spacing w:before="200" w:after="0" w:line="260" w:lineRule="exact"/>
        <w:ind w:left="1800" w:right="0" w:firstLine="0"/>
        <w:jc w:val="both"/>
      </w:pPr>
      <w:r>
        <w:rPr>
          <w:rFonts w:ascii="Times New Roman" w:hAnsi="Times New Roman" w:eastAsia="Times New Roman" w:cs="Times New Roman"/>
          <w:b w:val="0"/>
          <w:sz w:val="24"/>
        </w:rPr>
        <w:t>○ What's the total value of your ownership interest in [name of party]?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there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associated with your ownership interest in [name of party]?</w:t>
      </w:r>
    </w:p>
    <w:p>
      <w:pPr>
        <w:keepNext w:val="0"/>
        <w:spacing w:before="200" w:after="0" w:line="260" w:lineRule="exact"/>
        <w:ind w:left="1800" w:right="0" w:firstLine="0"/>
        <w:jc w:val="both"/>
      </w:pPr>
      <w:r>
        <w:rPr>
          <w:rFonts w:ascii="Times New Roman" w:hAnsi="Times New Roman" w:eastAsia="Times New Roman" w:cs="Times New Roman"/>
          <w:b w:val="0"/>
          <w:sz w:val="24"/>
        </w:rPr>
        <w:t>○ What is that percentage?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Are you allocated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[name of party]'s income over the course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based on that percentage?</w:t>
      </w:r>
    </w:p>
    <w:p>
      <w:pPr>
        <w:keepNext w:val="0"/>
        <w:spacing w:before="200" w:after="0" w:line="260" w:lineRule="exact"/>
        <w:ind w:left="1800" w:right="0" w:firstLine="0"/>
        <w:jc w:val="both"/>
      </w:pPr>
      <w:r>
        <w:rPr>
          <w:rFonts w:ascii="Times New Roman" w:hAnsi="Times New Roman" w:eastAsia="Times New Roman" w:cs="Times New Roman"/>
          <w:b w:val="0"/>
          <w:sz w:val="24"/>
        </w:rPr>
        <w:t>○ How much money were you allocated for the most recent fiscal year, based on that percentage?</w:t>
      </w:r>
    </w:p>
    <w:p>
      <w:pPr>
        <w:keepNext w:val="0"/>
        <w:spacing w:before="200" w:after="0" w:line="260" w:lineRule="exact"/>
        <w:ind w:left="1800" w:right="0" w:firstLine="0"/>
        <w:jc w:val="both"/>
      </w:pPr>
      <w:r>
        <w:rPr>
          <w:rFonts w:ascii="Times New Roman" w:hAnsi="Times New Roman" w:eastAsia="Times New Roman" w:cs="Times New Roman"/>
          <w:b w:val="0"/>
          <w:sz w:val="24"/>
        </w:rPr>
        <w:t>○ If [name of party] prevails in this lawsuit, will the net winnings from the lawsuit be included in [name of party]'s income for the fiscal year when the lawsuit is resolved?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[name of party] prevails in this lawsuit, will you be allocated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net winnings based on the percentage associated with your ownership interest in [name of party]?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Where the inventor owns stock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200" w:after="0" w:line="260" w:lineRule="exact"/>
        <w:ind w:left="1800" w:right="0" w:firstLine="0"/>
        <w:jc w:val="both"/>
      </w:pPr>
      <w:r>
        <w:rPr>
          <w:rFonts w:ascii="Times New Roman" w:hAnsi="Times New Roman" w:eastAsia="Times New Roman" w:cs="Times New Roman"/>
          <w:b w:val="0"/>
          <w:sz w:val="24"/>
        </w:rPr>
        <w:t>○ Do you own any stock in [name of party]?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How much stock in [name of party] do you own?</w:t>
      </w:r>
    </w:p>
    <w:p>
      <w:pPr>
        <w:keepNext w:val="0"/>
        <w:spacing w:before="200" w:after="0" w:line="260" w:lineRule="exact"/>
        <w:ind w:left="2160" w:right="0" w:firstLine="0"/>
        <w:jc w:val="both"/>
      </w:pPr>
      <w:r>
        <w:rPr>
          <w:rFonts w:ascii="Times New Roman" w:hAnsi="Times New Roman" w:eastAsia="Times New Roman" w:cs="Times New Roman"/>
          <w:b w:val="0"/>
          <w:sz w:val="24"/>
        </w:rPr>
        <w:t>▪ What's the value of your stock in [name of party]?</w:t>
      </w:r>
    </w:p>
    <w:p>
      <w:pPr>
        <w:keepNext w:val="0"/>
        <w:spacing w:before="200" w:after="0" w:line="260" w:lineRule="exact"/>
        <w:ind w:left="1800" w:right="0" w:firstLine="0"/>
        <w:jc w:val="both"/>
      </w:pPr>
      <w:r>
        <w:rPr>
          <w:rFonts w:ascii="Times New Roman" w:hAnsi="Times New Roman" w:eastAsia="Times New Roman" w:cs="Times New Roman"/>
          <w:b w:val="0"/>
          <w:sz w:val="24"/>
        </w:rPr>
        <w:t>○ Do you receive dividends each year from [name of party] on account of the stock you own in [name of party]?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How much did you receive in dividends from [name of party] during the most recent fiscal year?</w:t>
      </w:r>
    </w:p>
    <w:p>
      <w:pPr>
        <w:keepNext w:val="0"/>
        <w:spacing w:before="200" w:after="0" w:line="260" w:lineRule="exact"/>
        <w:ind w:left="1800" w:right="0" w:firstLine="0"/>
        <w:jc w:val="both"/>
      </w:pPr>
      <w:r>
        <w:rPr>
          <w:rFonts w:ascii="Times New Roman" w:hAnsi="Times New Roman" w:eastAsia="Times New Roman" w:cs="Times New Roman"/>
          <w:b w:val="0"/>
          <w:sz w:val="24"/>
        </w:rPr>
        <w:t>○ Are you aware of any analysis, opinion or other information regarding how the value of stock in [name of party] would be affected if [name of party] prevails in this lawsuit?</w:t>
      </w:r>
    </w:p>
    <w:p>
      <w:pPr>
        <w:keepNext w:val="0"/>
        <w:spacing w:before="200" w:after="0" w:line="260" w:lineRule="exact"/>
        <w:ind w:left="1800" w:right="0" w:firstLine="0"/>
        <w:jc w:val="both"/>
      </w:pPr>
      <w:r>
        <w:rPr>
          <w:rFonts w:ascii="Times New Roman" w:hAnsi="Times New Roman" w:eastAsia="Times New Roman" w:cs="Times New Roman"/>
          <w:b w:val="0"/>
          <w:sz w:val="24"/>
        </w:rPr>
        <w:t>○ Are you aware of any analysis, opinion or other information regarding how the dividends paid by [name of party] would be affected if [name of party] prevails in this lawsuit?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the answer to either of the two preceding questions is yes, ask follow-up questions to discover the substance of the analysis, opinion, or other information; the source of the analysis, opinion, or other information; and how the inventor would benefit assuming that the analysis, opinion or other information were correct.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Where the inventor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party: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Do you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agreement with [name of party]?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Do you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[name of party] arising from or relating to your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inventor of the [short patent no.] patent?</w:t>
      </w:r>
    </w:p>
    <w:p>
      <w:pPr>
        <w:keepNext w:val="0"/>
        <w:spacing w:before="200" w:after="0" w:line="260" w:lineRule="exact"/>
        <w:ind w:left="2160" w:right="0" w:firstLine="0"/>
        <w:jc w:val="both"/>
      </w:pPr>
      <w:r>
        <w:rPr>
          <w:rFonts w:ascii="Times New Roman" w:hAnsi="Times New Roman" w:eastAsia="Times New Roman" w:cs="Times New Roman"/>
          <w:b w:val="0"/>
          <w:sz w:val="24"/>
        </w:rPr>
        <w:t>▪ [If the answer to either of the preceding questions is yes] Does your [employment agreement/inventorship agreement] contain any provisions regarding payment of additional compensation to you if the [short patent no.] patent is successfully asserted against another party in patent infringement litigation?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 ask follow-up questions to ascertain how the inventor would benefit if the patent in suit is successfully asserted in the present case.</w:t>
      </w:r>
    </w:p>
    <w:p>
      <w:pPr>
        <w:keepNext w:val="0"/>
        <w:spacing w:before="200" w:after="0" w:line="260" w:lineRule="exact"/>
        <w:ind w:left="1800" w:right="0" w:firstLine="0"/>
        <w:jc w:val="both"/>
      </w:pPr>
      <w:r>
        <w:rPr>
          <w:rFonts w:ascii="Times New Roman" w:hAnsi="Times New Roman" w:eastAsia="Times New Roman" w:cs="Times New Roman"/>
          <w:b w:val="0"/>
          <w:sz w:val="24"/>
        </w:rPr>
        <w:t>○ [Irrespective of any employment agreement/inventorship agreement] Are you aware of any analysis, opinion or other information to the effect that you, or any other employee of [name of party], will receive additional compensation if [name of party] prevails in the present patent infringement lawsuit?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 ask follow-up questions to discover the substance of the analysis, opinion, or other information; the source of the analysis, opinion, or other information; and how the inventor would benefit assuming that the analysis, opinion or other information were correct.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Where the inventor is party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contractual relationship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litigation regarding the patent in suit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 embodiment thereof:</w:t>
      </w:r>
    </w:p>
    <w:p>
      <w:pPr>
        <w:keepNext w:val="0"/>
        <w:spacing w:before="200" w:after="0" w:line="260" w:lineRule="exact"/>
        <w:ind w:left="1800" w:right="0" w:firstLine="0"/>
        <w:jc w:val="both"/>
      </w:pPr>
      <w:r>
        <w:rPr>
          <w:rFonts w:ascii="Times New Roman" w:hAnsi="Times New Roman" w:eastAsia="Times New Roman" w:cs="Times New Roman"/>
          <w:b w:val="0"/>
          <w:sz w:val="24"/>
        </w:rPr>
        <w:t>○ Does your [contract/assignment/written agreement] with [party name] contain any provisions regarding payment of additional compensation to you if the [short patent no.] patent is successfully asserted against another party in patent infringement litigation?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 ask follow-up questions to ascertain how the inventor would benefit under the contract/assignment/written agreement if the patent in suit is successfully asserted in the present case.</w:t>
      </w:r>
    </w:p>
    <w:p>
      <w:pPr>
        <w:keepNext w:val="0"/>
        <w:spacing w:before="120" w:after="0" w:line="260" w:lineRule="exact"/>
        <w:ind w:left="1080" w:right="0" w:firstLine="0"/>
        <w:jc w:val="left"/>
      </w:pPr>
      <w:r>
        <w:rPr>
          <w:rFonts w:ascii="Times New Roman" w:hAnsi="Times New Roman" w:eastAsia="Times New Roman" w:cs="Times New Roman"/>
          <w:b w:val="0"/>
          <w:sz w:val="24"/>
        </w:rPr>
        <w:t>(vi)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w:t>
      </w:r>
    </w:p>
    <w:p>
      <w:pPr>
        <w:keepNext w:val="0"/>
        <w:spacing w:before="200" w:after="0" w:line="260" w:lineRule="exact"/>
        <w:ind w:left="1440" w:right="0" w:firstLine="0"/>
        <w:jc w:val="both"/>
      </w:pPr>
      <w:r>
        <w:rPr>
          <w:rFonts w:ascii="Times New Roman" w:hAnsi="Times New Roman" w:eastAsia="Times New Roman" w:cs="Times New Roman"/>
          <w:b w:val="0"/>
          <w:sz w:val="24"/>
        </w:rPr>
        <w:t>• Have you provided any written statements or made any recorded statements or spoken to any attorneys, investigators or third parties, such as reporters, about the events related to this lawsuit?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the inventor answers this question in the affirmative, ask follow-up questions to ascertain in each instance what was done, when it was done, who was involved, whether any documents were created, etc.</w:t>
      </w:r>
    </w:p>
    <w:p>
      <w:pPr>
        <w:keepNext w:val="0"/>
        <w:spacing w:before="200" w:after="0" w:line="260" w:lineRule="exact"/>
        <w:ind w:left="1440" w:right="0" w:firstLine="0"/>
        <w:jc w:val="both"/>
      </w:pPr>
      <w:r>
        <w:rPr>
          <w:rFonts w:ascii="Times New Roman" w:hAnsi="Times New Roman" w:eastAsia="Times New Roman" w:cs="Times New Roman"/>
          <w:b w:val="0"/>
          <w:sz w:val="24"/>
        </w:rPr>
        <w:t>• Have you posted any statements about this case or [the relevant event] in social media, or anywhere else on the internet?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the inventor answers this question in the affirmative, ask follow-up questions to ascertain in each instance what was posted, when it was posted, who else was involved, etc.</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Knowledge of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Knowledge of the Parties</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first become aware of [plaintiff/defendant]?</w:t>
      </w:r>
    </w:p>
    <w:p>
      <w:pPr>
        <w:keepNext w:val="0"/>
        <w:spacing w:before="200" w:after="0" w:line="260" w:lineRule="exact"/>
        <w:ind w:left="1440" w:right="0" w:firstLine="0"/>
        <w:jc w:val="both"/>
      </w:pPr>
      <w:r>
        <w:rPr>
          <w:rFonts w:ascii="Times New Roman" w:hAnsi="Times New Roman" w:eastAsia="Times New Roman" w:cs="Times New Roman"/>
          <w:b w:val="0"/>
          <w:sz w:val="24"/>
        </w:rPr>
        <w:t>• How did you first become aware of [plaintiff/defendant]?</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general understanding of what [plaintiff/defendant] is, and what [plaintiff/defendant] does?</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Knowledge of Circumstances Giving Rise to the Parties' Dispute</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first become aware of any dispute between [plaintiff] and [defendant] concerning [subject matter of present lawsuit]?</w:t>
      </w:r>
    </w:p>
    <w:p>
      <w:pPr>
        <w:keepNext w:val="0"/>
        <w:spacing w:before="200" w:after="0" w:line="260" w:lineRule="exact"/>
        <w:ind w:left="1440" w:right="0" w:firstLine="0"/>
        <w:jc w:val="both"/>
      </w:pPr>
      <w:r>
        <w:rPr>
          <w:rFonts w:ascii="Times New Roman" w:hAnsi="Times New Roman" w:eastAsia="Times New Roman" w:cs="Times New Roman"/>
          <w:b w:val="0"/>
          <w:sz w:val="24"/>
        </w:rPr>
        <w:t>• How did you first become aware of this dispute?</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understanding of the circumstances giving rise to the dispute between [plaintiff] and [defendant] concerning [subject matter of present lawsuit]?</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understanding based on?</w:t>
      </w:r>
    </w:p>
    <w:p>
      <w:pPr>
        <w:keepNext w:val="0"/>
        <w:spacing w:before="200" w:after="0" w:line="260" w:lineRule="exact"/>
        <w:ind w:left="1440" w:right="0" w:firstLine="0"/>
        <w:jc w:val="both"/>
      </w:pPr>
      <w:r>
        <w:rPr>
          <w:rFonts w:ascii="Times New Roman" w:hAnsi="Times New Roman" w:eastAsia="Times New Roman" w:cs="Times New Roman"/>
          <w:b w:val="0"/>
          <w:sz w:val="24"/>
        </w:rPr>
        <w:t>• Did you have any personal involvement in the circumstances giving rise to the dispute between [plaintiff] and [defendant] concerning [subject matter of present lawsuit]?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How were you involved?</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Knowledge of/Involvement in the Filing of the Lawsuit</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first become aware that the present lawsuit had been filed, or was going to be filed, by [plaintiff] against [defendant]?</w:t>
      </w:r>
    </w:p>
    <w:p>
      <w:pPr>
        <w:keepNext w:val="0"/>
        <w:spacing w:before="200" w:after="0" w:line="260" w:lineRule="exact"/>
        <w:ind w:left="1440" w:right="0" w:firstLine="0"/>
        <w:jc w:val="both"/>
      </w:pPr>
      <w:r>
        <w:rPr>
          <w:rFonts w:ascii="Times New Roman" w:hAnsi="Times New Roman" w:eastAsia="Times New Roman" w:cs="Times New Roman"/>
          <w:b w:val="0"/>
          <w:sz w:val="24"/>
        </w:rPr>
        <w:t>• How did you first become aware of that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understanding of why [plaintiff] filed the present lawsuit?</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understanding based on?</w:t>
      </w:r>
    </w:p>
    <w:p>
      <w:pPr>
        <w:keepNext w:val="0"/>
        <w:spacing w:before="200" w:after="0" w:line="260" w:lineRule="exact"/>
        <w:ind w:left="1440" w:right="0" w:firstLine="0"/>
        <w:jc w:val="both"/>
      </w:pPr>
      <w:r>
        <w:rPr>
          <w:rFonts w:ascii="Times New Roman" w:hAnsi="Times New Roman" w:eastAsia="Times New Roman" w:cs="Times New Roman"/>
          <w:b w:val="0"/>
          <w:sz w:val="24"/>
        </w:rPr>
        <w:t>• Did you have any personal involvement in [plaintiff's decision to bring the lawsuit / defendant's decision to contest the lawsuit]?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How were you involved?</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Involvement with Discovery Responses</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Interrogatory Responses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Mark the relevant set(s) of interrogatories and review.</w:t>
      </w:r>
    </w:p>
    <w:p>
      <w:pPr>
        <w:keepNext w:val="0"/>
        <w:spacing w:before="200" w:after="0" w:line="260" w:lineRule="exact"/>
        <w:ind w:left="1800" w:right="0" w:firstLine="0"/>
        <w:jc w:val="both"/>
      </w:pPr>
      <w:r>
        <w:rPr>
          <w:rFonts w:ascii="Times New Roman" w:hAnsi="Times New Roman" w:eastAsia="Times New Roman" w:cs="Times New Roman"/>
          <w:b w:val="0"/>
          <w:sz w:val="24"/>
        </w:rPr>
        <w:t>○ Have you seen this document before?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When did you see this document?</w:t>
      </w:r>
    </w:p>
    <w:p>
      <w:pPr>
        <w:keepNext w:val="0"/>
        <w:spacing w:before="200" w:after="0" w:line="260" w:lineRule="exact"/>
        <w:ind w:left="2160" w:right="0" w:firstLine="0"/>
        <w:jc w:val="both"/>
      </w:pPr>
      <w:r>
        <w:rPr>
          <w:rFonts w:ascii="Times New Roman" w:hAnsi="Times New Roman" w:eastAsia="Times New Roman" w:cs="Times New Roman"/>
          <w:b w:val="0"/>
          <w:sz w:val="24"/>
        </w:rPr>
        <w:t>▪ How did it come to your attention?</w:t>
      </w:r>
    </w:p>
    <w:p>
      <w:pPr>
        <w:keepNext w:val="0"/>
        <w:spacing w:before="200" w:after="0" w:line="260" w:lineRule="exact"/>
        <w:ind w:left="1800" w:right="0" w:firstLine="0"/>
        <w:jc w:val="both"/>
      </w:pPr>
      <w:r>
        <w:rPr>
          <w:rFonts w:ascii="Times New Roman" w:hAnsi="Times New Roman" w:eastAsia="Times New Roman" w:cs="Times New Roman"/>
          <w:b w:val="0"/>
          <w:sz w:val="24"/>
        </w:rPr>
        <w:t>○ What do you understand this document to be?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[Direct the witness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interrogatory and ask the following] Did you provide any information in response to Interrogatory No. [number] in connection with this case? For purposes of answering my question, consider whether you may have been shown Interrogatory No. [number] in the context of this Exhibit No. [number], or whether someone may have asked you about the substance of Interrogatory No. [number] separate and apart from this Exhibit.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information did you provide?</w:t>
      </w:r>
    </w:p>
    <w:p>
      <w:pPr>
        <w:keepNext w:val="0"/>
        <w:spacing w:before="200" w:after="0" w:line="260" w:lineRule="exact"/>
        <w:ind w:left="2160" w:right="0" w:firstLine="0"/>
        <w:jc w:val="both"/>
      </w:pPr>
      <w:r>
        <w:rPr>
          <w:rFonts w:ascii="Times New Roman" w:hAnsi="Times New Roman" w:eastAsia="Times New Roman" w:cs="Times New Roman"/>
          <w:b w:val="0"/>
          <w:sz w:val="24"/>
        </w:rPr>
        <w:t>▪ When did you provide this information?</w:t>
      </w:r>
    </w:p>
    <w:p>
      <w:pPr>
        <w:keepNext w:val="0"/>
        <w:spacing w:before="200" w:after="0" w:line="260" w:lineRule="exact"/>
        <w:ind w:left="2160" w:right="0" w:firstLine="0"/>
        <w:jc w:val="both"/>
      </w:pPr>
      <w:r>
        <w:rPr>
          <w:rFonts w:ascii="Times New Roman" w:hAnsi="Times New Roman" w:eastAsia="Times New Roman" w:cs="Times New Roman"/>
          <w:b w:val="0"/>
          <w:sz w:val="24"/>
        </w:rPr>
        <w:t>▪ To whom did you provide it?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Mark the relevant set(s) of interrogatory responses and review.</w:t>
      </w:r>
    </w:p>
    <w:p>
      <w:pPr>
        <w:keepNext w:val="0"/>
        <w:spacing w:before="200" w:after="0" w:line="260" w:lineRule="exact"/>
        <w:ind w:left="1800" w:right="0" w:firstLine="0"/>
        <w:jc w:val="both"/>
      </w:pPr>
      <w:r>
        <w:rPr>
          <w:rFonts w:ascii="Times New Roman" w:hAnsi="Times New Roman" w:eastAsia="Times New Roman" w:cs="Times New Roman"/>
          <w:b w:val="0"/>
          <w:sz w:val="24"/>
        </w:rPr>
        <w:t>○ Have you seen this document before?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When did you see this document?</w:t>
      </w:r>
    </w:p>
    <w:p>
      <w:pPr>
        <w:keepNext w:val="0"/>
        <w:spacing w:before="200" w:after="0" w:line="260" w:lineRule="exact"/>
        <w:ind w:left="2160" w:right="0" w:firstLine="0"/>
        <w:jc w:val="both"/>
      </w:pPr>
      <w:r>
        <w:rPr>
          <w:rFonts w:ascii="Times New Roman" w:hAnsi="Times New Roman" w:eastAsia="Times New Roman" w:cs="Times New Roman"/>
          <w:b w:val="0"/>
          <w:sz w:val="24"/>
        </w:rPr>
        <w:t>▪ How did it come to your attention?</w:t>
      </w:r>
    </w:p>
    <w:p>
      <w:pPr>
        <w:keepNext w:val="0"/>
        <w:spacing w:before="200" w:after="0" w:line="260" w:lineRule="exact"/>
        <w:ind w:left="1800" w:right="0" w:firstLine="0"/>
        <w:jc w:val="both"/>
      </w:pPr>
      <w:r>
        <w:rPr>
          <w:rFonts w:ascii="Times New Roman" w:hAnsi="Times New Roman" w:eastAsia="Times New Roman" w:cs="Times New Roman"/>
          <w:b w:val="0"/>
          <w:sz w:val="24"/>
        </w:rPr>
        <w:t>○ What do you understand this document to be?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[Direct the witness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interrogatory response and ask the following] Did you provide any of the information that appears in the response to Interrogatory No. [number]?</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information did you provide?</w:t>
      </w:r>
    </w:p>
    <w:p>
      <w:pPr>
        <w:keepNext w:val="0"/>
        <w:spacing w:before="200" w:after="0" w:line="260" w:lineRule="exact"/>
        <w:ind w:left="2160" w:right="0" w:firstLine="0"/>
        <w:jc w:val="both"/>
      </w:pPr>
      <w:r>
        <w:rPr>
          <w:rFonts w:ascii="Times New Roman" w:hAnsi="Times New Roman" w:eastAsia="Times New Roman" w:cs="Times New Roman"/>
          <w:b w:val="0"/>
          <w:sz w:val="24"/>
        </w:rPr>
        <w:t>▪ When did you provide this information?</w:t>
      </w:r>
    </w:p>
    <w:p>
      <w:pPr>
        <w:keepNext w:val="0"/>
        <w:spacing w:before="200" w:after="0" w:line="260" w:lineRule="exact"/>
        <w:ind w:left="2160" w:right="0" w:firstLine="0"/>
        <w:jc w:val="both"/>
      </w:pPr>
      <w:r>
        <w:rPr>
          <w:rFonts w:ascii="Times New Roman" w:hAnsi="Times New Roman" w:eastAsia="Times New Roman" w:cs="Times New Roman"/>
          <w:b w:val="0"/>
          <w:sz w:val="24"/>
        </w:rPr>
        <w:t>▪ To whom did you provide it?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[Alternatively, direct the witness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interrogatory response and ask the following] Are you familiar with any of the information that appears in the response to Interrogatory No. [number]?</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information are you familiar with?</w:t>
      </w:r>
    </w:p>
    <w:p>
      <w:pPr>
        <w:keepNext w:val="0"/>
        <w:spacing w:before="200" w:after="0" w:line="260" w:lineRule="exact"/>
        <w:ind w:left="2160" w:right="0" w:firstLine="0"/>
        <w:jc w:val="both"/>
      </w:pPr>
      <w:r>
        <w:rPr>
          <w:rFonts w:ascii="Times New Roman" w:hAnsi="Times New Roman" w:eastAsia="Times New Roman" w:cs="Times New Roman"/>
          <w:b w:val="0"/>
          <w:sz w:val="24"/>
        </w:rPr>
        <w:t>▪ What do you understand to be the factual basis for this information?</w:t>
      </w:r>
    </w:p>
    <w:p>
      <w:pPr>
        <w:keepNext w:val="0"/>
        <w:spacing w:before="200" w:after="0" w:line="260" w:lineRule="exact"/>
        <w:ind w:left="1800" w:right="0" w:firstLine="0"/>
        <w:jc w:val="both"/>
      </w:pPr>
      <w:r>
        <w:rPr>
          <w:rFonts w:ascii="Times New Roman" w:hAnsi="Times New Roman" w:eastAsia="Times New Roman" w:cs="Times New Roman"/>
          <w:b w:val="0"/>
          <w:sz w:val="24"/>
        </w:rPr>
        <w:t>○ [If the inventor is identified in the interrogatory responses as having provided information used in preparing the responses, direct the inventor to the response where he or she is so identified, and ask the following] What information did you provide that caused you to be identified in the response to Interrogatory No. [number]?</w:t>
      </w:r>
    </w:p>
    <w:p>
      <w:pPr>
        <w:keepNext w:val="0"/>
        <w:spacing w:before="200" w:after="0" w:line="260" w:lineRule="exact"/>
        <w:ind w:left="2160" w:right="0" w:firstLine="0"/>
        <w:jc w:val="both"/>
      </w:pPr>
      <w:r>
        <w:rPr>
          <w:rFonts w:ascii="Times New Roman" w:hAnsi="Times New Roman" w:eastAsia="Times New Roman" w:cs="Times New Roman"/>
          <w:b w:val="0"/>
          <w:sz w:val="24"/>
        </w:rPr>
        <w:t>▪ When did you provide this information?</w:t>
      </w:r>
    </w:p>
    <w:p>
      <w:pPr>
        <w:keepNext w:val="0"/>
        <w:spacing w:before="200" w:after="0" w:line="260" w:lineRule="exact"/>
        <w:ind w:left="2160" w:right="0" w:firstLine="0"/>
        <w:jc w:val="both"/>
      </w:pPr>
      <w:r>
        <w:rPr>
          <w:rFonts w:ascii="Times New Roman" w:hAnsi="Times New Roman" w:eastAsia="Times New Roman" w:cs="Times New Roman"/>
          <w:b w:val="0"/>
          <w:sz w:val="24"/>
        </w:rPr>
        <w:t>▪ To whom did you provide this information?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Also consider asking the witness to review the interrogatory responses to identify the specific responses for which he or she provided information, then ask if the information provided by the witness is accurately reflected in the response.</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Requests for Production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Mark the relevant set(s) of requests for production and review</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Have you seen this document before?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When did you see this document?</w:t>
      </w:r>
    </w:p>
    <w:p>
      <w:pPr>
        <w:keepNext w:val="0"/>
        <w:spacing w:before="200" w:after="0" w:line="260" w:lineRule="exact"/>
        <w:ind w:left="2160" w:right="0" w:firstLine="0"/>
        <w:jc w:val="both"/>
      </w:pPr>
      <w:r>
        <w:rPr>
          <w:rFonts w:ascii="Times New Roman" w:hAnsi="Times New Roman" w:eastAsia="Times New Roman" w:cs="Times New Roman"/>
          <w:b w:val="0"/>
          <w:sz w:val="24"/>
        </w:rPr>
        <w:t>▪ How did it come to your attention?</w:t>
      </w:r>
    </w:p>
    <w:p>
      <w:pPr>
        <w:keepNext w:val="0"/>
        <w:spacing w:before="200" w:after="0" w:line="260" w:lineRule="exact"/>
        <w:ind w:left="1800" w:right="0" w:firstLine="0"/>
        <w:jc w:val="both"/>
      </w:pPr>
      <w:r>
        <w:rPr>
          <w:rFonts w:ascii="Times New Roman" w:hAnsi="Times New Roman" w:eastAsia="Times New Roman" w:cs="Times New Roman"/>
          <w:b w:val="0"/>
          <w:sz w:val="24"/>
        </w:rPr>
        <w:t>○ What do you understand this document to be?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[Direct the witness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for production and ask the following] Did you search for any documents in response to Request No. [number] in connection with this case?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When did you search for responsive documents?</w:t>
      </w:r>
    </w:p>
    <w:p>
      <w:pPr>
        <w:keepNext w:val="0"/>
        <w:spacing w:before="200" w:after="0" w:line="260" w:lineRule="exact"/>
        <w:ind w:left="2160" w:right="0" w:firstLine="0"/>
        <w:jc w:val="both"/>
      </w:pPr>
      <w:r>
        <w:rPr>
          <w:rFonts w:ascii="Times New Roman" w:hAnsi="Times New Roman" w:eastAsia="Times New Roman" w:cs="Times New Roman"/>
          <w:b w:val="0"/>
          <w:sz w:val="24"/>
        </w:rPr>
        <w:t>▪ Where did you search for responsive documents? [Consider whether to address both hard copies of documents and electronic documents.]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Did you find any documents that are responsive to Request No. [number]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your search?</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documents did you find?</w:t>
      </w:r>
    </w:p>
    <w:p>
      <w:pPr>
        <w:keepNext w:val="0"/>
        <w:spacing w:before="200" w:after="0" w:line="260" w:lineRule="exact"/>
        <w:ind w:left="2160" w:right="0" w:firstLine="0"/>
        <w:jc w:val="both"/>
      </w:pPr>
      <w:r>
        <w:rPr>
          <w:rFonts w:ascii="Times New Roman" w:hAnsi="Times New Roman" w:eastAsia="Times New Roman" w:cs="Times New Roman"/>
          <w:b w:val="0"/>
          <w:sz w:val="24"/>
        </w:rPr>
        <w:t>▪ Where did you find them?</w:t>
      </w:r>
    </w:p>
    <w:p>
      <w:pPr>
        <w:keepNext w:val="0"/>
        <w:spacing w:before="200" w:after="0" w:line="260" w:lineRule="exact"/>
        <w:ind w:left="2160" w:right="0" w:firstLine="0"/>
        <w:jc w:val="both"/>
      </w:pPr>
      <w:r>
        <w:rPr>
          <w:rFonts w:ascii="Times New Roman" w:hAnsi="Times New Roman" w:eastAsia="Times New Roman" w:cs="Times New Roman"/>
          <w:b w:val="0"/>
          <w:sz w:val="24"/>
        </w:rPr>
        <w:t>▪ When did you find them?</w:t>
      </w:r>
    </w:p>
    <w:p>
      <w:pPr>
        <w:keepNext w:val="0"/>
        <w:spacing w:before="200" w:after="0" w:line="260" w:lineRule="exact"/>
        <w:ind w:left="2160" w:right="0" w:firstLine="0"/>
        <w:jc w:val="both"/>
      </w:pPr>
      <w:r>
        <w:rPr>
          <w:rFonts w:ascii="Times New Roman" w:hAnsi="Times New Roman" w:eastAsia="Times New Roman" w:cs="Times New Roman"/>
          <w:b w:val="0"/>
          <w:sz w:val="24"/>
        </w:rPr>
        <w:t>▪ What did you do with the documents that you found? / To whom did you [provide/give/send] the documents that you found?</w:t>
      </w:r>
    </w:p>
    <w:p>
      <w:pPr>
        <w:keepNext w:val="0"/>
        <w:spacing w:before="200" w:after="0" w:line="260" w:lineRule="exact"/>
        <w:ind w:left="2160" w:right="0" w:firstLine="0"/>
        <w:jc w:val="both"/>
      </w:pPr>
      <w:r>
        <w:rPr>
          <w:rFonts w:ascii="Times New Roman" w:hAnsi="Times New Roman" w:eastAsia="Times New Roman" w:cs="Times New Roman"/>
          <w:b w:val="0"/>
          <w:sz w:val="24"/>
        </w:rPr>
        <w:t>▪ When did you do that?</w:t>
      </w:r>
    </w:p>
    <w:p>
      <w:pPr>
        <w:keepNext w:val="0"/>
        <w:spacing w:before="200" w:after="0" w:line="260" w:lineRule="exact"/>
        <w:ind w:left="1800" w:right="0" w:firstLine="0"/>
        <w:jc w:val="both"/>
      </w:pPr>
      <w:r>
        <w:rPr>
          <w:rFonts w:ascii="Times New Roman" w:hAnsi="Times New Roman" w:eastAsia="Times New Roman" w:cs="Times New Roman"/>
          <w:b w:val="0"/>
          <w:sz w:val="24"/>
        </w:rPr>
        <w:t>○ Are there any specific documents, or any categories of documents, that you looked for in response to Request No. [number], but were unable to find?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Which documents are those?</w:t>
      </w:r>
    </w:p>
    <w:p>
      <w:pPr>
        <w:keepNext w:val="0"/>
        <w:spacing w:before="200" w:after="0" w:line="260" w:lineRule="exact"/>
        <w:ind w:left="2160" w:right="0" w:firstLine="0"/>
        <w:jc w:val="both"/>
      </w:pPr>
      <w:r>
        <w:rPr>
          <w:rFonts w:ascii="Times New Roman" w:hAnsi="Times New Roman" w:eastAsia="Times New Roman" w:cs="Times New Roman"/>
          <w:b w:val="0"/>
          <w:sz w:val="24"/>
        </w:rPr>
        <w:t>▪ Do you know what happened to those documents, such that you couldn't find them?</w:t>
      </w:r>
    </w:p>
    <w:p>
      <w:pPr>
        <w:keepNext w:val="0"/>
        <w:spacing w:before="200" w:after="0" w:line="260" w:lineRule="exact"/>
        <w:ind w:left="1800" w:right="0" w:firstLine="0"/>
        <w:jc w:val="both"/>
      </w:pPr>
      <w:r>
        <w:rPr>
          <w:rFonts w:ascii="Times New Roman" w:hAnsi="Times New Roman" w:eastAsia="Times New Roman" w:cs="Times New Roman"/>
          <w:b w:val="0"/>
          <w:sz w:val="24"/>
        </w:rPr>
        <w:t>○ Are there any specific documents, or categories of documents, that were responsive to Request No. [number], but have been destroyed or discarded?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Which documents are those?</w:t>
      </w:r>
    </w:p>
    <w:p>
      <w:pPr>
        <w:keepNext w:val="0"/>
        <w:spacing w:before="200" w:after="0" w:line="260" w:lineRule="exact"/>
        <w:ind w:left="2160" w:right="0" w:firstLine="0"/>
        <w:jc w:val="both"/>
      </w:pPr>
      <w:r>
        <w:rPr>
          <w:rFonts w:ascii="Times New Roman" w:hAnsi="Times New Roman" w:eastAsia="Times New Roman" w:cs="Times New Roman"/>
          <w:b w:val="0"/>
          <w:sz w:val="24"/>
        </w:rPr>
        <w:t>▪ How do you know they were destroyed or discarded?</w:t>
      </w:r>
    </w:p>
    <w:p>
      <w:pPr>
        <w:keepNext w:val="0"/>
        <w:spacing w:before="200" w:after="0" w:line="260" w:lineRule="exact"/>
        <w:ind w:left="2160" w:right="0" w:firstLine="0"/>
        <w:jc w:val="both"/>
      </w:pPr>
      <w:r>
        <w:rPr>
          <w:rFonts w:ascii="Times New Roman" w:hAnsi="Times New Roman" w:eastAsia="Times New Roman" w:cs="Times New Roman"/>
          <w:b w:val="0"/>
          <w:sz w:val="24"/>
        </w:rPr>
        <w:t>▪ When were these documents destroyed or discarded?</w:t>
      </w:r>
    </w:p>
    <w:p>
      <w:pPr>
        <w:keepNext w:val="0"/>
        <w:spacing w:before="200" w:after="0" w:line="260" w:lineRule="exact"/>
        <w:ind w:left="2160" w:right="0" w:firstLine="0"/>
        <w:jc w:val="both"/>
      </w:pPr>
      <w:r>
        <w:rPr>
          <w:rFonts w:ascii="Times New Roman" w:hAnsi="Times New Roman" w:eastAsia="Times New Roman" w:cs="Times New Roman"/>
          <w:b w:val="0"/>
          <w:sz w:val="24"/>
        </w:rPr>
        <w:t>▪ Why were these documents destroyed or discarded?</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Resume/CV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Mark the inventor's resume/CV, list of publications, presentations, patents, etc., authenticate and review.</w:t>
      </w:r>
    </w:p>
    <w:p>
      <w:pPr>
        <w:keepNext w:val="0"/>
        <w:spacing w:before="200" w:after="0" w:line="260" w:lineRule="exact"/>
        <w:ind w:left="1440" w:right="0" w:firstLine="0"/>
        <w:jc w:val="both"/>
      </w:pPr>
      <w:r>
        <w:rPr>
          <w:rFonts w:ascii="Times New Roman" w:hAnsi="Times New Roman" w:eastAsia="Times New Roman" w:cs="Times New Roman"/>
          <w:b w:val="0"/>
          <w:sz w:val="24"/>
        </w:rPr>
        <w:t>○ Is this your [describe nature of document]?</w:t>
      </w:r>
    </w:p>
    <w:p>
      <w:pPr>
        <w:keepNext w:val="0"/>
        <w:spacing w:before="200" w:after="0" w:line="260" w:lineRule="exact"/>
        <w:ind w:left="1440" w:right="0" w:firstLine="0"/>
        <w:jc w:val="both"/>
      </w:pPr>
      <w:r>
        <w:rPr>
          <w:rFonts w:ascii="Times New Roman" w:hAnsi="Times New Roman" w:eastAsia="Times New Roman" w:cs="Times New Roman"/>
          <w:b w:val="0"/>
          <w:sz w:val="24"/>
        </w:rPr>
        <w:t>○ When was this document prepared / last updated?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category of information on the document, e.g., education, employment, publications, etc., ask the following:</w:t>
      </w:r>
    </w:p>
    <w:p>
      <w:pPr>
        <w:keepNext w:val="0"/>
        <w:spacing w:before="200" w:after="0" w:line="260" w:lineRule="exact"/>
        <w:ind w:left="1800" w:right="0" w:firstLine="0"/>
        <w:jc w:val="both"/>
      </w:pPr>
      <w:r>
        <w:rPr>
          <w:rFonts w:ascii="Times New Roman" w:hAnsi="Times New Roman" w:eastAsia="Times New Roman" w:cs="Times New Roman"/>
          <w:b w:val="0"/>
          <w:sz w:val="24"/>
        </w:rPr>
        <w:t>▪ Do you have any [education, employment, publications, etc.] that are not listed in this document?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information is not listed in this document?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Education</w:t>
      </w:r>
    </w:p>
    <w:p>
      <w:pPr>
        <w:keepNext w:val="0"/>
        <w:spacing w:before="200" w:after="0" w:line="260" w:lineRule="exact"/>
        <w:ind w:left="1080" w:right="0" w:firstLine="0"/>
        <w:jc w:val="both"/>
      </w:pPr>
      <w:r>
        <w:rPr>
          <w:rFonts w:ascii="Times New Roman" w:hAnsi="Times New Roman" w:eastAsia="Times New Roman" w:cs="Times New Roman"/>
          <w:b w:val="0"/>
          <w:sz w:val="24"/>
        </w:rPr>
        <w:t>• What high school did you attend?</w:t>
      </w:r>
    </w:p>
    <w:p>
      <w:pPr>
        <w:keepNext w:val="0"/>
        <w:spacing w:before="200" w:after="0" w:line="260" w:lineRule="exact"/>
        <w:ind w:left="1440" w:right="0" w:firstLine="0"/>
        <w:jc w:val="both"/>
      </w:pPr>
      <w:r>
        <w:rPr>
          <w:rFonts w:ascii="Times New Roman" w:hAnsi="Times New Roman" w:eastAsia="Times New Roman" w:cs="Times New Roman"/>
          <w:b w:val="0"/>
          <w:sz w:val="24"/>
        </w:rPr>
        <w:t>○ Did you graduate? When?</w:t>
      </w:r>
    </w:p>
    <w:p>
      <w:pPr>
        <w:keepNext w:val="0"/>
        <w:spacing w:before="200" w:after="0" w:line="260" w:lineRule="exact"/>
        <w:ind w:left="1440" w:right="0" w:firstLine="0"/>
        <w:jc w:val="both"/>
      </w:pPr>
      <w:r>
        <w:rPr>
          <w:rFonts w:ascii="Times New Roman" w:hAnsi="Times New Roman" w:eastAsia="Times New Roman" w:cs="Times New Roman"/>
          <w:b w:val="0"/>
          <w:sz w:val="24"/>
        </w:rPr>
        <w:t>○ What type of courses did you take in high school? (E.g., particular courses, college prep curriculum, etc.)</w:t>
      </w:r>
    </w:p>
    <w:p>
      <w:pPr>
        <w:keepNext w:val="0"/>
        <w:spacing w:before="200" w:after="0" w:line="260" w:lineRule="exact"/>
        <w:ind w:left="1080" w:right="0" w:firstLine="0"/>
        <w:jc w:val="both"/>
      </w:pPr>
      <w:r>
        <w:rPr>
          <w:rFonts w:ascii="Times New Roman" w:hAnsi="Times New Roman" w:eastAsia="Times New Roman" w:cs="Times New Roman"/>
          <w:b w:val="0"/>
          <w:sz w:val="24"/>
        </w:rPr>
        <w:t>• What was the first school you attended after high school?</w:t>
      </w:r>
    </w:p>
    <w:p>
      <w:pPr>
        <w:keepNext w:val="0"/>
        <w:spacing w:before="200" w:after="0" w:line="260" w:lineRule="exact"/>
        <w:ind w:left="1080" w:right="0" w:firstLine="0"/>
        <w:jc w:val="both"/>
      </w:pPr>
      <w:r>
        <w:rPr>
          <w:rFonts w:ascii="Times New Roman" w:hAnsi="Times New Roman" w:eastAsia="Times New Roman" w:cs="Times New Roman"/>
          <w:b w:val="0"/>
          <w:sz w:val="24"/>
        </w:rPr>
        <w:t>• When did you attend [school name]?</w:t>
      </w:r>
    </w:p>
    <w:p>
      <w:pPr>
        <w:keepNext w:val="0"/>
        <w:spacing w:before="200" w:after="0" w:line="260" w:lineRule="exact"/>
        <w:ind w:left="1080" w:right="0" w:firstLine="0"/>
        <w:jc w:val="both"/>
      </w:pPr>
      <w:r>
        <w:rPr>
          <w:rFonts w:ascii="Times New Roman" w:hAnsi="Times New Roman" w:eastAsia="Times New Roman" w:cs="Times New Roman"/>
          <w:b w:val="0"/>
          <w:sz w:val="24"/>
        </w:rPr>
        <w:t>• What was your major?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you also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or area of emphasis?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was 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you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thesis, dissertation or other research document as part of your degree program?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was the subject of that document?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have the document, consider whether to mark it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it and review its contents with the inventor. If you don't have the document, consider whether to request it on the record.]</w:t>
      </w:r>
    </w:p>
    <w:p>
      <w:pPr>
        <w:keepNext w:val="0"/>
        <w:spacing w:before="200" w:after="0" w:line="260" w:lineRule="exact"/>
        <w:ind w:left="1080" w:right="0" w:firstLine="0"/>
        <w:jc w:val="both"/>
      </w:pPr>
      <w:r>
        <w:rPr>
          <w:rFonts w:ascii="Times New Roman" w:hAnsi="Times New Roman" w:eastAsia="Times New Roman" w:cs="Times New Roman"/>
          <w:b w:val="0"/>
          <w:sz w:val="24"/>
        </w:rPr>
        <w:t>• Did you graduate?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When?</w:t>
      </w:r>
    </w:p>
    <w:p>
      <w:pPr>
        <w:keepNext w:val="0"/>
        <w:spacing w:before="200" w:after="0" w:line="260" w:lineRule="exact"/>
        <w:ind w:left="1440" w:right="0" w:firstLine="0"/>
        <w:jc w:val="both"/>
      </w:pPr>
      <w:r>
        <w:rPr>
          <w:rFonts w:ascii="Times New Roman" w:hAnsi="Times New Roman" w:eastAsia="Times New Roman" w:cs="Times New Roman"/>
          <w:b w:val="0"/>
          <w:sz w:val="24"/>
        </w:rPr>
        <w:t>○ What degree(s) did you receive from [school name]?</w:t>
      </w:r>
    </w:p>
    <w:p>
      <w:pPr>
        <w:keepNext w:val="0"/>
        <w:spacing w:before="200" w:after="0" w:line="260" w:lineRule="exact"/>
        <w:ind w:left="1080" w:right="0" w:firstLine="0"/>
        <w:jc w:val="both"/>
      </w:pPr>
      <w:r>
        <w:rPr>
          <w:rFonts w:ascii="Times New Roman" w:hAnsi="Times New Roman" w:eastAsia="Times New Roman" w:cs="Times New Roman"/>
          <w:b w:val="0"/>
          <w:sz w:val="24"/>
        </w:rPr>
        <w:t>• Did you continue your education after attending [first school name]?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Where did you go next to continue your education?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Repeat the above line of questioning until you have exhausted all of the inventor's post-secondary education.</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 History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was your first job after [select appropriate point in time; e.g., high school, college,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Ph.D., etc.]?</w:t>
      </w:r>
    </w:p>
    <w:p>
      <w:pPr>
        <w:keepNext w:val="0"/>
        <w:spacing w:before="200" w:after="0" w:line="260" w:lineRule="exact"/>
        <w:ind w:left="1440" w:right="0" w:firstLine="0"/>
        <w:jc w:val="both"/>
      </w:pPr>
      <w:r>
        <w:rPr>
          <w:rFonts w:ascii="Times New Roman" w:hAnsi="Times New Roman" w:eastAsia="Times New Roman" w:cs="Times New Roman"/>
          <w:b w:val="0"/>
          <w:sz w:val="24"/>
        </w:rPr>
        <w:t>○ For whom did you work?</w:t>
      </w:r>
    </w:p>
    <w:p>
      <w:pPr>
        <w:keepNext w:val="0"/>
        <w:spacing w:before="200" w:after="0" w:line="260" w:lineRule="exact"/>
        <w:ind w:left="1440" w:right="0" w:firstLine="0"/>
        <w:jc w:val="both"/>
      </w:pPr>
      <w:r>
        <w:rPr>
          <w:rFonts w:ascii="Times New Roman" w:hAnsi="Times New Roman" w:eastAsia="Times New Roman" w:cs="Times New Roman"/>
          <w:b w:val="0"/>
          <w:sz w:val="24"/>
        </w:rPr>
        <w:t>○ What period of time did you work for [employer name]?</w:t>
      </w:r>
    </w:p>
    <w:p>
      <w:pPr>
        <w:keepNext w:val="0"/>
        <w:spacing w:before="200" w:after="0" w:line="260" w:lineRule="exact"/>
        <w:ind w:left="1440" w:right="0" w:firstLine="0"/>
        <w:jc w:val="both"/>
      </w:pPr>
      <w:r>
        <w:rPr>
          <w:rFonts w:ascii="Times New Roman" w:hAnsi="Times New Roman" w:eastAsia="Times New Roman" w:cs="Times New Roman"/>
          <w:b w:val="0"/>
          <w:sz w:val="24"/>
        </w:rPr>
        <w:t>○ What were your responsibilities when you first started working for [employer name]?</w:t>
      </w:r>
    </w:p>
    <w:p>
      <w:pPr>
        <w:keepNext w:val="0"/>
        <w:spacing w:before="200" w:after="0" w:line="260" w:lineRule="exact"/>
        <w:ind w:left="1080" w:right="0" w:firstLine="0"/>
        <w:jc w:val="both"/>
      </w:pPr>
      <w:r>
        <w:rPr>
          <w:rFonts w:ascii="Times New Roman" w:hAnsi="Times New Roman" w:eastAsia="Times New Roman" w:cs="Times New Roman"/>
          <w:b w:val="0"/>
          <w:sz w:val="24"/>
        </w:rPr>
        <w:t>• Did your responsibilities with [employer name] change over time?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Describe how your responsibilities with [employer name] changed over time.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Ask additional or follow-up questions to focus in on events or activities that are relevant to your case. For example, you could focus on the organization, reporting structure and co-workers for the functional area where the inventor was working around the time of the invention of the patent in suit.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applicable:</w:t>
      </w:r>
      <w:r>
        <w:rPr>
          <w:rFonts w:ascii="Times New Roman" w:hAnsi="Times New Roman" w:eastAsia="Times New Roman" w:cs="Times New Roman"/>
          <w:b w:val="0"/>
          <w:sz w:val="24"/>
        </w:rPr>
        <w:t xml:space="preserve"> When did you end your employment with [employer name]?</w:t>
      </w:r>
    </w:p>
    <w:p>
      <w:pPr>
        <w:keepNext w:val="0"/>
        <w:spacing w:before="200" w:after="0" w:line="260" w:lineRule="exact"/>
        <w:ind w:left="1440" w:right="0" w:firstLine="0"/>
        <w:jc w:val="both"/>
      </w:pPr>
      <w:r>
        <w:rPr>
          <w:rFonts w:ascii="Times New Roman" w:hAnsi="Times New Roman" w:eastAsia="Times New Roman" w:cs="Times New Roman"/>
          <w:b w:val="0"/>
          <w:sz w:val="24"/>
        </w:rPr>
        <w:t>○ Why did you end your employment with [employer name]?</w:t>
      </w:r>
    </w:p>
    <w:p>
      <w:pPr>
        <w:keepNext w:val="0"/>
        <w:spacing w:before="200" w:after="0" w:line="260" w:lineRule="exact"/>
        <w:ind w:left="1440" w:right="0" w:firstLine="0"/>
        <w:jc w:val="both"/>
      </w:pPr>
      <w:r>
        <w:rPr>
          <w:rFonts w:ascii="Times New Roman" w:hAnsi="Times New Roman" w:eastAsia="Times New Roman" w:cs="Times New Roman"/>
          <w:b w:val="0"/>
          <w:sz w:val="24"/>
        </w:rPr>
        <w:t>○ What was your next job after [first employer name]?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Repeat the above line of questioning until you have exhausted all of the inventor's employment history.</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Publications</w:t>
      </w:r>
    </w:p>
    <w:p>
      <w:pPr>
        <w:keepNext w:val="0"/>
        <w:spacing w:before="200" w:after="0" w:line="260" w:lineRule="exact"/>
        <w:ind w:left="1080" w:right="0" w:firstLine="0"/>
        <w:jc w:val="both"/>
      </w:pPr>
      <w:r>
        <w:rPr>
          <w:rFonts w:ascii="Times New Roman" w:hAnsi="Times New Roman" w:eastAsia="Times New Roman" w:cs="Times New Roman"/>
          <w:b w:val="0"/>
          <w:sz w:val="24"/>
        </w:rPr>
        <w:t>• When did you start your work/research regarding the subject matter discussed in this publication?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this publication build on work/research that was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publication?</w:t>
      </w:r>
    </w:p>
    <w:p>
      <w:pPr>
        <w:keepNext w:val="0"/>
        <w:spacing w:before="200" w:after="0" w:line="260" w:lineRule="exact"/>
        <w:ind w:left="1440" w:right="0" w:firstLine="0"/>
        <w:jc w:val="both"/>
      </w:pPr>
      <w:r>
        <w:rPr>
          <w:rFonts w:ascii="Times New Roman" w:hAnsi="Times New Roman" w:eastAsia="Times New Roman" w:cs="Times New Roman"/>
          <w:b w:val="0"/>
          <w:sz w:val="24"/>
        </w:rPr>
        <w:t>○ Which publication is that?</w:t>
      </w:r>
    </w:p>
    <w:p>
      <w:pPr>
        <w:keepNext w:val="0"/>
        <w:spacing w:before="200" w:after="0" w:line="260" w:lineRule="exact"/>
        <w:ind w:left="1080" w:right="0" w:firstLine="0"/>
        <w:jc w:val="both"/>
      </w:pPr>
      <w:r>
        <w:rPr>
          <w:rFonts w:ascii="Times New Roman" w:hAnsi="Times New Roman" w:eastAsia="Times New Roman" w:cs="Times New Roman"/>
          <w:b w:val="0"/>
          <w:sz w:val="24"/>
        </w:rPr>
        <w:t>• Do any of your later publications build on the work/research that is the subject of the present publication?</w:t>
      </w:r>
    </w:p>
    <w:p>
      <w:pPr>
        <w:keepNext w:val="0"/>
        <w:spacing w:before="200" w:after="0" w:line="260" w:lineRule="exact"/>
        <w:ind w:left="1440" w:right="0" w:firstLine="0"/>
        <w:jc w:val="both"/>
      </w:pPr>
      <w:r>
        <w:rPr>
          <w:rFonts w:ascii="Times New Roman" w:hAnsi="Times New Roman" w:eastAsia="Times New Roman" w:cs="Times New Roman"/>
          <w:b w:val="0"/>
          <w:sz w:val="24"/>
        </w:rPr>
        <w:t>○ Which later publication(s)?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the publication has multiple authors:</w:t>
      </w:r>
    </w:p>
    <w:p>
      <w:pPr>
        <w:keepNext w:val="0"/>
        <w:spacing w:before="200" w:after="0" w:line="260" w:lineRule="exact"/>
        <w:ind w:left="1440" w:right="0" w:firstLine="0"/>
        <w:jc w:val="both"/>
      </w:pPr>
      <w:r>
        <w:rPr>
          <w:rFonts w:ascii="Times New Roman" w:hAnsi="Times New Roman" w:eastAsia="Times New Roman" w:cs="Times New Roman"/>
          <w:b w:val="0"/>
          <w:sz w:val="24"/>
        </w:rPr>
        <w:t>○ What was your role in preparing this publication?</w:t>
      </w:r>
    </w:p>
    <w:p>
      <w:pPr>
        <w:keepNext w:val="0"/>
        <w:spacing w:before="200" w:after="0" w:line="260" w:lineRule="exact"/>
        <w:ind w:left="1440" w:right="0" w:firstLine="0"/>
        <w:jc w:val="both"/>
      </w:pPr>
      <w:r>
        <w:rPr>
          <w:rFonts w:ascii="Times New Roman" w:hAnsi="Times New Roman" w:eastAsia="Times New Roman" w:cs="Times New Roman"/>
          <w:b w:val="0"/>
          <w:sz w:val="24"/>
        </w:rPr>
        <w:t>○ What was the role of the other author(s) in preparing this publication?</w:t>
      </w:r>
    </w:p>
    <w:p>
      <w:pPr>
        <w:keepNext w:val="0"/>
        <w:spacing w:before="200" w:after="0" w:line="260" w:lineRule="exact"/>
        <w:ind w:left="1440" w:right="0" w:firstLine="0"/>
        <w:jc w:val="both"/>
      </w:pPr>
      <w:r>
        <w:rPr>
          <w:rFonts w:ascii="Times New Roman" w:hAnsi="Times New Roman" w:eastAsia="Times New Roman" w:cs="Times New Roman"/>
          <w:b w:val="0"/>
          <w:sz w:val="24"/>
        </w:rPr>
        <w:t>○ What was your role in performing the work/research described in this publication?</w:t>
      </w:r>
    </w:p>
    <w:p>
      <w:pPr>
        <w:keepNext w:val="0"/>
        <w:spacing w:before="200" w:after="0" w:line="260" w:lineRule="exact"/>
        <w:ind w:left="1440" w:right="0" w:firstLine="0"/>
        <w:jc w:val="both"/>
      </w:pPr>
      <w:r>
        <w:rPr>
          <w:rFonts w:ascii="Times New Roman" w:hAnsi="Times New Roman" w:eastAsia="Times New Roman" w:cs="Times New Roman"/>
          <w:b w:val="0"/>
          <w:sz w:val="24"/>
        </w:rPr>
        <w:t>○ What was the role of the other author(s) in performing the work/research described in this publication?</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Awards, Certifications, Patents, Etc.</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Awards</w:t>
      </w:r>
    </w:p>
    <w:p>
      <w:pPr>
        <w:keepNext w:val="0"/>
        <w:spacing w:before="200" w:after="0" w:line="260" w:lineRule="exact"/>
        <w:ind w:left="1440" w:right="0" w:firstLine="0"/>
        <w:jc w:val="both"/>
      </w:pPr>
      <w:r>
        <w:rPr>
          <w:rFonts w:ascii="Times New Roman" w:hAnsi="Times New Roman" w:eastAsia="Times New Roman" w:cs="Times New Roman"/>
          <w:b w:val="0"/>
          <w:sz w:val="24"/>
        </w:rPr>
        <w:t>• Have you received any awards over the course of your education and your professional career?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award:</w:t>
      </w:r>
    </w:p>
    <w:p>
      <w:pPr>
        <w:keepNext w:val="0"/>
        <w:spacing w:before="200" w:after="0" w:line="260" w:lineRule="exact"/>
        <w:ind w:left="1800" w:right="0" w:firstLine="0"/>
        <w:jc w:val="both"/>
      </w:pPr>
      <w:r>
        <w:rPr>
          <w:rFonts w:ascii="Times New Roman" w:hAnsi="Times New Roman" w:eastAsia="Times New Roman" w:cs="Times New Roman"/>
          <w:b w:val="0"/>
          <w:sz w:val="24"/>
        </w:rPr>
        <w:t>○ What's the name of this award?</w:t>
      </w:r>
    </w:p>
    <w:p>
      <w:pPr>
        <w:keepNext w:val="0"/>
        <w:spacing w:before="200" w:after="0" w:line="260" w:lineRule="exact"/>
        <w:ind w:left="1800" w:right="0" w:firstLine="0"/>
        <w:jc w:val="both"/>
      </w:pPr>
      <w:r>
        <w:rPr>
          <w:rFonts w:ascii="Times New Roman" w:hAnsi="Times New Roman" w:eastAsia="Times New Roman" w:cs="Times New Roman"/>
          <w:b w:val="0"/>
          <w:sz w:val="24"/>
        </w:rPr>
        <w:t>○ Who sponsors/administers this award?</w:t>
      </w:r>
    </w:p>
    <w:p>
      <w:pPr>
        <w:keepNext w:val="0"/>
        <w:spacing w:before="200" w:after="0" w:line="260" w:lineRule="exact"/>
        <w:ind w:left="1800" w:right="0" w:firstLine="0"/>
        <w:jc w:val="both"/>
      </w:pPr>
      <w:r>
        <w:rPr>
          <w:rFonts w:ascii="Times New Roman" w:hAnsi="Times New Roman" w:eastAsia="Times New Roman" w:cs="Times New Roman"/>
          <w:b w:val="0"/>
          <w:sz w:val="24"/>
        </w:rPr>
        <w:t>○ How often is it awarded?</w:t>
      </w:r>
    </w:p>
    <w:p>
      <w:pPr>
        <w:keepNext w:val="0"/>
        <w:spacing w:before="200" w:after="0" w:line="260" w:lineRule="exact"/>
        <w:ind w:left="1800" w:right="0" w:firstLine="0"/>
        <w:jc w:val="both"/>
      </w:pPr>
      <w:r>
        <w:rPr>
          <w:rFonts w:ascii="Times New Roman" w:hAnsi="Times New Roman" w:eastAsia="Times New Roman" w:cs="Times New Roman"/>
          <w:b w:val="0"/>
          <w:sz w:val="24"/>
        </w:rPr>
        <w:t>○ What is included with this award? (E.g., plaque, medal, financial stipend)</w:t>
      </w:r>
    </w:p>
    <w:p>
      <w:pPr>
        <w:keepNext w:val="0"/>
        <w:spacing w:before="200" w:after="0" w:line="260" w:lineRule="exact"/>
        <w:ind w:left="1800" w:right="0" w:firstLine="0"/>
        <w:jc w:val="both"/>
      </w:pPr>
      <w:r>
        <w:rPr>
          <w:rFonts w:ascii="Times New Roman" w:hAnsi="Times New Roman" w:eastAsia="Times New Roman" w:cs="Times New Roman"/>
          <w:b w:val="0"/>
          <w:sz w:val="24"/>
        </w:rPr>
        <w:t>○ Who are the candidates for/intended recipients of this award?</w:t>
      </w:r>
    </w:p>
    <w:p>
      <w:pPr>
        <w:keepNext w:val="0"/>
        <w:spacing w:before="200" w:after="0" w:line="260" w:lineRule="exact"/>
        <w:ind w:left="1800" w:right="0" w:firstLine="0"/>
        <w:jc w:val="both"/>
      </w:pPr>
      <w:r>
        <w:rPr>
          <w:rFonts w:ascii="Times New Roman" w:hAnsi="Times New Roman" w:eastAsia="Times New Roman" w:cs="Times New Roman"/>
          <w:b w:val="0"/>
          <w:sz w:val="24"/>
        </w:rPr>
        <w:t>○ What is your understanding of why you received this award?</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Certifications</w:t>
      </w:r>
    </w:p>
    <w:p>
      <w:pPr>
        <w:keepNext w:val="0"/>
        <w:spacing w:before="200" w:after="0" w:line="260" w:lineRule="exact"/>
        <w:ind w:left="1440" w:right="0" w:firstLine="0"/>
        <w:jc w:val="both"/>
      </w:pPr>
      <w:r>
        <w:rPr>
          <w:rFonts w:ascii="Times New Roman" w:hAnsi="Times New Roman" w:eastAsia="Times New Roman" w:cs="Times New Roman"/>
          <w:b w:val="0"/>
          <w:sz w:val="24"/>
        </w:rPr>
        <w:t>• Do you hold any professional or other certifications?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certification:</w:t>
      </w:r>
    </w:p>
    <w:p>
      <w:pPr>
        <w:keepNext w:val="0"/>
        <w:spacing w:before="200" w:after="0" w:line="260" w:lineRule="exact"/>
        <w:ind w:left="1800" w:right="0" w:firstLine="0"/>
        <w:jc w:val="both"/>
      </w:pPr>
      <w:r>
        <w:rPr>
          <w:rFonts w:ascii="Times New Roman" w:hAnsi="Times New Roman" w:eastAsia="Times New Roman" w:cs="Times New Roman"/>
          <w:b w:val="0"/>
          <w:sz w:val="24"/>
        </w:rPr>
        <w:t>○ What's the name of this certification?</w:t>
      </w:r>
    </w:p>
    <w:p>
      <w:pPr>
        <w:keepNext w:val="0"/>
        <w:spacing w:before="200" w:after="0" w:line="260" w:lineRule="exact"/>
        <w:ind w:left="1800" w:right="0" w:firstLine="0"/>
        <w:jc w:val="both"/>
      </w:pPr>
      <w:r>
        <w:rPr>
          <w:rFonts w:ascii="Times New Roman" w:hAnsi="Times New Roman" w:eastAsia="Times New Roman" w:cs="Times New Roman"/>
          <w:b w:val="0"/>
          <w:sz w:val="24"/>
        </w:rPr>
        <w:t>○ What's the purpose/significance of this certification?</w:t>
      </w:r>
    </w:p>
    <w:p>
      <w:pPr>
        <w:keepNext w:val="0"/>
        <w:spacing w:before="200" w:after="0" w:line="260" w:lineRule="exact"/>
        <w:ind w:left="1800" w:right="0" w:firstLine="0"/>
        <w:jc w:val="both"/>
      </w:pPr>
      <w:r>
        <w:rPr>
          <w:rFonts w:ascii="Times New Roman" w:hAnsi="Times New Roman" w:eastAsia="Times New Roman" w:cs="Times New Roman"/>
          <w:b w:val="0"/>
          <w:sz w:val="24"/>
        </w:rPr>
        <w:t>○ Who administers/grants this certification?</w:t>
      </w:r>
    </w:p>
    <w:p>
      <w:pPr>
        <w:keepNext w:val="0"/>
        <w:spacing w:before="200" w:after="0" w:line="260" w:lineRule="exact"/>
        <w:ind w:left="1800" w:right="0" w:firstLine="0"/>
        <w:jc w:val="both"/>
      </w:pPr>
      <w:r>
        <w:rPr>
          <w:rFonts w:ascii="Times New Roman" w:hAnsi="Times New Roman" w:eastAsia="Times New Roman" w:cs="Times New Roman"/>
          <w:b w:val="0"/>
          <w:sz w:val="24"/>
        </w:rPr>
        <w:t>○ Does this certification have any educational requirements? What are they?</w:t>
      </w:r>
    </w:p>
    <w:p>
      <w:pPr>
        <w:keepNext w:val="0"/>
        <w:spacing w:before="200" w:after="0" w:line="260" w:lineRule="exact"/>
        <w:ind w:left="1800" w:right="0" w:firstLine="0"/>
        <w:jc w:val="both"/>
      </w:pPr>
      <w:r>
        <w:rPr>
          <w:rFonts w:ascii="Times New Roman" w:hAnsi="Times New Roman" w:eastAsia="Times New Roman" w:cs="Times New Roman"/>
          <w:b w:val="0"/>
          <w:sz w:val="24"/>
        </w:rPr>
        <w:t>○ Does this certification have any testing requirements?</w:t>
      </w:r>
    </w:p>
    <w:p>
      <w:pPr>
        <w:keepNext w:val="0"/>
        <w:spacing w:before="200" w:after="0" w:line="260" w:lineRule="exact"/>
        <w:ind w:left="2160" w:right="0" w:firstLine="0"/>
        <w:jc w:val="both"/>
      </w:pPr>
      <w:r>
        <w:rPr>
          <w:rFonts w:ascii="Times New Roman" w:hAnsi="Times New Roman" w:eastAsia="Times New Roman" w:cs="Times New Roman"/>
          <w:b w:val="0"/>
          <w:sz w:val="24"/>
        </w:rPr>
        <w:t>▪ What kind of testing is required?</w:t>
      </w:r>
    </w:p>
    <w:p>
      <w:pPr>
        <w:keepNext w:val="0"/>
        <w:spacing w:before="200" w:after="0" w:line="260" w:lineRule="exact"/>
        <w:ind w:left="1800" w:right="0" w:firstLine="0"/>
        <w:jc w:val="both"/>
      </w:pPr>
      <w:r>
        <w:rPr>
          <w:rFonts w:ascii="Times New Roman" w:hAnsi="Times New Roman" w:eastAsia="Times New Roman" w:cs="Times New Roman"/>
          <w:b w:val="0"/>
          <w:sz w:val="24"/>
        </w:rPr>
        <w:t>○ Does this certification have any requirements for practical experience? What are they?</w:t>
      </w:r>
    </w:p>
    <w:p>
      <w:pPr>
        <w:keepNext w:val="0"/>
        <w:spacing w:before="200" w:after="0" w:line="260" w:lineRule="exact"/>
        <w:ind w:left="1800" w:right="0" w:firstLine="0"/>
        <w:jc w:val="both"/>
      </w:pPr>
      <w:r>
        <w:rPr>
          <w:rFonts w:ascii="Times New Roman" w:hAnsi="Times New Roman" w:eastAsia="Times New Roman" w:cs="Times New Roman"/>
          <w:b w:val="0"/>
          <w:sz w:val="24"/>
        </w:rPr>
        <w:t>○ Does this certification have any other requirements? What are they?</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Patents</w:t>
      </w:r>
    </w:p>
    <w:p>
      <w:pPr>
        <w:keepNext w:val="0"/>
        <w:spacing w:before="200" w:after="0" w:line="260" w:lineRule="exact"/>
        <w:ind w:left="1440" w:right="0" w:firstLine="0"/>
        <w:jc w:val="both"/>
      </w:pPr>
      <w:r>
        <w:rPr>
          <w:rFonts w:ascii="Times New Roman" w:hAnsi="Times New Roman" w:eastAsia="Times New Roman" w:cs="Times New Roman"/>
          <w:b w:val="0"/>
          <w:sz w:val="24"/>
        </w:rPr>
        <w:t>• Are you the named inventor on any patents? How many?</w:t>
      </w:r>
    </w:p>
    <w:p>
      <w:pPr>
        <w:keepNext w:val="0"/>
        <w:spacing w:before="200" w:after="0" w:line="260" w:lineRule="exact"/>
        <w:ind w:left="1800" w:right="0" w:firstLine="0"/>
        <w:jc w:val="both"/>
      </w:pPr>
      <w:r>
        <w:rPr>
          <w:rFonts w:ascii="Times New Roman" w:hAnsi="Times New Roman" w:eastAsia="Times New Roman" w:cs="Times New Roman"/>
          <w:b w:val="0"/>
          <w:sz w:val="24"/>
        </w:rPr>
        <w:t>○ When was the first patent application filed for one of your inventions?</w:t>
      </w:r>
    </w:p>
    <w:p>
      <w:pPr>
        <w:keepNext w:val="0"/>
        <w:spacing w:before="200" w:after="0" w:line="260" w:lineRule="exact"/>
        <w:ind w:left="1800" w:right="0" w:firstLine="0"/>
        <w:jc w:val="both"/>
      </w:pPr>
      <w:r>
        <w:rPr>
          <w:rFonts w:ascii="Times New Roman" w:hAnsi="Times New Roman" w:eastAsia="Times New Roman" w:cs="Times New Roman"/>
          <w:b w:val="0"/>
          <w:sz w:val="24"/>
        </w:rPr>
        <w:t>○ When was the most recent patent application filed for one of your inventions?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virtue of the patents for which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named inventor, are you familiar with the process for obtaining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What's your understanding of the process for obtaining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w:t>
      </w:r>
    </w:p>
    <w:p>
      <w:pPr>
        <w:keepNext w:val="0"/>
        <w:spacing w:before="200" w:after="0" w:line="260" w:lineRule="exact"/>
        <w:ind w:left="1800" w:right="0" w:firstLine="0"/>
        <w:jc w:val="both"/>
      </w:pPr>
      <w:r>
        <w:rPr>
          <w:rFonts w:ascii="Times New Roman" w:hAnsi="Times New Roman" w:eastAsia="Times New Roman" w:cs="Times New Roman"/>
          <w:b w:val="0"/>
          <w:sz w:val="24"/>
        </w:rPr>
        <w:t>○ What's your understanding of the inventor's role in that process?</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For any other items of this nature that appear on the inventor's CV, address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Inventor's Skill in the Art.</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Mark the patent and review</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Inventors</w:t>
      </w:r>
    </w:p>
    <w:p>
      <w:pPr>
        <w:keepNext w:val="0"/>
        <w:spacing w:before="200" w:after="0" w:line="260" w:lineRule="exact"/>
        <w:ind w:left="1440" w:right="0" w:firstLine="0"/>
        <w:jc w:val="both"/>
      </w:pPr>
      <w:r>
        <w:rPr>
          <w:rFonts w:ascii="Times New Roman" w:hAnsi="Times New Roman" w:eastAsia="Times New Roman" w:cs="Times New Roman"/>
          <w:b w:val="0"/>
          <w:sz w:val="24"/>
        </w:rPr>
        <w:t>• Directing your attention to the first page of the [short patent no.] patent and the listing of inventors, are you listed there as [inventor name]?</w:t>
      </w:r>
    </w:p>
    <w:p>
      <w:pPr>
        <w:keepNext w:val="0"/>
        <w:spacing w:before="200" w:after="0" w:line="260" w:lineRule="exact"/>
        <w:ind w:left="1800" w:right="0" w:firstLine="0"/>
        <w:jc w:val="both"/>
      </w:pPr>
      <w:r>
        <w:rPr>
          <w:rFonts w:ascii="Times New Roman" w:hAnsi="Times New Roman" w:eastAsia="Times New Roman" w:cs="Times New Roman"/>
          <w:b w:val="0"/>
          <w:sz w:val="24"/>
        </w:rPr>
        <w:t>○ So, you are the/</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inventor of the [short patent no.] patent; correct?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additional inventor, ask the following:</w:t>
      </w:r>
      <w:r>
        <w:rPr>
          <w:rFonts w:ascii="Times New Roman" w:hAnsi="Times New Roman" w:eastAsia="Times New Roman" w:cs="Times New Roman"/>
          <w:b w:val="0"/>
          <w:sz w:val="24"/>
        </w:rPr>
        <w:t xml:space="preserve"> [Other inventor name] is also listed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inventor of the [short patent no.] patent; correct?</w:t>
      </w:r>
    </w:p>
    <w:p>
      <w:pPr>
        <w:keepNext w:val="0"/>
        <w:spacing w:before="200" w:after="0" w:line="260" w:lineRule="exact"/>
        <w:ind w:left="1800" w:right="0" w:firstLine="0"/>
        <w:jc w:val="both"/>
      </w:pPr>
      <w:r>
        <w:rPr>
          <w:rFonts w:ascii="Times New Roman" w:hAnsi="Times New Roman" w:eastAsia="Times New Roman" w:cs="Times New Roman"/>
          <w:b w:val="0"/>
          <w:sz w:val="24"/>
        </w:rPr>
        <w:t>○ Are you familiar with [other inventor name]?</w:t>
      </w:r>
    </w:p>
    <w:p>
      <w:pPr>
        <w:keepNext w:val="0"/>
        <w:spacing w:before="200" w:after="0" w:line="260" w:lineRule="exact"/>
        <w:ind w:left="1800" w:right="0" w:firstLine="0"/>
        <w:jc w:val="both"/>
      </w:pPr>
      <w:r>
        <w:rPr>
          <w:rFonts w:ascii="Times New Roman" w:hAnsi="Times New Roman" w:eastAsia="Times New Roman" w:cs="Times New Roman"/>
          <w:b w:val="0"/>
          <w:sz w:val="24"/>
        </w:rPr>
        <w:t>○ How are you familiar with [other inventor name]?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Did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working relationship with [other inventor name] at the time of the invention described in the [short patent no.] patent?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was the nature of that working relationship?</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w:t>
      </w:r>
    </w:p>
    <w:p>
      <w:pPr>
        <w:keepNext w:val="0"/>
        <w:spacing w:before="200" w:after="0" w:line="260" w:lineRule="exact"/>
        <w:ind w:left="1440" w:right="0" w:firstLine="0"/>
        <w:jc w:val="both"/>
      </w:pPr>
      <w:r>
        <w:rPr>
          <w:rFonts w:ascii="Times New Roman" w:hAnsi="Times New Roman" w:eastAsia="Times New Roman" w:cs="Times New Roman"/>
          <w:b w:val="0"/>
          <w:sz w:val="24"/>
        </w:rPr>
        <w:t>• Directing your attention to the first page of the [short patent no.] patent where the assignee is identified, do you see [assignee name] listed there?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Are you aware of any subsequent assignments,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different from the one listed on the first page of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Ask additional questions as necessary to elicit information regarding the circumstances surrounding the assignment(s) of the patent in suit. For example, were all of the named inventors also employees of the assignee who assigned the invention in the ordinary course of their employment? Or was one or more inventor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who assigned the invention in exchange for some type of compensation? Consider marking, authenticating and reviewing the assignment documentation if it is in your possession. Consider requesting the assignment documentation if it is not in your possession.</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Inventor's Knowledge of Technological Area(s) at Time of Invention</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Background</w:t>
      </w:r>
    </w:p>
    <w:p>
      <w:pPr>
        <w:keepNext w:val="0"/>
        <w:spacing w:before="200" w:after="0" w:line="260" w:lineRule="exact"/>
        <w:ind w:left="1440" w:right="0" w:firstLine="0"/>
        <w:jc w:val="both"/>
      </w:pPr>
      <w:r>
        <w:rPr>
          <w:rFonts w:ascii="Times New Roman" w:hAnsi="Times New Roman" w:eastAsia="Times New Roman" w:cs="Times New Roman"/>
          <w:b w:val="0"/>
          <w:sz w:val="24"/>
        </w:rPr>
        <w:t>• What areas of technology do you consider to be relevant to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area of technology identified by the inventor:</w:t>
      </w:r>
      <w:r>
        <w:rPr>
          <w:rFonts w:ascii="Times New Roman" w:hAnsi="Times New Roman" w:eastAsia="Times New Roman" w:cs="Times New Roman"/>
          <w:b w:val="0"/>
          <w:sz w:val="24"/>
        </w:rPr>
        <w:t xml:space="preserve"> Why do you consider [area of technology] to be relevant to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Do you consider [additional area of technology not volunteered by the inventor] to be relevant to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Why? / Why not?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the inventor does not agree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area of technology is relevant:</w:t>
      </w:r>
      <w:r>
        <w:rPr>
          <w:rFonts w:ascii="Times New Roman" w:hAnsi="Times New Roman" w:eastAsia="Times New Roman" w:cs="Times New Roman"/>
          <w:b w:val="0"/>
          <w:sz w:val="24"/>
        </w:rPr>
        <w:t xml:space="preserve"> Is [area of technology] something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working in the field of [area of technology of patent in suit] would consider when trying to solve problems relating to that field?</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 History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relevant area of technology, ask the following questions:</w:t>
      </w:r>
    </w:p>
    <w:p>
      <w:pPr>
        <w:keepNext w:val="0"/>
        <w:spacing w:before="200" w:after="0" w:line="260" w:lineRule="exact"/>
        <w:ind w:left="1800" w:right="0" w:firstLine="0"/>
        <w:jc w:val="both"/>
      </w:pPr>
      <w:r>
        <w:rPr>
          <w:rFonts w:ascii="Times New Roman" w:hAnsi="Times New Roman" w:eastAsia="Times New Roman" w:cs="Times New Roman"/>
          <w:b w:val="0"/>
          <w:sz w:val="24"/>
        </w:rPr>
        <w:t>○ What experience do you have working in [relevant area of technology]?</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 gain this experience?</w:t>
      </w:r>
    </w:p>
    <w:p>
      <w:pPr>
        <w:keepNext w:val="0"/>
        <w:spacing w:before="200" w:after="0" w:line="260" w:lineRule="exact"/>
        <w:ind w:left="1800" w:right="0" w:firstLine="0"/>
        <w:jc w:val="both"/>
      </w:pPr>
      <w:r>
        <w:rPr>
          <w:rFonts w:ascii="Times New Roman" w:hAnsi="Times New Roman" w:eastAsia="Times New Roman" w:cs="Times New Roman"/>
          <w:b w:val="0"/>
          <w:sz w:val="24"/>
        </w:rPr>
        <w:t>○ Where were you working when you gained this experience?</w:t>
      </w:r>
    </w:p>
    <w:p>
      <w:pPr>
        <w:keepNext w:val="0"/>
        <w:spacing w:before="200" w:after="0" w:line="260" w:lineRule="exact"/>
        <w:ind w:left="1800" w:right="0" w:firstLine="0"/>
        <w:jc w:val="both"/>
      </w:pPr>
      <w:r>
        <w:rPr>
          <w:rFonts w:ascii="Times New Roman" w:hAnsi="Times New Roman" w:eastAsia="Times New Roman" w:cs="Times New Roman"/>
          <w:b w:val="0"/>
          <w:sz w:val="24"/>
        </w:rPr>
        <w:t>○ Did you regularly consult any reference materials when you were working in this area of technology?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reference materials did you consult?</w:t>
      </w:r>
    </w:p>
    <w:p>
      <w:pPr>
        <w:keepNext w:val="0"/>
        <w:spacing w:before="200" w:after="0" w:line="260" w:lineRule="exact"/>
        <w:ind w:left="2160" w:right="0" w:firstLine="0"/>
        <w:jc w:val="both"/>
      </w:pPr>
      <w:r>
        <w:rPr>
          <w:rFonts w:ascii="Times New Roman" w:hAnsi="Times New Roman" w:eastAsia="Times New Roman" w:cs="Times New Roman"/>
          <w:b w:val="0"/>
          <w:sz w:val="24"/>
        </w:rPr>
        <w:t>▪ For what purpose did you consult these reference materials?</w:t>
      </w:r>
    </w:p>
    <w:p>
      <w:pPr>
        <w:keepNext w:val="0"/>
        <w:spacing w:before="200" w:after="0" w:line="260" w:lineRule="exact"/>
        <w:ind w:left="2160" w:right="0" w:firstLine="0"/>
        <w:jc w:val="both"/>
      </w:pPr>
      <w:r>
        <w:rPr>
          <w:rFonts w:ascii="Times New Roman" w:hAnsi="Times New Roman" w:eastAsia="Times New Roman" w:cs="Times New Roman"/>
          <w:b w:val="0"/>
          <w:sz w:val="24"/>
        </w:rPr>
        <w:t>▪ Do you have copies of the reference materials?</w:t>
      </w:r>
    </w:p>
    <w:p>
      <w:pPr>
        <w:keepNext w:val="0"/>
        <w:spacing w:before="200" w:after="0" w:line="260" w:lineRule="exact"/>
        <w:ind w:left="1800" w:right="0" w:firstLine="0"/>
        <w:jc w:val="both"/>
      </w:pPr>
      <w:r>
        <w:rPr>
          <w:rFonts w:ascii="Times New Roman" w:hAnsi="Times New Roman" w:eastAsia="Times New Roman" w:cs="Times New Roman"/>
          <w:b w:val="0"/>
          <w:sz w:val="24"/>
        </w:rPr>
        <w:t>○ Did you work with other people when you were working in [relevant area of technology]?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How many other people did you work with?</w:t>
      </w:r>
    </w:p>
    <w:p>
      <w:pPr>
        <w:keepNext w:val="0"/>
        <w:spacing w:before="200" w:after="0" w:line="260" w:lineRule="exact"/>
        <w:ind w:left="2160" w:right="0" w:firstLine="0"/>
        <w:jc w:val="both"/>
      </w:pPr>
      <w:r>
        <w:rPr>
          <w:rFonts w:ascii="Times New Roman" w:hAnsi="Times New Roman" w:eastAsia="Times New Roman" w:cs="Times New Roman"/>
          <w:b w:val="0"/>
          <w:sz w:val="24"/>
        </w:rPr>
        <w:t>▪ What were their roles?</w:t>
      </w:r>
    </w:p>
    <w:p>
      <w:pPr>
        <w:keepNext w:val="0"/>
        <w:spacing w:before="200" w:after="0" w:line="260" w:lineRule="exact"/>
        <w:ind w:left="2160" w:right="0" w:firstLine="0"/>
        <w:jc w:val="both"/>
      </w:pPr>
      <w:r>
        <w:rPr>
          <w:rFonts w:ascii="Times New Roman" w:hAnsi="Times New Roman" w:eastAsia="Times New Roman" w:cs="Times New Roman"/>
          <w:b w:val="0"/>
          <w:sz w:val="24"/>
        </w:rPr>
        <w:t>▪ What were their respective levels of education?</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Research and Publications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relevant area of technology, ask the following questions:</w:t>
      </w:r>
    </w:p>
    <w:p>
      <w:pPr>
        <w:keepNext w:val="0"/>
        <w:spacing w:before="200" w:after="0" w:line="260" w:lineRule="exact"/>
        <w:ind w:left="1800" w:right="0" w:firstLine="0"/>
        <w:jc w:val="both"/>
      </w:pPr>
      <w:r>
        <w:rPr>
          <w:rFonts w:ascii="Times New Roman" w:hAnsi="Times New Roman" w:eastAsia="Times New Roman" w:cs="Times New Roman"/>
          <w:b w:val="0"/>
          <w:sz w:val="24"/>
        </w:rPr>
        <w:t>○ Did you conduct any research when you were working in [relevant area of technology]?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Please describe your research experience in [relevant area of technology].</w:t>
      </w:r>
    </w:p>
    <w:p>
      <w:pPr>
        <w:keepNext w:val="0"/>
        <w:spacing w:before="200" w:after="0" w:line="260" w:lineRule="exact"/>
        <w:ind w:left="2160" w:right="0" w:firstLine="0"/>
        <w:jc w:val="both"/>
      </w:pPr>
      <w:r>
        <w:rPr>
          <w:rFonts w:ascii="Times New Roman" w:hAnsi="Times New Roman" w:eastAsia="Times New Roman" w:cs="Times New Roman"/>
          <w:b w:val="0"/>
          <w:sz w:val="24"/>
        </w:rPr>
        <w:t>▪ When did you conduct this research?</w:t>
      </w:r>
    </w:p>
    <w:p>
      <w:pPr>
        <w:keepNext w:val="0"/>
        <w:spacing w:before="200" w:after="0" w:line="260" w:lineRule="exact"/>
        <w:ind w:left="2160" w:right="0" w:firstLine="0"/>
        <w:jc w:val="both"/>
      </w:pPr>
      <w:r>
        <w:rPr>
          <w:rFonts w:ascii="Times New Roman" w:hAnsi="Times New Roman" w:eastAsia="Times New Roman" w:cs="Times New Roman"/>
          <w:b w:val="0"/>
          <w:sz w:val="24"/>
        </w:rPr>
        <w:t>▪ What was your role in conducting this research?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Are you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 or co-author of any publications concerning [relevant area of technology]?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 refer to the line of questions regarding Publications, at 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 this deposition outline.</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Invention Story.</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Conception</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Novelty</w:t>
      </w:r>
    </w:p>
    <w:p>
      <w:pPr>
        <w:keepNext w:val="0"/>
        <w:spacing w:before="200" w:after="0" w:line="260" w:lineRule="exact"/>
        <w:ind w:left="1440" w:right="0" w:firstLine="0"/>
        <w:jc w:val="both"/>
      </w:pPr>
      <w:r>
        <w:rPr>
          <w:rFonts w:ascii="Times New Roman" w:hAnsi="Times New Roman" w:eastAsia="Times New Roman" w:cs="Times New Roman"/>
          <w:b w:val="0"/>
          <w:sz w:val="24"/>
        </w:rPr>
        <w:t>• What is the invention behind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Did you develop the idea for [first limitation] of the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Did you develop the idea for [second limitation] of the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Inquire about each limitation</w:t>
      </w:r>
    </w:p>
    <w:p>
      <w:pPr>
        <w:keepNext w:val="0"/>
        <w:spacing w:before="200" w:after="0" w:line="260" w:lineRule="exact"/>
        <w:ind w:left="1440" w:right="0" w:firstLine="0"/>
        <w:jc w:val="both"/>
      </w:pPr>
      <w:r>
        <w:rPr>
          <w:rFonts w:ascii="Times New Roman" w:hAnsi="Times New Roman" w:eastAsia="Times New Roman" w:cs="Times New Roman"/>
          <w:b w:val="0"/>
          <w:sz w:val="24"/>
        </w:rPr>
        <w:t>• What problem did the invention solve?</w:t>
      </w:r>
    </w:p>
    <w:p>
      <w:pPr>
        <w:keepNext w:val="0"/>
        <w:spacing w:before="200" w:after="0" w:line="260" w:lineRule="exact"/>
        <w:ind w:left="1800" w:right="0" w:firstLine="0"/>
        <w:jc w:val="both"/>
      </w:pPr>
      <w:r>
        <w:rPr>
          <w:rFonts w:ascii="Times New Roman" w:hAnsi="Times New Roman" w:eastAsia="Times New Roman" w:cs="Times New Roman"/>
          <w:b w:val="0"/>
          <w:sz w:val="24"/>
        </w:rPr>
        <w:t>○ How did you become aware of that problem?</w:t>
      </w:r>
    </w:p>
    <w:p>
      <w:pPr>
        <w:keepNext w:val="0"/>
        <w:spacing w:before="200" w:after="0" w:line="260" w:lineRule="exact"/>
        <w:ind w:left="1800" w:right="0" w:firstLine="0"/>
        <w:jc w:val="both"/>
      </w:pPr>
      <w:r>
        <w:rPr>
          <w:rFonts w:ascii="Times New Roman" w:hAnsi="Times New Roman" w:eastAsia="Times New Roman" w:cs="Times New Roman"/>
          <w:b w:val="0"/>
          <w:sz w:val="24"/>
        </w:rPr>
        <w:t>○ Why did you decide to solve that problem?</w:t>
      </w:r>
    </w:p>
    <w:p>
      <w:pPr>
        <w:keepNext w:val="0"/>
        <w:spacing w:before="200" w:after="0" w:line="260" w:lineRule="exact"/>
        <w:ind w:left="1800" w:right="0" w:firstLine="0"/>
        <w:jc w:val="both"/>
      </w:pPr>
      <w:r>
        <w:rPr>
          <w:rFonts w:ascii="Times New Roman" w:hAnsi="Times New Roman" w:eastAsia="Times New Roman" w:cs="Times New Roman"/>
          <w:b w:val="0"/>
          <w:sz w:val="24"/>
        </w:rPr>
        <w:t>○ What other solutions to that problem existed at the time of the invention?</w:t>
      </w:r>
    </w:p>
    <w:p>
      <w:pPr>
        <w:keepNext w:val="0"/>
        <w:spacing w:before="200" w:after="0" w:line="260" w:lineRule="exact"/>
        <w:ind w:left="1440" w:right="0" w:firstLine="0"/>
        <w:jc w:val="both"/>
      </w:pPr>
      <w:r>
        <w:rPr>
          <w:rFonts w:ascii="Times New Roman" w:hAnsi="Times New Roman" w:eastAsia="Times New Roman" w:cs="Times New Roman"/>
          <w:b w:val="0"/>
          <w:sz w:val="24"/>
        </w:rPr>
        <w:t>• How did you develop the technology behind the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How long did it take to develop the complete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Where did you work on it?</w:t>
      </w:r>
    </w:p>
    <w:p>
      <w:pPr>
        <w:keepNext w:val="0"/>
        <w:spacing w:before="200" w:after="0" w:line="260" w:lineRule="exact"/>
        <w:ind w:left="1800" w:right="0" w:firstLine="0"/>
        <w:jc w:val="both"/>
      </w:pPr>
      <w:r>
        <w:rPr>
          <w:rFonts w:ascii="Times New Roman" w:hAnsi="Times New Roman" w:eastAsia="Times New Roman" w:cs="Times New Roman"/>
          <w:b w:val="0"/>
          <w:sz w:val="24"/>
        </w:rPr>
        <w:t>○ Did you have to experiment with different solutions?</w:t>
      </w:r>
    </w:p>
    <w:p>
      <w:pPr>
        <w:keepNext w:val="0"/>
        <w:spacing w:before="200" w:after="0" w:line="260" w:lineRule="exact"/>
        <w:ind w:left="1800" w:right="0" w:firstLine="0"/>
        <w:jc w:val="both"/>
      </w:pPr>
      <w:r>
        <w:rPr>
          <w:rFonts w:ascii="Times New Roman" w:hAnsi="Times New Roman" w:eastAsia="Times New Roman" w:cs="Times New Roman"/>
          <w:b w:val="0"/>
          <w:sz w:val="24"/>
        </w:rPr>
        <w:t>○ What were the costs involved in developing the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What references did you rely on?</w:t>
      </w:r>
    </w:p>
    <w:p>
      <w:pPr>
        <w:keepNext w:val="0"/>
        <w:spacing w:before="200" w:after="0" w:line="260" w:lineRule="exact"/>
        <w:ind w:left="2160" w:right="0" w:firstLine="0"/>
        <w:jc w:val="both"/>
      </w:pPr>
      <w:r>
        <w:rPr>
          <w:rFonts w:ascii="Times New Roman" w:hAnsi="Times New Roman" w:eastAsia="Times New Roman" w:cs="Times New Roman"/>
          <w:b w:val="0"/>
          <w:sz w:val="24"/>
        </w:rPr>
        <w:t>▪ Do you have copies of those references?</w:t>
      </w:r>
    </w:p>
    <w:p>
      <w:pPr>
        <w:keepNext w:val="0"/>
        <w:spacing w:before="200" w:after="0" w:line="260" w:lineRule="exact"/>
        <w:ind w:left="1440" w:right="0" w:firstLine="0"/>
        <w:jc w:val="both"/>
      </w:pPr>
      <w:r>
        <w:rPr>
          <w:rFonts w:ascii="Times New Roman" w:hAnsi="Times New Roman" w:eastAsia="Times New Roman" w:cs="Times New Roman"/>
          <w:b w:val="0"/>
          <w:sz w:val="24"/>
        </w:rPr>
        <w:t>• What records were created during development of the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record (e.g., lab notebooks, reports of testing, invention disclosure, etc.):</w:t>
      </w:r>
    </w:p>
    <w:p>
      <w:pPr>
        <w:keepNext w:val="0"/>
        <w:spacing w:before="200" w:after="0" w:line="260" w:lineRule="exact"/>
        <w:ind w:left="2160" w:right="0" w:firstLine="0"/>
        <w:jc w:val="both"/>
      </w:pPr>
      <w:r>
        <w:rPr>
          <w:rFonts w:ascii="Times New Roman" w:hAnsi="Times New Roman" w:eastAsia="Times New Roman" w:cs="Times New Roman"/>
          <w:b w:val="0"/>
          <w:sz w:val="24"/>
        </w:rPr>
        <w:t>▪ When was it created?</w:t>
      </w:r>
    </w:p>
    <w:p>
      <w:pPr>
        <w:keepNext w:val="0"/>
        <w:spacing w:before="200" w:after="0" w:line="260" w:lineRule="exact"/>
        <w:ind w:left="2160" w:right="0" w:firstLine="0"/>
        <w:jc w:val="both"/>
      </w:pPr>
      <w:r>
        <w:rPr>
          <w:rFonts w:ascii="Times New Roman" w:hAnsi="Times New Roman" w:eastAsia="Times New Roman" w:cs="Times New Roman"/>
          <w:b w:val="0"/>
          <w:sz w:val="24"/>
        </w:rPr>
        <w:t>▪ Who created it?</w:t>
      </w:r>
    </w:p>
    <w:p>
      <w:pPr>
        <w:keepNext w:val="0"/>
        <w:spacing w:before="200" w:after="0" w:line="260" w:lineRule="exact"/>
        <w:ind w:left="2160" w:right="0" w:firstLine="0"/>
        <w:jc w:val="both"/>
      </w:pPr>
      <w:r>
        <w:rPr>
          <w:rFonts w:ascii="Times New Roman" w:hAnsi="Times New Roman" w:eastAsia="Times New Roman" w:cs="Times New Roman"/>
          <w:b w:val="0"/>
          <w:sz w:val="24"/>
        </w:rPr>
        <w:t>▪ Where is that document?</w:t>
      </w:r>
    </w:p>
    <w:p>
      <w:pPr>
        <w:keepNext w:val="0"/>
        <w:spacing w:before="200" w:after="0" w:line="260" w:lineRule="exact"/>
        <w:ind w:left="2160" w:right="0" w:firstLine="0"/>
        <w:jc w:val="both"/>
      </w:pPr>
      <w:r>
        <w:rPr>
          <w:rFonts w:ascii="Times New Roman" w:hAnsi="Times New Roman" w:eastAsia="Times New Roman" w:cs="Times New Roman"/>
          <w:b w:val="0"/>
          <w:sz w:val="24"/>
        </w:rPr>
        <w:t>▪ Did you disclose this document to anyone?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document,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520" w:right="0" w:firstLine="0"/>
        <w:jc w:val="both"/>
      </w:pPr>
      <w:r>
        <w:rPr>
          <w:rFonts w:ascii="Times New Roman" w:hAnsi="Times New Roman" w:eastAsia="Times New Roman" w:cs="Times New Roman"/>
          <w:b w:val="0"/>
          <w:sz w:val="24"/>
        </w:rPr>
        <w:t>• What information does this document contain about the invention?</w:t>
      </w:r>
    </w:p>
    <w:p>
      <w:pPr>
        <w:keepNext w:val="0"/>
        <w:spacing w:before="200" w:after="0" w:line="260" w:lineRule="exact"/>
        <w:ind w:left="2520" w:right="0" w:firstLine="0"/>
        <w:jc w:val="both"/>
      </w:pPr>
      <w:r>
        <w:rPr>
          <w:rFonts w:ascii="Times New Roman" w:hAnsi="Times New Roman" w:eastAsia="Times New Roman" w:cs="Times New Roman"/>
          <w:b w:val="0"/>
          <w:sz w:val="24"/>
        </w:rPr>
        <w:t>• Where in this document reflects [particular claim limitation] of the invention?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you do not have the document, request it.</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Timing</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first come up with the idea for invention of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Which element of the invention did you conceive of first?</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 conceive of the other elements of the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did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definite idea of the completed invention?</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first begin work on the invention?</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Inventorship</w:t>
      </w:r>
    </w:p>
    <w:p>
      <w:pPr>
        <w:keepNext w:val="0"/>
        <w:spacing w:before="200" w:after="0" w:line="260" w:lineRule="exact"/>
        <w:ind w:left="1440" w:right="0" w:firstLine="0"/>
        <w:jc w:val="both"/>
      </w:pPr>
      <w:r>
        <w:rPr>
          <w:rFonts w:ascii="Times New Roman" w:hAnsi="Times New Roman" w:eastAsia="Times New Roman" w:cs="Times New Roman"/>
          <w:b w:val="0"/>
          <w:sz w:val="24"/>
        </w:rPr>
        <w:t>• Who did you work with when you developed the idea of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What was [first inventor's] contribution to the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What was [second inventor's] contribution to the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Inquire about each inventor</w:t>
      </w:r>
    </w:p>
    <w:p>
      <w:pPr>
        <w:keepNext w:val="0"/>
        <w:spacing w:before="200" w:after="0" w:line="260" w:lineRule="exact"/>
        <w:ind w:left="1440" w:right="0" w:firstLine="0"/>
        <w:jc w:val="both"/>
      </w:pPr>
      <w:r>
        <w:rPr>
          <w:rFonts w:ascii="Times New Roman" w:hAnsi="Times New Roman" w:eastAsia="Times New Roman" w:cs="Times New Roman"/>
          <w:b w:val="0"/>
          <w:sz w:val="24"/>
        </w:rPr>
        <w:t>• Did you discuss the invention with anyone prior to filing the patent?</w:t>
      </w:r>
    </w:p>
    <w:p>
      <w:pPr>
        <w:keepNext w:val="0"/>
        <w:spacing w:before="200" w:after="0" w:line="260" w:lineRule="exact"/>
        <w:ind w:left="1800" w:right="0" w:firstLine="0"/>
        <w:jc w:val="both"/>
      </w:pPr>
      <w:r>
        <w:rPr>
          <w:rFonts w:ascii="Times New Roman" w:hAnsi="Times New Roman" w:eastAsia="Times New Roman" w:cs="Times New Roman"/>
          <w:b w:val="0"/>
          <w:sz w:val="24"/>
        </w:rPr>
        <w:t>○ Who did you speak with?</w:t>
      </w:r>
    </w:p>
    <w:p>
      <w:pPr>
        <w:keepNext w:val="0"/>
        <w:spacing w:before="200" w:after="0" w:line="260" w:lineRule="exact"/>
        <w:ind w:left="1800" w:right="0" w:firstLine="0"/>
        <w:jc w:val="both"/>
      </w:pPr>
      <w:r>
        <w:rPr>
          <w:rFonts w:ascii="Times New Roman" w:hAnsi="Times New Roman" w:eastAsia="Times New Roman" w:cs="Times New Roman"/>
          <w:b w:val="0"/>
          <w:sz w:val="24"/>
        </w:rPr>
        <w:t>○ What did you tell them?</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Reduction to Practice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some point, did you arrive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embodiment of the invention that worked for its intended purpose?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Describe that embodiment.</w:t>
      </w:r>
    </w:p>
    <w:p>
      <w:pPr>
        <w:keepNext w:val="0"/>
        <w:spacing w:before="200" w:after="0" w:line="260" w:lineRule="exact"/>
        <w:ind w:left="1440" w:right="0" w:firstLine="0"/>
        <w:jc w:val="both"/>
      </w:pPr>
      <w:r>
        <w:rPr>
          <w:rFonts w:ascii="Times New Roman" w:hAnsi="Times New Roman" w:eastAsia="Times New Roman" w:cs="Times New Roman"/>
          <w:b w:val="0"/>
          <w:sz w:val="24"/>
        </w:rPr>
        <w:t>○ How did you determine that this embodiment of the invention worked for its intended purpose?</w:t>
      </w:r>
    </w:p>
    <w:p>
      <w:pPr>
        <w:keepNext w:val="0"/>
        <w:spacing w:before="200" w:after="0" w:line="260" w:lineRule="exact"/>
        <w:ind w:left="1440" w:right="0" w:firstLine="0"/>
        <w:jc w:val="both"/>
      </w:pPr>
      <w:r>
        <w:rPr>
          <w:rFonts w:ascii="Times New Roman" w:hAnsi="Times New Roman" w:eastAsia="Times New Roman" w:cs="Times New Roman"/>
          <w:b w:val="0"/>
          <w:sz w:val="24"/>
        </w:rPr>
        <w:t>○ When did that occur?</w:t>
      </w:r>
    </w:p>
    <w:p>
      <w:pPr>
        <w:keepNext w:val="0"/>
        <w:spacing w:before="200" w:after="0" w:line="260" w:lineRule="exact"/>
        <w:ind w:left="1440" w:right="0" w:firstLine="0"/>
        <w:jc w:val="both"/>
      </w:pPr>
      <w:r>
        <w:rPr>
          <w:rFonts w:ascii="Times New Roman" w:hAnsi="Times New Roman" w:eastAsia="Times New Roman" w:cs="Times New Roman"/>
          <w:b w:val="0"/>
          <w:sz w:val="24"/>
        </w:rPr>
        <w:t>○ Where did that occur?</w:t>
      </w:r>
    </w:p>
    <w:p>
      <w:pPr>
        <w:keepNext w:val="0"/>
        <w:spacing w:before="200" w:after="0" w:line="260" w:lineRule="exact"/>
        <w:ind w:left="1440" w:right="0" w:firstLine="0"/>
        <w:jc w:val="both"/>
      </w:pPr>
      <w:r>
        <w:rPr>
          <w:rFonts w:ascii="Times New Roman" w:hAnsi="Times New Roman" w:eastAsia="Times New Roman" w:cs="Times New Roman"/>
          <w:b w:val="0"/>
          <w:sz w:val="24"/>
        </w:rPr>
        <w:t>○ Does this embodiment of the invention still exist? Where is it?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Consider whether to request that the embodiment be produced or made available for inspection.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Does the [short patent no.] patent describe how to make or 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embodiment of the invention for its intended purpose?</w:t>
      </w:r>
    </w:p>
    <w:p>
      <w:pPr>
        <w:keepNext w:val="0"/>
        <w:spacing w:before="200" w:after="0" w:line="260" w:lineRule="exact"/>
        <w:ind w:left="1440" w:right="0" w:firstLine="0"/>
        <w:jc w:val="both"/>
      </w:pPr>
      <w:r>
        <w:rPr>
          <w:rFonts w:ascii="Times New Roman" w:hAnsi="Times New Roman" w:eastAsia="Times New Roman" w:cs="Times New Roman"/>
          <w:b w:val="0"/>
          <w:sz w:val="24"/>
        </w:rPr>
        <w:t>○ Where is this discussed in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Is this shown in any of the figures in the [short patent no.] patent? Which one(s)?</w:t>
      </w:r>
    </w:p>
    <w:p>
      <w:pPr>
        <w:keepNext w:val="0"/>
        <w:spacing w:before="200" w:after="0" w:line="260" w:lineRule="exact"/>
        <w:ind w:left="1440" w:right="0" w:firstLine="0"/>
        <w:jc w:val="both"/>
      </w:pPr>
      <w:r>
        <w:rPr>
          <w:rFonts w:ascii="Times New Roman" w:hAnsi="Times New Roman" w:eastAsia="Times New Roman" w:cs="Times New Roman"/>
          <w:b w:val="0"/>
          <w:sz w:val="24"/>
        </w:rPr>
        <w:t>○ How did you determine that the embodiment of the invention described in the [short patent no.] patent will work for its intended purpose?</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first arrive at this embodiment of the invention?</w:t>
      </w:r>
    </w:p>
    <w:p>
      <w:pPr>
        <w:keepNext w:val="0"/>
        <w:spacing w:before="200" w:after="0" w:line="260" w:lineRule="exact"/>
        <w:ind w:left="1080" w:right="0" w:firstLine="0"/>
        <w:jc w:val="both"/>
      </w:pPr>
      <w:r>
        <w:rPr>
          <w:rFonts w:ascii="Times New Roman" w:hAnsi="Times New Roman" w:eastAsia="Times New Roman" w:cs="Times New Roman"/>
          <w:b w:val="0"/>
          <w:sz w:val="24"/>
        </w:rPr>
        <w:t>• Who did you work with when you [developed or described] the first embodiment of the invention that worked for its intended purpose?</w:t>
      </w:r>
    </w:p>
    <w:p>
      <w:pPr>
        <w:keepNext w:val="0"/>
        <w:spacing w:before="200" w:after="0" w:line="260" w:lineRule="exact"/>
        <w:ind w:left="1440" w:right="0" w:firstLine="0"/>
        <w:jc w:val="both"/>
      </w:pPr>
      <w:r>
        <w:rPr>
          <w:rFonts w:ascii="Times New Roman" w:hAnsi="Times New Roman" w:eastAsia="Times New Roman" w:cs="Times New Roman"/>
          <w:b w:val="0"/>
          <w:sz w:val="24"/>
        </w:rPr>
        <w:t>○ What was [first person's] contribution to developing the embodiment?</w:t>
      </w:r>
    </w:p>
    <w:p>
      <w:pPr>
        <w:keepNext w:val="0"/>
        <w:spacing w:before="200" w:after="0" w:line="260" w:lineRule="exact"/>
        <w:ind w:left="1440" w:right="0" w:firstLine="0"/>
        <w:jc w:val="both"/>
      </w:pPr>
      <w:r>
        <w:rPr>
          <w:rFonts w:ascii="Times New Roman" w:hAnsi="Times New Roman" w:eastAsia="Times New Roman" w:cs="Times New Roman"/>
          <w:b w:val="0"/>
          <w:sz w:val="24"/>
        </w:rPr>
        <w:t>○ What was [second person's] contribution to developing the embodiment?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Inquire about each person</w:t>
      </w:r>
    </w:p>
    <w:p>
      <w:pPr>
        <w:keepNext w:val="0"/>
        <w:spacing w:before="200" w:after="0" w:line="260" w:lineRule="exact"/>
        <w:ind w:left="1080" w:right="0" w:firstLine="0"/>
        <w:jc w:val="both"/>
      </w:pPr>
      <w:r>
        <w:rPr>
          <w:rFonts w:ascii="Times New Roman" w:hAnsi="Times New Roman" w:eastAsia="Times New Roman" w:cs="Times New Roman"/>
          <w:b w:val="0"/>
          <w:sz w:val="24"/>
        </w:rPr>
        <w:t>• Did you discuss this embodiment of the invention with anyone, or demonstrate it or use it for anyone prior to filing the patent?</w:t>
      </w:r>
    </w:p>
    <w:p>
      <w:pPr>
        <w:keepNext w:val="0"/>
        <w:spacing w:before="200" w:after="0" w:line="260" w:lineRule="exact"/>
        <w:ind w:left="1440" w:right="0" w:firstLine="0"/>
        <w:jc w:val="both"/>
      </w:pPr>
      <w:r>
        <w:rPr>
          <w:rFonts w:ascii="Times New Roman" w:hAnsi="Times New Roman" w:eastAsia="Times New Roman" w:cs="Times New Roman"/>
          <w:b w:val="0"/>
          <w:sz w:val="24"/>
        </w:rPr>
        <w:t>○ Who did you speak with, or demonstrate or use the embodiment for?</w:t>
      </w:r>
    </w:p>
    <w:p>
      <w:pPr>
        <w:keepNext w:val="0"/>
        <w:spacing w:before="200" w:after="0" w:line="260" w:lineRule="exact"/>
        <w:ind w:left="1440" w:right="0" w:firstLine="0"/>
        <w:jc w:val="both"/>
      </w:pPr>
      <w:r>
        <w:rPr>
          <w:rFonts w:ascii="Times New Roman" w:hAnsi="Times New Roman" w:eastAsia="Times New Roman" w:cs="Times New Roman"/>
          <w:b w:val="0"/>
          <w:sz w:val="24"/>
        </w:rPr>
        <w:t>○ What did you tell them? / How did you go about demonstrating or using the embodiment?</w:t>
      </w:r>
    </w:p>
    <w:p>
      <w:pPr>
        <w:keepNext w:val="0"/>
        <w:spacing w:before="200" w:after="0" w:line="260" w:lineRule="exact"/>
        <w:ind w:left="1080" w:right="0" w:firstLine="0"/>
        <w:jc w:val="both"/>
      </w:pPr>
      <w:r>
        <w:rPr>
          <w:rFonts w:ascii="Times New Roman" w:hAnsi="Times New Roman" w:eastAsia="Times New Roman" w:cs="Times New Roman"/>
          <w:b w:val="0"/>
          <w:sz w:val="24"/>
        </w:rPr>
        <w:t>• What records were created during the development or description of the first embodiment of the invention that worked for its intended purpose?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record:</w:t>
      </w:r>
    </w:p>
    <w:p>
      <w:pPr>
        <w:keepNext w:val="0"/>
        <w:spacing w:before="200" w:after="0" w:line="260" w:lineRule="exact"/>
        <w:ind w:left="1800" w:right="0" w:firstLine="0"/>
        <w:jc w:val="both"/>
      </w:pPr>
      <w:r>
        <w:rPr>
          <w:rFonts w:ascii="Times New Roman" w:hAnsi="Times New Roman" w:eastAsia="Times New Roman" w:cs="Times New Roman"/>
          <w:b w:val="0"/>
          <w:sz w:val="24"/>
        </w:rPr>
        <w:t>▪ When was it created?</w:t>
      </w:r>
    </w:p>
    <w:p>
      <w:pPr>
        <w:keepNext w:val="0"/>
        <w:spacing w:before="200" w:after="0" w:line="260" w:lineRule="exact"/>
        <w:ind w:left="1800" w:right="0" w:firstLine="0"/>
        <w:jc w:val="both"/>
      </w:pPr>
      <w:r>
        <w:rPr>
          <w:rFonts w:ascii="Times New Roman" w:hAnsi="Times New Roman" w:eastAsia="Times New Roman" w:cs="Times New Roman"/>
          <w:b w:val="0"/>
          <w:sz w:val="24"/>
        </w:rPr>
        <w:t>▪ Who created it?</w:t>
      </w:r>
    </w:p>
    <w:p>
      <w:pPr>
        <w:keepNext w:val="0"/>
        <w:spacing w:before="200" w:after="0" w:line="260" w:lineRule="exact"/>
        <w:ind w:left="1800" w:right="0" w:firstLine="0"/>
        <w:jc w:val="both"/>
      </w:pPr>
      <w:r>
        <w:rPr>
          <w:rFonts w:ascii="Times New Roman" w:hAnsi="Times New Roman" w:eastAsia="Times New Roman" w:cs="Times New Roman"/>
          <w:b w:val="0"/>
          <w:sz w:val="24"/>
        </w:rPr>
        <w:t>▪ Where is that document?</w:t>
      </w:r>
    </w:p>
    <w:p>
      <w:pPr>
        <w:keepNext w:val="0"/>
        <w:spacing w:before="200" w:after="0" w:line="260" w:lineRule="exact"/>
        <w:ind w:left="1800" w:right="0" w:firstLine="0"/>
        <w:jc w:val="both"/>
      </w:pPr>
      <w:r>
        <w:rPr>
          <w:rFonts w:ascii="Times New Roman" w:hAnsi="Times New Roman" w:eastAsia="Times New Roman" w:cs="Times New Roman"/>
          <w:b w:val="0"/>
          <w:sz w:val="24"/>
        </w:rPr>
        <w:t>▪ Did you disclose this document to anyone?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document,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160" w:right="0" w:firstLine="0"/>
        <w:jc w:val="both"/>
      </w:pPr>
      <w:r>
        <w:rPr>
          <w:rFonts w:ascii="Times New Roman" w:hAnsi="Times New Roman" w:eastAsia="Times New Roman" w:cs="Times New Roman"/>
          <w:b w:val="0"/>
          <w:sz w:val="24"/>
        </w:rPr>
        <w:t>• What information does this document contain about the embodiment of the invention?</w:t>
      </w:r>
    </w:p>
    <w:p>
      <w:pPr>
        <w:keepNext w:val="0"/>
        <w:spacing w:before="200" w:after="0" w:line="260" w:lineRule="exact"/>
        <w:ind w:left="2160" w:right="0" w:firstLine="0"/>
        <w:jc w:val="both"/>
      </w:pPr>
      <w:r>
        <w:rPr>
          <w:rFonts w:ascii="Times New Roman" w:hAnsi="Times New Roman" w:eastAsia="Times New Roman" w:cs="Times New Roman"/>
          <w:b w:val="0"/>
          <w:sz w:val="24"/>
        </w:rPr>
        <w:t>• Where in this document is that information reflected?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you do not have the document, request it.</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Commercialization.</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Attempts to Commercialize</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Objectives for Commercializing</w:t>
      </w:r>
    </w:p>
    <w:p>
      <w:pPr>
        <w:keepNext w:val="0"/>
        <w:spacing w:before="200" w:after="0" w:line="260" w:lineRule="exact"/>
        <w:ind w:left="1440" w:right="0" w:firstLine="0"/>
        <w:jc w:val="both"/>
      </w:pPr>
      <w:r>
        <w:rPr>
          <w:rFonts w:ascii="Times New Roman" w:hAnsi="Times New Roman" w:eastAsia="Times New Roman" w:cs="Times New Roman"/>
          <w:b w:val="0"/>
          <w:sz w:val="24"/>
        </w:rPr>
        <w:t>• Did you come up with any objectives for commercializing the invention of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no:</w:t>
      </w:r>
      <w:r>
        <w:rPr>
          <w:rFonts w:ascii="Times New Roman" w:hAnsi="Times New Roman" w:eastAsia="Times New Roman" w:cs="Times New Roman"/>
          <w:b w:val="0"/>
          <w:sz w:val="24"/>
        </w:rPr>
        <w:t xml:space="preserve"> Did you become aware of any objectives for commercializing the invention of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How did you become aware of the objectives for commercializing the invention of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What objectives for commercializing the invention of the [short patent no.] patent did you come up with / become aware of?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objective:</w:t>
      </w:r>
      <w:r>
        <w:rPr>
          <w:rFonts w:ascii="Times New Roman" w:hAnsi="Times New Roman" w:eastAsia="Times New Roman" w:cs="Times New Roman"/>
          <w:b w:val="0"/>
          <w:sz w:val="24"/>
        </w:rPr>
        <w:t xml:space="preserve"> Why was this relevant for purposes of commercializing the invention of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Was this objective achieved in any commercial embodiment of the invention?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Which commercial embodiments achieve this objective?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commercial embodiment:</w:t>
      </w:r>
      <w:r>
        <w:rPr>
          <w:rFonts w:ascii="Times New Roman" w:hAnsi="Times New Roman" w:eastAsia="Times New Roman" w:cs="Times New Roman"/>
          <w:b w:val="0"/>
          <w:sz w:val="24"/>
        </w:rPr>
        <w:t xml:space="preserve"> How is the objective achieved in this commercial embodiment?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no, or if not achieved in all commercial embodiments:</w:t>
      </w:r>
      <w:r>
        <w:rPr>
          <w:rFonts w:ascii="Times New Roman" w:hAnsi="Times New Roman" w:eastAsia="Times New Roman" w:cs="Times New Roman"/>
          <w:b w:val="0"/>
          <w:sz w:val="24"/>
        </w:rPr>
        <w:t xml:space="preserve"> Was the objective changed in the course of commercializing the invention of the [short patent no.] patent?</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Research and Development of First Commercial Embodiment</w:t>
      </w:r>
    </w:p>
    <w:p>
      <w:pPr>
        <w:keepNext w:val="0"/>
        <w:spacing w:before="200" w:after="0" w:line="260" w:lineRule="exact"/>
        <w:ind w:left="1440" w:right="0" w:firstLine="0"/>
        <w:jc w:val="both"/>
      </w:pPr>
      <w:r>
        <w:rPr>
          <w:rFonts w:ascii="Times New Roman" w:hAnsi="Times New Roman" w:eastAsia="Times New Roman" w:cs="Times New Roman"/>
          <w:b w:val="0"/>
          <w:sz w:val="24"/>
        </w:rPr>
        <w:t>• What was the first commercial embodiment of the invention of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Were you involved in any efforts to develop the first commercial embodiment of the invention of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no:</w:t>
      </w:r>
      <w:r>
        <w:rPr>
          <w:rFonts w:ascii="Times New Roman" w:hAnsi="Times New Roman" w:eastAsia="Times New Roman" w:cs="Times New Roman"/>
          <w:b w:val="0"/>
          <w:sz w:val="24"/>
        </w:rPr>
        <w:t xml:space="preserve"> Can you identify, by name or business function, anyone who was involved in the efforts to develop the first commercial embodiment of the invention of the [short patent no.] patent?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Identify all persons or business functions of persons you know of who were involved in these efforts?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person or function identified:</w:t>
      </w:r>
      <w:r>
        <w:rPr>
          <w:rFonts w:ascii="Times New Roman" w:hAnsi="Times New Roman" w:eastAsia="Times New Roman" w:cs="Times New Roman"/>
          <w:b w:val="0"/>
          <w:sz w:val="24"/>
        </w:rPr>
        <w:t xml:space="preserve"> What was their role in trying to develop the first commercial embodiment of the invention of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[If inventor was involved] Describe your involvement in trying to develop the first commercial embodiment.</w:t>
      </w:r>
    </w:p>
    <w:p>
      <w:pPr>
        <w:keepNext w:val="0"/>
        <w:spacing w:before="200" w:after="0" w:line="260" w:lineRule="exact"/>
        <w:ind w:left="1800" w:right="0" w:firstLine="0"/>
        <w:jc w:val="both"/>
      </w:pPr>
      <w:r>
        <w:rPr>
          <w:rFonts w:ascii="Times New Roman" w:hAnsi="Times New Roman" w:eastAsia="Times New Roman" w:cs="Times New Roman"/>
          <w:b w:val="0"/>
          <w:sz w:val="24"/>
        </w:rPr>
        <w:t>○ What did you do?</w:t>
      </w:r>
    </w:p>
    <w:p>
      <w:pPr>
        <w:keepNext w:val="0"/>
        <w:spacing w:before="200" w:after="0" w:line="260" w:lineRule="exact"/>
        <w:ind w:left="1800" w:right="0" w:firstLine="0"/>
        <w:jc w:val="both"/>
      </w:pPr>
      <w:r>
        <w:rPr>
          <w:rFonts w:ascii="Times New Roman" w:hAnsi="Times New Roman" w:eastAsia="Times New Roman" w:cs="Times New Roman"/>
          <w:b w:val="0"/>
          <w:sz w:val="24"/>
        </w:rPr>
        <w:t>○ Where did you do it?</w:t>
      </w:r>
    </w:p>
    <w:p>
      <w:pPr>
        <w:keepNext w:val="0"/>
        <w:spacing w:before="200" w:after="0" w:line="260" w:lineRule="exact"/>
        <w:ind w:left="1800" w:right="0" w:firstLine="0"/>
        <w:jc w:val="both"/>
      </w:pPr>
      <w:r>
        <w:rPr>
          <w:rFonts w:ascii="Times New Roman" w:hAnsi="Times New Roman" w:eastAsia="Times New Roman" w:cs="Times New Roman"/>
          <w:b w:val="0"/>
          <w:sz w:val="24"/>
        </w:rPr>
        <w:t>○ Did you work by yourself, or with others?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with others:</w:t>
      </w:r>
      <w:r>
        <w:rPr>
          <w:rFonts w:ascii="Times New Roman" w:hAnsi="Times New Roman" w:eastAsia="Times New Roman" w:cs="Times New Roman"/>
          <w:b w:val="0"/>
          <w:sz w:val="24"/>
        </w:rPr>
        <w:t xml:space="preserve"> With whom did you work?</w:t>
      </w:r>
    </w:p>
    <w:p>
      <w:pPr>
        <w:keepNext w:val="0"/>
        <w:spacing w:before="200" w:after="0" w:line="260" w:lineRule="exact"/>
        <w:ind w:left="2160" w:right="0" w:firstLine="0"/>
        <w:jc w:val="both"/>
      </w:pPr>
      <w:r>
        <w:rPr>
          <w:rFonts w:ascii="Times New Roman" w:hAnsi="Times New Roman" w:eastAsia="Times New Roman" w:cs="Times New Roman"/>
          <w:b w:val="0"/>
          <w:sz w:val="24"/>
        </w:rPr>
        <w:t>▪ What were their roles?</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 start working on development of the first commercial embodiment of the invention of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How long did it take to develop the first commercial embodiment?</w:t>
      </w:r>
    </w:p>
    <w:p>
      <w:pPr>
        <w:keepNext w:val="0"/>
        <w:spacing w:before="200" w:after="0" w:line="260" w:lineRule="exact"/>
        <w:ind w:left="1800" w:right="0" w:firstLine="0"/>
        <w:jc w:val="both"/>
      </w:pPr>
      <w:r>
        <w:rPr>
          <w:rFonts w:ascii="Times New Roman" w:hAnsi="Times New Roman" w:eastAsia="Times New Roman" w:cs="Times New Roman"/>
          <w:b w:val="0"/>
          <w:sz w:val="24"/>
        </w:rPr>
        <w:t>○ Did you have to experiment with different embodiments before successfully arriving at the first commercial embodiment?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 ask follow-up questions to elicit information regarding the work that was done, the different embodiments that were experimented with, how they differed from each other, and the factors that led to the selection of the first commercial embodiment.</w:t>
      </w:r>
    </w:p>
    <w:p>
      <w:pPr>
        <w:keepNext w:val="0"/>
        <w:spacing w:before="200" w:after="0" w:line="260" w:lineRule="exact"/>
        <w:ind w:left="1440" w:right="0" w:firstLine="0"/>
        <w:jc w:val="both"/>
      </w:pPr>
      <w:r>
        <w:rPr>
          <w:rFonts w:ascii="Times New Roman" w:hAnsi="Times New Roman" w:eastAsia="Times New Roman" w:cs="Times New Roman"/>
          <w:b w:val="0"/>
          <w:sz w:val="24"/>
        </w:rPr>
        <w:t>• What records were created during development of the first commercial embodiment of the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record:</w:t>
      </w:r>
    </w:p>
    <w:p>
      <w:pPr>
        <w:keepNext w:val="0"/>
        <w:spacing w:before="200" w:after="0" w:line="260" w:lineRule="exact"/>
        <w:ind w:left="2160" w:right="0" w:firstLine="0"/>
        <w:jc w:val="both"/>
      </w:pPr>
      <w:r>
        <w:rPr>
          <w:rFonts w:ascii="Times New Roman" w:hAnsi="Times New Roman" w:eastAsia="Times New Roman" w:cs="Times New Roman"/>
          <w:b w:val="0"/>
          <w:sz w:val="24"/>
        </w:rPr>
        <w:t>▪ When was it created?</w:t>
      </w:r>
    </w:p>
    <w:p>
      <w:pPr>
        <w:keepNext w:val="0"/>
        <w:spacing w:before="200" w:after="0" w:line="260" w:lineRule="exact"/>
        <w:ind w:left="2160" w:right="0" w:firstLine="0"/>
        <w:jc w:val="both"/>
      </w:pPr>
      <w:r>
        <w:rPr>
          <w:rFonts w:ascii="Times New Roman" w:hAnsi="Times New Roman" w:eastAsia="Times New Roman" w:cs="Times New Roman"/>
          <w:b w:val="0"/>
          <w:sz w:val="24"/>
        </w:rPr>
        <w:t>▪ Who created it?</w:t>
      </w:r>
    </w:p>
    <w:p>
      <w:pPr>
        <w:keepNext w:val="0"/>
        <w:spacing w:before="200" w:after="0" w:line="260" w:lineRule="exact"/>
        <w:ind w:left="2160" w:right="0" w:firstLine="0"/>
        <w:jc w:val="both"/>
      </w:pPr>
      <w:r>
        <w:rPr>
          <w:rFonts w:ascii="Times New Roman" w:hAnsi="Times New Roman" w:eastAsia="Times New Roman" w:cs="Times New Roman"/>
          <w:b w:val="0"/>
          <w:sz w:val="24"/>
        </w:rPr>
        <w:t>▪ Where is that document?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document,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520" w:right="0" w:firstLine="0"/>
        <w:jc w:val="both"/>
      </w:pPr>
      <w:r>
        <w:rPr>
          <w:rFonts w:ascii="Times New Roman" w:hAnsi="Times New Roman" w:eastAsia="Times New Roman" w:cs="Times New Roman"/>
          <w:b w:val="0"/>
          <w:sz w:val="24"/>
        </w:rPr>
        <w:t>• What information does this document contain about the first commercial embodiment of the invention?</w:t>
      </w:r>
    </w:p>
    <w:p>
      <w:pPr>
        <w:keepNext w:val="0"/>
        <w:spacing w:before="200" w:after="0" w:line="260" w:lineRule="exact"/>
        <w:ind w:left="2520" w:right="0" w:firstLine="0"/>
        <w:jc w:val="both"/>
      </w:pPr>
      <w:r>
        <w:rPr>
          <w:rFonts w:ascii="Times New Roman" w:hAnsi="Times New Roman" w:eastAsia="Times New Roman" w:cs="Times New Roman"/>
          <w:b w:val="0"/>
          <w:sz w:val="24"/>
        </w:rPr>
        <w:t>• Where in this document reflects that information?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you do not have the document, request it.</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Research and Development of Subsequent Commercial Embodiments</w:t>
      </w:r>
    </w:p>
    <w:p>
      <w:pPr>
        <w:keepNext w:val="0"/>
        <w:spacing w:before="200" w:after="0" w:line="260" w:lineRule="exact"/>
        <w:ind w:left="1440" w:right="0" w:firstLine="0"/>
        <w:jc w:val="both"/>
      </w:pPr>
      <w:r>
        <w:rPr>
          <w:rFonts w:ascii="Times New Roman" w:hAnsi="Times New Roman" w:eastAsia="Times New Roman" w:cs="Times New Roman"/>
          <w:b w:val="0"/>
          <w:sz w:val="24"/>
        </w:rPr>
        <w:t>• Were any commercial embodiments of the invention of the [short patent no.] patent developed in addition to the first commercial embodiment?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How many additional commercial embodiments of the invention were developed?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different embodiment:</w:t>
      </w:r>
    </w:p>
    <w:p>
      <w:pPr>
        <w:keepNext w:val="0"/>
        <w:spacing w:before="200" w:after="0" w:line="260" w:lineRule="exact"/>
        <w:ind w:left="2160" w:right="0" w:firstLine="0"/>
        <w:jc w:val="both"/>
      </w:pPr>
      <w:r>
        <w:rPr>
          <w:rFonts w:ascii="Times New Roman" w:hAnsi="Times New Roman" w:eastAsia="Times New Roman" w:cs="Times New Roman"/>
          <w:b w:val="0"/>
          <w:sz w:val="24"/>
        </w:rPr>
        <w:t>▪ How does this embodiment differ from the first commercial embodiment of the invention of the [short patent no.] patent?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Why was this additional embodiment developed? (Try to discover the significance of the distinguishing feature(s) of each additional embodiment, and why the inventor or manufacturer of the product found it important to develop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embodiment.)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Market Reception</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Pre-Launch Activities: Presentations, Demonstrations, Trade Shows, Etc.</w:t>
      </w:r>
    </w:p>
    <w:p>
      <w:pPr>
        <w:keepNext w:val="0"/>
        <w:spacing w:before="200" w:after="0" w:line="260" w:lineRule="exact"/>
        <w:ind w:left="1440" w:right="0" w:firstLine="0"/>
        <w:jc w:val="both"/>
      </w:pPr>
      <w:r>
        <w:rPr>
          <w:rFonts w:ascii="Times New Roman" w:hAnsi="Times New Roman" w:eastAsia="Times New Roman" w:cs="Times New Roman"/>
          <w:b w:val="0"/>
          <w:sz w:val="24"/>
        </w:rPr>
        <w:t>• Did you attend or participate in any [presentations, demonstrations, trade shows] concerning the invention of the [short patent no.] patent, prior to [date] or prior to the launch of the first commercial embodiment of the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 then for each presentation, demonstration or trade show:</w:t>
      </w:r>
      <w:r>
        <w:rPr>
          <w:rFonts w:ascii="Times New Roman" w:hAnsi="Times New Roman" w:eastAsia="Times New Roman" w:cs="Times New Roman"/>
          <w:b w:val="0"/>
          <w:sz w:val="24"/>
        </w:rPr>
        <w:t xml:space="preserve"> When did the [presentation/demonstration/ trade show] occur?</w:t>
      </w:r>
    </w:p>
    <w:p>
      <w:pPr>
        <w:keepNext w:val="0"/>
        <w:spacing w:before="200" w:after="0" w:line="260" w:lineRule="exact"/>
        <w:ind w:left="1800" w:right="0" w:firstLine="0"/>
        <w:jc w:val="both"/>
      </w:pPr>
      <w:r>
        <w:rPr>
          <w:rFonts w:ascii="Times New Roman" w:hAnsi="Times New Roman" w:eastAsia="Times New Roman" w:cs="Times New Roman"/>
          <w:b w:val="0"/>
          <w:sz w:val="24"/>
        </w:rPr>
        <w:t>○ Where did the [presentation/demonstration/ trade show] occur?</w:t>
      </w:r>
    </w:p>
    <w:p>
      <w:pPr>
        <w:keepNext w:val="0"/>
        <w:spacing w:before="200" w:after="0" w:line="260" w:lineRule="exact"/>
        <w:ind w:left="1800" w:right="0" w:firstLine="0"/>
        <w:jc w:val="both"/>
      </w:pPr>
      <w:r>
        <w:rPr>
          <w:rFonts w:ascii="Times New Roman" w:hAnsi="Times New Roman" w:eastAsia="Times New Roman" w:cs="Times New Roman"/>
          <w:b w:val="0"/>
          <w:sz w:val="24"/>
        </w:rPr>
        <w:t>○ Who participated the [presentation/demonstration/ trade show]?</w:t>
      </w:r>
    </w:p>
    <w:p>
      <w:pPr>
        <w:keepNext w:val="0"/>
        <w:spacing w:before="200" w:after="0" w:line="260" w:lineRule="exact"/>
        <w:ind w:left="1800" w:right="0" w:firstLine="0"/>
        <w:jc w:val="both"/>
      </w:pPr>
      <w:r>
        <w:rPr>
          <w:rFonts w:ascii="Times New Roman" w:hAnsi="Times New Roman" w:eastAsia="Times New Roman" w:cs="Times New Roman"/>
          <w:b w:val="0"/>
          <w:sz w:val="24"/>
        </w:rPr>
        <w:t>○ Who was present at the [presentation/demonstration/ trade show]?</w:t>
      </w:r>
    </w:p>
    <w:p>
      <w:pPr>
        <w:keepNext w:val="0"/>
        <w:spacing w:before="200" w:after="0" w:line="260" w:lineRule="exact"/>
        <w:ind w:left="1800" w:right="0" w:firstLine="0"/>
        <w:jc w:val="both"/>
      </w:pPr>
      <w:r>
        <w:rPr>
          <w:rFonts w:ascii="Times New Roman" w:hAnsi="Times New Roman" w:eastAsia="Times New Roman" w:cs="Times New Roman"/>
          <w:b w:val="0"/>
          <w:sz w:val="24"/>
        </w:rPr>
        <w:t>○ What information about the invention of the [short patent no.] patent was provided at the [presentation/demonstration/ trade show]?</w:t>
      </w:r>
    </w:p>
    <w:p>
      <w:pPr>
        <w:keepNext w:val="0"/>
        <w:spacing w:before="200" w:after="0" w:line="260" w:lineRule="exact"/>
        <w:ind w:left="1800" w:right="0" w:firstLine="0"/>
        <w:jc w:val="both"/>
      </w:pPr>
      <w:r>
        <w:rPr>
          <w:rFonts w:ascii="Times New Roman" w:hAnsi="Times New Roman" w:eastAsia="Times New Roman" w:cs="Times New Roman"/>
          <w:b w:val="0"/>
          <w:sz w:val="24"/>
        </w:rPr>
        <w:t>○ Were any presentation materials, brochures or other documents used in connection with the [presentation/demonstration/ trade show]?</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Where are the presentation materials, brochures or other documents?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document,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520" w:right="0" w:firstLine="0"/>
        <w:jc w:val="both"/>
      </w:pPr>
      <w:r>
        <w:rPr>
          <w:rFonts w:ascii="Times New Roman" w:hAnsi="Times New Roman" w:eastAsia="Times New Roman" w:cs="Times New Roman"/>
          <w:b w:val="0"/>
          <w:sz w:val="24"/>
        </w:rPr>
        <w:t>• How were the presentation materials, brochures or other documents used in connection with the [presentation/demonstration/ trade show]?</w:t>
      </w:r>
    </w:p>
    <w:p>
      <w:pPr>
        <w:keepNext w:val="0"/>
        <w:spacing w:before="200" w:after="0" w:line="260" w:lineRule="exact"/>
        <w:ind w:left="2520" w:right="0" w:firstLine="0"/>
        <w:jc w:val="both"/>
      </w:pPr>
      <w:r>
        <w:rPr>
          <w:rFonts w:ascii="Times New Roman" w:hAnsi="Times New Roman" w:eastAsia="Times New Roman" w:cs="Times New Roman"/>
          <w:b w:val="0"/>
          <w:sz w:val="24"/>
        </w:rPr>
        <w:t>• Were the presentation materials, brochures or other documents distributed to attendees, or otherwise made available to attendees, at the [presentation/demonstration/ trade show]?</w:t>
      </w:r>
    </w:p>
    <w:p>
      <w:pPr>
        <w:keepNext w:val="0"/>
        <w:spacing w:before="200" w:after="0" w:line="260" w:lineRule="exact"/>
        <w:ind w:left="2520" w:right="0" w:firstLine="0"/>
        <w:jc w:val="both"/>
      </w:pPr>
      <w:r>
        <w:rPr>
          <w:rFonts w:ascii="Times New Roman" w:hAnsi="Times New Roman" w:eastAsia="Times New Roman" w:cs="Times New Roman"/>
          <w:b w:val="0"/>
          <w:sz w:val="24"/>
        </w:rPr>
        <w:t>• What was said about the presentation materials, brochures or other documents during the [presentation/demonstration/ trade show]?</w:t>
      </w:r>
    </w:p>
    <w:p>
      <w:pPr>
        <w:keepNext w:val="0"/>
        <w:spacing w:before="200" w:after="0" w:line="260" w:lineRule="exact"/>
        <w:ind w:left="2520" w:right="0" w:firstLine="0"/>
        <w:jc w:val="both"/>
      </w:pPr>
      <w:r>
        <w:rPr>
          <w:rFonts w:ascii="Times New Roman" w:hAnsi="Times New Roman" w:eastAsia="Times New Roman" w:cs="Times New Roman"/>
          <w:b w:val="0"/>
          <w:sz w:val="24"/>
        </w:rPr>
        <w:t>• Is that information reflected in the presentation materials, brochures or other documents? If so, where?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you do not have the document, request it.</w:t>
      </w:r>
    </w:p>
    <w:p>
      <w:pPr>
        <w:keepNext w:val="0"/>
        <w:spacing w:before="200" w:after="0" w:line="260" w:lineRule="exact"/>
        <w:ind w:left="1800" w:right="0" w:firstLine="0"/>
        <w:jc w:val="both"/>
      </w:pPr>
      <w:r>
        <w:rPr>
          <w:rFonts w:ascii="Times New Roman" w:hAnsi="Times New Roman" w:eastAsia="Times New Roman" w:cs="Times New Roman"/>
          <w:b w:val="0"/>
          <w:sz w:val="24"/>
        </w:rPr>
        <w:t>○ Were any embodiments of the invention of the [short patent no.] patent used or displayed in connection with the [presentation/demonstration/ trade show]?</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Describe the embodiment(s) used or displayed in connection with the [presentation/demonstration/ trade show].</w:t>
      </w:r>
    </w:p>
    <w:p>
      <w:pPr>
        <w:keepNext w:val="0"/>
        <w:spacing w:before="200" w:after="0" w:line="260" w:lineRule="exact"/>
        <w:ind w:left="2160" w:right="0" w:firstLine="0"/>
        <w:jc w:val="both"/>
      </w:pPr>
      <w:r>
        <w:rPr>
          <w:rFonts w:ascii="Times New Roman" w:hAnsi="Times New Roman" w:eastAsia="Times New Roman" w:cs="Times New Roman"/>
          <w:b w:val="0"/>
          <w:sz w:val="24"/>
        </w:rPr>
        <w:t>▪ How was/were the embodiment(s) used or displayed in connection with the [presentation/demonstration/ trade show]?</w:t>
      </w:r>
    </w:p>
    <w:p>
      <w:pPr>
        <w:keepNext w:val="0"/>
        <w:spacing w:before="200" w:after="0" w:line="260" w:lineRule="exact"/>
        <w:ind w:left="2160" w:right="0" w:firstLine="0"/>
        <w:jc w:val="both"/>
      </w:pPr>
      <w:r>
        <w:rPr>
          <w:rFonts w:ascii="Times New Roman" w:hAnsi="Times New Roman" w:eastAsia="Times New Roman" w:cs="Times New Roman"/>
          <w:b w:val="0"/>
          <w:sz w:val="24"/>
        </w:rPr>
        <w:t>▪ Where is/are the embodiment(s)?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embodiment(s),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you do not have the embodiment(s), request it/them.</w:t>
      </w:r>
    </w:p>
    <w:p>
      <w:pPr>
        <w:keepNext w:val="0"/>
        <w:spacing w:before="200" w:after="0" w:line="260" w:lineRule="exact"/>
        <w:ind w:left="1800" w:right="0" w:firstLine="0"/>
        <w:jc w:val="both"/>
      </w:pPr>
      <w:r>
        <w:rPr>
          <w:rFonts w:ascii="Times New Roman" w:hAnsi="Times New Roman" w:eastAsia="Times New Roman" w:cs="Times New Roman"/>
          <w:b w:val="0"/>
          <w:sz w:val="24"/>
        </w:rPr>
        <w:t>○ Did the attendees at the [presentation/demonstration/ trade show] ask any questions about the invention of the [short patent no.] patent?</w:t>
      </w:r>
    </w:p>
    <w:p>
      <w:pPr>
        <w:keepNext w:val="0"/>
        <w:spacing w:before="200" w:after="0" w:line="260" w:lineRule="exact"/>
        <w:ind w:left="2160" w:right="0" w:firstLine="0"/>
        <w:jc w:val="both"/>
      </w:pPr>
      <w:r>
        <w:rPr>
          <w:rFonts w:ascii="Times New Roman" w:hAnsi="Times New Roman" w:eastAsia="Times New Roman" w:cs="Times New Roman"/>
          <w:b w:val="0"/>
          <w:sz w:val="24"/>
        </w:rPr>
        <w:t>▪ What questions were asked?</w:t>
      </w:r>
    </w:p>
    <w:p>
      <w:pPr>
        <w:keepNext w:val="0"/>
        <w:spacing w:before="200" w:after="0" w:line="260" w:lineRule="exact"/>
        <w:ind w:left="2160" w:right="0" w:firstLine="0"/>
        <w:jc w:val="both"/>
      </w:pPr>
      <w:r>
        <w:rPr>
          <w:rFonts w:ascii="Times New Roman" w:hAnsi="Times New Roman" w:eastAsia="Times New Roman" w:cs="Times New Roman"/>
          <w:b w:val="0"/>
          <w:sz w:val="24"/>
        </w:rPr>
        <w:t>▪ What responses were given?</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Launch of First Commercially Available Product</w:t>
      </w:r>
    </w:p>
    <w:p>
      <w:pPr>
        <w:keepNext w:val="0"/>
        <w:spacing w:before="200" w:after="0" w:line="260" w:lineRule="exact"/>
        <w:ind w:left="1440" w:right="0" w:firstLine="0"/>
        <w:jc w:val="both"/>
      </w:pPr>
      <w:r>
        <w:rPr>
          <w:rFonts w:ascii="Times New Roman" w:hAnsi="Times New Roman" w:eastAsia="Times New Roman" w:cs="Times New Roman"/>
          <w:b w:val="0"/>
          <w:sz w:val="24"/>
        </w:rPr>
        <w:t>• When did the first commercial embodiment of the invention of the [short patent no.] patent become available to the public?</w:t>
      </w:r>
    </w:p>
    <w:p>
      <w:pPr>
        <w:keepNext w:val="0"/>
        <w:spacing w:before="200" w:after="0" w:line="260" w:lineRule="exact"/>
        <w:ind w:left="1440" w:right="0" w:firstLine="0"/>
        <w:jc w:val="both"/>
      </w:pPr>
      <w:r>
        <w:rPr>
          <w:rFonts w:ascii="Times New Roman" w:hAnsi="Times New Roman" w:eastAsia="Times New Roman" w:cs="Times New Roman"/>
          <w:b w:val="0"/>
          <w:sz w:val="24"/>
        </w:rPr>
        <w:t>• Where did the first commercial embodiment of the invention of the [short patent no.] patent become available to the public?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How was the first commercial embodiment of the invention of the [short patent no.] patent rolled out to the public? (For example, was the first commercial embodiment rolled out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large-scale launch,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smaller scale launch, or through targeted marketing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group of potential customers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customer?)</w:t>
      </w:r>
    </w:p>
    <w:p>
      <w:pPr>
        <w:keepNext w:val="0"/>
        <w:spacing w:before="200" w:after="0" w:line="260" w:lineRule="exact"/>
        <w:ind w:left="1440" w:right="0" w:firstLine="0"/>
        <w:jc w:val="both"/>
      </w:pPr>
      <w:r>
        <w:rPr>
          <w:rFonts w:ascii="Times New Roman" w:hAnsi="Times New Roman" w:eastAsia="Times New Roman" w:cs="Times New Roman"/>
          <w:b w:val="0"/>
          <w:sz w:val="24"/>
        </w:rPr>
        <w:t>• Did [seller of the first commercial embodiment] engage in any promotional, marketing or advertising activities prior to rolling out the first commercial embodiment of the invention of the [short patent no.] patent to the public?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promotional, marketing or advertising activities were conducted?</w:t>
      </w:r>
    </w:p>
    <w:p>
      <w:pPr>
        <w:keepNext w:val="0"/>
        <w:spacing w:before="200" w:after="0" w:line="260" w:lineRule="exact"/>
        <w:ind w:left="1800" w:right="0" w:firstLine="0"/>
        <w:jc w:val="both"/>
      </w:pPr>
      <w:r>
        <w:rPr>
          <w:rFonts w:ascii="Times New Roman" w:hAnsi="Times New Roman" w:eastAsia="Times New Roman" w:cs="Times New Roman"/>
          <w:b w:val="0"/>
          <w:sz w:val="24"/>
        </w:rPr>
        <w:t>○ When were these activities conducted?</w:t>
      </w:r>
    </w:p>
    <w:p>
      <w:pPr>
        <w:keepNext w:val="0"/>
        <w:spacing w:before="200" w:after="0" w:line="260" w:lineRule="exact"/>
        <w:ind w:left="1800" w:right="0" w:firstLine="0"/>
        <w:jc w:val="both"/>
      </w:pPr>
      <w:r>
        <w:rPr>
          <w:rFonts w:ascii="Times New Roman" w:hAnsi="Times New Roman" w:eastAsia="Times New Roman" w:cs="Times New Roman"/>
          <w:b w:val="0"/>
          <w:sz w:val="24"/>
        </w:rPr>
        <w:t>○ For how long were these activities conducted?</w:t>
      </w:r>
    </w:p>
    <w:p>
      <w:pPr>
        <w:keepNext w:val="0"/>
        <w:spacing w:before="200" w:after="0" w:line="260" w:lineRule="exact"/>
        <w:ind w:left="1800" w:right="0" w:firstLine="0"/>
        <w:jc w:val="both"/>
      </w:pPr>
      <w:r>
        <w:rPr>
          <w:rFonts w:ascii="Times New Roman" w:hAnsi="Times New Roman" w:eastAsia="Times New Roman" w:cs="Times New Roman"/>
          <w:b w:val="0"/>
          <w:sz w:val="24"/>
        </w:rPr>
        <w:t>○ What was the budget for these promotional, marketing and advertising activities?</w:t>
      </w:r>
    </w:p>
    <w:p>
      <w:pPr>
        <w:keepNext w:val="0"/>
        <w:spacing w:before="200" w:after="0" w:line="260" w:lineRule="exact"/>
        <w:ind w:left="1440" w:right="0" w:firstLine="0"/>
        <w:jc w:val="both"/>
      </w:pPr>
      <w:r>
        <w:rPr>
          <w:rFonts w:ascii="Times New Roman" w:hAnsi="Times New Roman" w:eastAsia="Times New Roman" w:cs="Times New Roman"/>
          <w:b w:val="0"/>
          <w:sz w:val="24"/>
        </w:rPr>
        <w:t>• Did [seller of the first commercial embodiment] engage in any promotional, marketing or advertising activities concurrently with rolling out the first commercial embodiment of the invention of the [short patent no.] patent to the public?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promotional, marketing or advertising activities were conducted?</w:t>
      </w:r>
    </w:p>
    <w:p>
      <w:pPr>
        <w:keepNext w:val="0"/>
        <w:spacing w:before="200" w:after="0" w:line="260" w:lineRule="exact"/>
        <w:ind w:left="1800" w:right="0" w:firstLine="0"/>
        <w:jc w:val="both"/>
      </w:pPr>
      <w:r>
        <w:rPr>
          <w:rFonts w:ascii="Times New Roman" w:hAnsi="Times New Roman" w:eastAsia="Times New Roman" w:cs="Times New Roman"/>
          <w:b w:val="0"/>
          <w:sz w:val="24"/>
        </w:rPr>
        <w:t>○ When were these activities conducted?</w:t>
      </w:r>
    </w:p>
    <w:p>
      <w:pPr>
        <w:keepNext w:val="0"/>
        <w:spacing w:before="200" w:after="0" w:line="260" w:lineRule="exact"/>
        <w:ind w:left="1800" w:right="0" w:firstLine="0"/>
        <w:jc w:val="both"/>
      </w:pPr>
      <w:r>
        <w:rPr>
          <w:rFonts w:ascii="Times New Roman" w:hAnsi="Times New Roman" w:eastAsia="Times New Roman" w:cs="Times New Roman"/>
          <w:b w:val="0"/>
          <w:sz w:val="24"/>
        </w:rPr>
        <w:t>○ For how long were these activities conducted?</w:t>
      </w:r>
    </w:p>
    <w:p>
      <w:pPr>
        <w:keepNext w:val="0"/>
        <w:spacing w:before="200" w:after="0" w:line="260" w:lineRule="exact"/>
        <w:ind w:left="1800" w:right="0" w:firstLine="0"/>
        <w:jc w:val="both"/>
      </w:pPr>
      <w:r>
        <w:rPr>
          <w:rFonts w:ascii="Times New Roman" w:hAnsi="Times New Roman" w:eastAsia="Times New Roman" w:cs="Times New Roman"/>
          <w:b w:val="0"/>
          <w:sz w:val="24"/>
        </w:rPr>
        <w:t>○ What was the budget for these promotional, marketing and advertising activities?</w:t>
      </w:r>
    </w:p>
    <w:p>
      <w:pPr>
        <w:keepNext w:val="0"/>
        <w:spacing w:before="200" w:after="0" w:line="260" w:lineRule="exact"/>
        <w:ind w:left="1440" w:right="0" w:firstLine="0"/>
        <w:jc w:val="both"/>
      </w:pPr>
      <w:r>
        <w:rPr>
          <w:rFonts w:ascii="Times New Roman" w:hAnsi="Times New Roman" w:eastAsia="Times New Roman" w:cs="Times New Roman"/>
          <w:b w:val="0"/>
          <w:sz w:val="24"/>
        </w:rPr>
        <w:t>• Were any written marketing materials, advertising materials or other documents prepared or used in connection with the launch of the first commercial embodiment of the invention of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Where are the marketing materials, advertising materials or other documents?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document,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160" w:right="0" w:firstLine="0"/>
        <w:jc w:val="both"/>
      </w:pPr>
      <w:r>
        <w:rPr>
          <w:rFonts w:ascii="Times New Roman" w:hAnsi="Times New Roman" w:eastAsia="Times New Roman" w:cs="Times New Roman"/>
          <w:b w:val="0"/>
          <w:sz w:val="24"/>
        </w:rPr>
        <w:t>▪ How were the marketing materials, advertising materials or other documents used in connection with the launch of the first commercial embodiment of the invention of the [short patent no.] patent?</w:t>
      </w:r>
    </w:p>
    <w:p>
      <w:pPr>
        <w:keepNext w:val="0"/>
        <w:spacing w:before="200" w:after="0" w:line="260" w:lineRule="exact"/>
        <w:ind w:left="2160" w:right="0" w:firstLine="0"/>
        <w:jc w:val="both"/>
      </w:pPr>
      <w:r>
        <w:rPr>
          <w:rFonts w:ascii="Times New Roman" w:hAnsi="Times New Roman" w:eastAsia="Times New Roman" w:cs="Times New Roman"/>
          <w:b w:val="0"/>
          <w:sz w:val="24"/>
        </w:rPr>
        <w:t>▪ How does the information in the marketing materials, advertising materials or other documents relate to the launch of the first commercial embodiment of the invention of the [short patent no.] patent?</w:t>
      </w:r>
    </w:p>
    <w:p>
      <w:pPr>
        <w:keepNext w:val="0"/>
        <w:spacing w:before="200" w:after="0" w:line="260" w:lineRule="exact"/>
        <w:ind w:left="2160" w:right="0" w:firstLine="0"/>
        <w:jc w:val="both"/>
      </w:pPr>
      <w:r>
        <w:rPr>
          <w:rFonts w:ascii="Times New Roman" w:hAnsi="Times New Roman" w:eastAsia="Times New Roman" w:cs="Times New Roman"/>
          <w:b w:val="0"/>
          <w:sz w:val="24"/>
        </w:rPr>
        <w:t>▪ Is that information reflected in the presentation materials, brochures or other documents? If so, where?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you do not have the document, request it.</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Customer Response</w:t>
      </w:r>
    </w:p>
    <w:p>
      <w:pPr>
        <w:keepNext w:val="0"/>
        <w:spacing w:before="200" w:after="0" w:line="260" w:lineRule="exact"/>
        <w:ind w:left="1440" w:right="0" w:firstLine="0"/>
        <w:jc w:val="both"/>
      </w:pPr>
      <w:r>
        <w:rPr>
          <w:rFonts w:ascii="Times New Roman" w:hAnsi="Times New Roman" w:eastAsia="Times New Roman" w:cs="Times New Roman"/>
          <w:b w:val="0"/>
          <w:sz w:val="24"/>
        </w:rPr>
        <w:t>• Did [seller of the first commercial embodiment] receive any comments, complaints or other feedback from customers regarding the first commercial embodiment of the invention of the [short patent no.]?</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comments, complaints or other feedback was received?</w:t>
      </w:r>
    </w:p>
    <w:p>
      <w:pPr>
        <w:keepNext w:val="0"/>
        <w:spacing w:before="200" w:after="0" w:line="260" w:lineRule="exact"/>
        <w:ind w:left="1800" w:right="0" w:firstLine="0"/>
        <w:jc w:val="both"/>
      </w:pPr>
      <w:r>
        <w:rPr>
          <w:rFonts w:ascii="Times New Roman" w:hAnsi="Times New Roman" w:eastAsia="Times New Roman" w:cs="Times New Roman"/>
          <w:b w:val="0"/>
          <w:sz w:val="24"/>
        </w:rPr>
        <w:t>○ In what form were the comments, complaints or other feedback received?</w:t>
      </w:r>
    </w:p>
    <w:p>
      <w:pPr>
        <w:keepNext w:val="0"/>
        <w:spacing w:before="200" w:after="0" w:line="260" w:lineRule="exact"/>
        <w:ind w:left="1440" w:right="0" w:firstLine="0"/>
        <w:jc w:val="both"/>
      </w:pPr>
      <w:r>
        <w:rPr>
          <w:rFonts w:ascii="Times New Roman" w:hAnsi="Times New Roman" w:eastAsia="Times New Roman" w:cs="Times New Roman"/>
          <w:b w:val="0"/>
          <w:sz w:val="24"/>
        </w:rPr>
        <w:t>• Did [seller of the first commercial embodiment] take any actions in response to the comments, complaints or other feedback from customers regarding the first commercial embodiment of the invention of the [short patent no.]?</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actions were taken?</w:t>
      </w:r>
    </w:p>
    <w:p>
      <w:pPr>
        <w:keepNext w:val="0"/>
        <w:spacing w:before="200" w:after="0" w:line="260" w:lineRule="exact"/>
        <w:ind w:left="1800" w:right="0" w:firstLine="0"/>
        <w:jc w:val="both"/>
      </w:pPr>
      <w:r>
        <w:rPr>
          <w:rFonts w:ascii="Times New Roman" w:hAnsi="Times New Roman" w:eastAsia="Times New Roman" w:cs="Times New Roman"/>
          <w:b w:val="0"/>
          <w:sz w:val="24"/>
        </w:rPr>
        <w:t>○ Why were those actions taken?</w:t>
      </w:r>
    </w:p>
    <w:p>
      <w:pPr>
        <w:keepNext w:val="0"/>
        <w:spacing w:before="200" w:after="0" w:line="260" w:lineRule="exact"/>
        <w:ind w:left="1440" w:right="0" w:firstLine="0"/>
        <w:jc w:val="both"/>
      </w:pPr>
      <w:r>
        <w:rPr>
          <w:rFonts w:ascii="Times New Roman" w:hAnsi="Times New Roman" w:eastAsia="Times New Roman" w:cs="Times New Roman"/>
          <w:b w:val="0"/>
          <w:sz w:val="24"/>
        </w:rPr>
        <w:t>• Did [seller of the first commercial embodiment] make any changes to any commercial embodiments of the invention of the [short patent no.] in response to the comments, complaints or other feedback from customers regarding the first commercial embodiment?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changes were made?</w:t>
      </w:r>
    </w:p>
    <w:p>
      <w:pPr>
        <w:keepNext w:val="0"/>
        <w:spacing w:before="200" w:after="0" w:line="260" w:lineRule="exact"/>
        <w:ind w:left="1800" w:right="0" w:firstLine="0"/>
        <w:jc w:val="both"/>
      </w:pPr>
      <w:r>
        <w:rPr>
          <w:rFonts w:ascii="Times New Roman" w:hAnsi="Times New Roman" w:eastAsia="Times New Roman" w:cs="Times New Roman"/>
          <w:b w:val="0"/>
          <w:sz w:val="24"/>
        </w:rPr>
        <w:t>○ Why were those changes made?</w:t>
      </w:r>
    </w:p>
    <w:p>
      <w:pPr>
        <w:keepNext w:val="0"/>
        <w:spacing w:before="200" w:after="0" w:line="260" w:lineRule="exact"/>
        <w:ind w:left="1440" w:right="0" w:firstLine="0"/>
        <w:jc w:val="both"/>
      </w:pPr>
      <w:r>
        <w:rPr>
          <w:rFonts w:ascii="Times New Roman" w:hAnsi="Times New Roman" w:eastAsia="Times New Roman" w:cs="Times New Roman"/>
          <w:b w:val="0"/>
          <w:sz w:val="24"/>
        </w:rPr>
        <w:t>• What records were created relating to comments, complaints or other feedback from customers regarding the first commercial embodiment of the invention of the [short patent no.]?</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record:</w:t>
      </w:r>
    </w:p>
    <w:p>
      <w:pPr>
        <w:keepNext w:val="0"/>
        <w:spacing w:before="200" w:after="0" w:line="260" w:lineRule="exact"/>
        <w:ind w:left="2160" w:right="0" w:firstLine="0"/>
        <w:jc w:val="both"/>
      </w:pPr>
      <w:r>
        <w:rPr>
          <w:rFonts w:ascii="Times New Roman" w:hAnsi="Times New Roman" w:eastAsia="Times New Roman" w:cs="Times New Roman"/>
          <w:b w:val="0"/>
          <w:sz w:val="24"/>
        </w:rPr>
        <w:t>▪ When was it created?</w:t>
      </w:r>
    </w:p>
    <w:p>
      <w:pPr>
        <w:keepNext w:val="0"/>
        <w:spacing w:before="200" w:after="0" w:line="260" w:lineRule="exact"/>
        <w:ind w:left="2160" w:right="0" w:firstLine="0"/>
        <w:jc w:val="both"/>
      </w:pPr>
      <w:r>
        <w:rPr>
          <w:rFonts w:ascii="Times New Roman" w:hAnsi="Times New Roman" w:eastAsia="Times New Roman" w:cs="Times New Roman"/>
          <w:b w:val="0"/>
          <w:sz w:val="24"/>
        </w:rPr>
        <w:t>▪ Who created it?</w:t>
      </w:r>
    </w:p>
    <w:p>
      <w:pPr>
        <w:keepNext w:val="0"/>
        <w:spacing w:before="200" w:after="0" w:line="260" w:lineRule="exact"/>
        <w:ind w:left="2160" w:right="0" w:firstLine="0"/>
        <w:jc w:val="both"/>
      </w:pPr>
      <w:r>
        <w:rPr>
          <w:rFonts w:ascii="Times New Roman" w:hAnsi="Times New Roman" w:eastAsia="Times New Roman" w:cs="Times New Roman"/>
          <w:b w:val="0"/>
          <w:sz w:val="24"/>
        </w:rPr>
        <w:t>▪ Where is that document?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document,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520" w:right="0" w:firstLine="0"/>
        <w:jc w:val="both"/>
      </w:pPr>
      <w:r>
        <w:rPr>
          <w:rFonts w:ascii="Times New Roman" w:hAnsi="Times New Roman" w:eastAsia="Times New Roman" w:cs="Times New Roman"/>
          <w:b w:val="0"/>
          <w:sz w:val="24"/>
        </w:rPr>
        <w:t>• What information does this document contain about comments, complaints or other feedback from customers regarding the first commercial embodiment?</w:t>
      </w:r>
    </w:p>
    <w:p>
      <w:pPr>
        <w:keepNext w:val="0"/>
        <w:spacing w:before="200" w:after="0" w:line="260" w:lineRule="exact"/>
        <w:ind w:left="2520" w:right="0" w:firstLine="0"/>
        <w:jc w:val="both"/>
      </w:pPr>
      <w:r>
        <w:rPr>
          <w:rFonts w:ascii="Times New Roman" w:hAnsi="Times New Roman" w:eastAsia="Times New Roman" w:cs="Times New Roman"/>
          <w:b w:val="0"/>
          <w:sz w:val="24"/>
        </w:rPr>
        <w:t>• Where in this document reflects that information?</w:t>
      </w:r>
    </w:p>
    <w:p>
      <w:pPr>
        <w:keepNext w:val="0"/>
        <w:spacing w:before="200" w:after="0" w:line="260" w:lineRule="exact"/>
        <w:ind w:left="2160" w:right="0" w:firstLine="0"/>
        <w:jc w:val="both"/>
      </w:pPr>
      <w:r>
        <w:rPr>
          <w:rFonts w:ascii="Times New Roman" w:hAnsi="Times New Roman" w:eastAsia="Times New Roman" w:cs="Times New Roman"/>
          <w:b w:val="0"/>
          <w:sz w:val="24"/>
        </w:rPr>
        <w:t>▪ If you do not have the document, request it.</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Regulatory Response</w:t>
      </w:r>
    </w:p>
    <w:p>
      <w:pPr>
        <w:keepNext w:val="0"/>
        <w:spacing w:before="200" w:after="0" w:line="260" w:lineRule="exact"/>
        <w:ind w:left="1440" w:right="0" w:firstLine="0"/>
        <w:jc w:val="both"/>
      </w:pPr>
      <w:r>
        <w:rPr>
          <w:rFonts w:ascii="Times New Roman" w:hAnsi="Times New Roman" w:eastAsia="Times New Roman" w:cs="Times New Roman"/>
          <w:b w:val="0"/>
          <w:sz w:val="24"/>
        </w:rPr>
        <w:t>• Did [seller of the first commercial embodiment] receive any comments, complaints or other communications from regulators regarding the first commercial embodiment of the invention of the [short patent no.]?</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comments, complaints or other communications were received?</w:t>
      </w:r>
    </w:p>
    <w:p>
      <w:pPr>
        <w:keepNext w:val="0"/>
        <w:spacing w:before="200" w:after="0" w:line="260" w:lineRule="exact"/>
        <w:ind w:left="1800" w:right="0" w:firstLine="0"/>
        <w:jc w:val="both"/>
      </w:pPr>
      <w:r>
        <w:rPr>
          <w:rFonts w:ascii="Times New Roman" w:hAnsi="Times New Roman" w:eastAsia="Times New Roman" w:cs="Times New Roman"/>
          <w:b w:val="0"/>
          <w:sz w:val="24"/>
        </w:rPr>
        <w:t>○ Who provided the comments?</w:t>
      </w:r>
    </w:p>
    <w:p>
      <w:pPr>
        <w:keepNext w:val="0"/>
        <w:spacing w:before="200" w:after="0" w:line="260" w:lineRule="exact"/>
        <w:ind w:left="1800" w:right="0" w:firstLine="0"/>
        <w:jc w:val="both"/>
      </w:pPr>
      <w:r>
        <w:rPr>
          <w:rFonts w:ascii="Times New Roman" w:hAnsi="Times New Roman" w:eastAsia="Times New Roman" w:cs="Times New Roman"/>
          <w:b w:val="0"/>
          <w:sz w:val="24"/>
        </w:rPr>
        <w:t>○ In what form were the comments, complaints or other communications provided?</w:t>
      </w:r>
    </w:p>
    <w:p>
      <w:pPr>
        <w:keepNext w:val="0"/>
        <w:spacing w:before="200" w:after="0" w:line="260" w:lineRule="exact"/>
        <w:ind w:left="1440" w:right="0" w:firstLine="0"/>
        <w:jc w:val="both"/>
      </w:pPr>
      <w:r>
        <w:rPr>
          <w:rFonts w:ascii="Times New Roman" w:hAnsi="Times New Roman" w:eastAsia="Times New Roman" w:cs="Times New Roman"/>
          <w:b w:val="0"/>
          <w:sz w:val="24"/>
        </w:rPr>
        <w:t>• Did [seller of the first commercial embodiment] take any actions in response to the comments, complaints or other communications from regulators regarding the first commercial embodiment of the invention of the [short patent no.]?</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actions were taken?</w:t>
      </w:r>
    </w:p>
    <w:p>
      <w:pPr>
        <w:keepNext w:val="0"/>
        <w:spacing w:before="200" w:after="0" w:line="260" w:lineRule="exact"/>
        <w:ind w:left="1800" w:right="0" w:firstLine="0"/>
        <w:jc w:val="both"/>
      </w:pPr>
      <w:r>
        <w:rPr>
          <w:rFonts w:ascii="Times New Roman" w:hAnsi="Times New Roman" w:eastAsia="Times New Roman" w:cs="Times New Roman"/>
          <w:b w:val="0"/>
          <w:sz w:val="24"/>
        </w:rPr>
        <w:t>○ Why were those actions taken?</w:t>
      </w:r>
    </w:p>
    <w:p>
      <w:pPr>
        <w:keepNext w:val="0"/>
        <w:spacing w:before="200" w:after="0" w:line="260" w:lineRule="exact"/>
        <w:ind w:left="1440" w:right="0" w:firstLine="0"/>
        <w:jc w:val="both"/>
      </w:pPr>
      <w:r>
        <w:rPr>
          <w:rFonts w:ascii="Times New Roman" w:hAnsi="Times New Roman" w:eastAsia="Times New Roman" w:cs="Times New Roman"/>
          <w:b w:val="0"/>
          <w:sz w:val="24"/>
        </w:rPr>
        <w:t>• Did [seller of the first commercial embodiment] make any changes to any commercial embodiments of the invention of the [short patent no.] in response to the comments, complaints or other communications from regulators regarding the first commercial embodiment?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changes were made?</w:t>
      </w:r>
    </w:p>
    <w:p>
      <w:pPr>
        <w:keepNext w:val="0"/>
        <w:spacing w:before="200" w:after="0" w:line="260" w:lineRule="exact"/>
        <w:ind w:left="1800" w:right="0" w:firstLine="0"/>
        <w:jc w:val="both"/>
      </w:pPr>
      <w:r>
        <w:rPr>
          <w:rFonts w:ascii="Times New Roman" w:hAnsi="Times New Roman" w:eastAsia="Times New Roman" w:cs="Times New Roman"/>
          <w:b w:val="0"/>
          <w:sz w:val="24"/>
        </w:rPr>
        <w:t>○ Why were those changes made?</w:t>
      </w:r>
    </w:p>
    <w:p>
      <w:pPr>
        <w:keepNext w:val="0"/>
        <w:spacing w:before="200" w:after="0" w:line="260" w:lineRule="exact"/>
        <w:ind w:left="1440" w:right="0" w:firstLine="0"/>
        <w:jc w:val="both"/>
      </w:pPr>
      <w:r>
        <w:rPr>
          <w:rFonts w:ascii="Times New Roman" w:hAnsi="Times New Roman" w:eastAsia="Times New Roman" w:cs="Times New Roman"/>
          <w:b w:val="0"/>
          <w:sz w:val="24"/>
        </w:rPr>
        <w:t>• What records were created relating to comments, complaints or other communications from regulators regarding the first commercial embodiment of the invention of the [short patent no.]?</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record:</w:t>
      </w:r>
    </w:p>
    <w:p>
      <w:pPr>
        <w:keepNext w:val="0"/>
        <w:spacing w:before="200" w:after="0" w:line="260" w:lineRule="exact"/>
        <w:ind w:left="2160" w:right="0" w:firstLine="0"/>
        <w:jc w:val="both"/>
      </w:pPr>
      <w:r>
        <w:rPr>
          <w:rFonts w:ascii="Times New Roman" w:hAnsi="Times New Roman" w:eastAsia="Times New Roman" w:cs="Times New Roman"/>
          <w:b w:val="0"/>
          <w:sz w:val="24"/>
        </w:rPr>
        <w:t>▪ When was it created?</w:t>
      </w:r>
    </w:p>
    <w:p>
      <w:pPr>
        <w:keepNext w:val="0"/>
        <w:spacing w:before="200" w:after="0" w:line="260" w:lineRule="exact"/>
        <w:ind w:left="2160" w:right="0" w:firstLine="0"/>
        <w:jc w:val="both"/>
      </w:pPr>
      <w:r>
        <w:rPr>
          <w:rFonts w:ascii="Times New Roman" w:hAnsi="Times New Roman" w:eastAsia="Times New Roman" w:cs="Times New Roman"/>
          <w:b w:val="0"/>
          <w:sz w:val="24"/>
        </w:rPr>
        <w:t>▪ Who created it?</w:t>
      </w:r>
    </w:p>
    <w:p>
      <w:pPr>
        <w:keepNext w:val="0"/>
        <w:spacing w:before="200" w:after="0" w:line="260" w:lineRule="exact"/>
        <w:ind w:left="2160" w:right="0" w:firstLine="0"/>
        <w:jc w:val="both"/>
      </w:pPr>
      <w:r>
        <w:rPr>
          <w:rFonts w:ascii="Times New Roman" w:hAnsi="Times New Roman" w:eastAsia="Times New Roman" w:cs="Times New Roman"/>
          <w:b w:val="0"/>
          <w:sz w:val="24"/>
        </w:rPr>
        <w:t>▪ Where is that document?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document,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520" w:right="0" w:firstLine="0"/>
        <w:jc w:val="both"/>
      </w:pPr>
      <w:r>
        <w:rPr>
          <w:rFonts w:ascii="Times New Roman" w:hAnsi="Times New Roman" w:eastAsia="Times New Roman" w:cs="Times New Roman"/>
          <w:b w:val="0"/>
          <w:sz w:val="24"/>
        </w:rPr>
        <w:t>• What information does this document contain about comments, complaints or other communications from regulators regarding the first commercial embodiment?</w:t>
      </w:r>
    </w:p>
    <w:p>
      <w:pPr>
        <w:keepNext w:val="0"/>
        <w:spacing w:before="200" w:after="0" w:line="260" w:lineRule="exact"/>
        <w:ind w:left="2520" w:right="0" w:firstLine="0"/>
        <w:jc w:val="both"/>
      </w:pPr>
      <w:r>
        <w:rPr>
          <w:rFonts w:ascii="Times New Roman" w:hAnsi="Times New Roman" w:eastAsia="Times New Roman" w:cs="Times New Roman"/>
          <w:b w:val="0"/>
          <w:sz w:val="24"/>
        </w:rPr>
        <w:t>• Where in this document reflects that information?</w:t>
      </w:r>
    </w:p>
    <w:p>
      <w:pPr>
        <w:keepNext w:val="0"/>
        <w:spacing w:before="200" w:after="0" w:line="260" w:lineRule="exact"/>
        <w:ind w:left="2160" w:right="0" w:firstLine="0"/>
        <w:jc w:val="both"/>
      </w:pPr>
      <w:r>
        <w:rPr>
          <w:rFonts w:ascii="Times New Roman" w:hAnsi="Times New Roman" w:eastAsia="Times New Roman" w:cs="Times New Roman"/>
          <w:b w:val="0"/>
          <w:sz w:val="24"/>
        </w:rPr>
        <w:t>▪ If you do not have the document, request it.</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Valuation.</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Any Assessments of Patent's Value</w:t>
      </w:r>
    </w:p>
    <w:p>
      <w:pPr>
        <w:keepNext w:val="0"/>
        <w:spacing w:before="200" w:after="0" w:line="260" w:lineRule="exact"/>
        <w:ind w:left="1080" w:right="0" w:firstLine="0"/>
        <w:jc w:val="both"/>
      </w:pPr>
      <w:r>
        <w:rPr>
          <w:rFonts w:ascii="Times New Roman" w:hAnsi="Times New Roman" w:eastAsia="Times New Roman" w:cs="Times New Roman"/>
          <w:b w:val="0"/>
          <w:sz w:val="24"/>
        </w:rPr>
        <w:t>• Are you aware of any assessments, analyses, evaluations, opinions or other information concerning the value of the [short patent no.] patent?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assessments, analyses, evaluations, opinions or other information are you aware of?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assessment, analysis, evaluation, opinion or other type of information, ask the following:</w:t>
      </w:r>
    </w:p>
    <w:p>
      <w:pPr>
        <w:keepNext w:val="0"/>
        <w:spacing w:before="200" w:after="0" w:line="260" w:lineRule="exact"/>
        <w:ind w:left="1800" w:right="0" w:firstLine="0"/>
        <w:jc w:val="both"/>
      </w:pPr>
      <w:r>
        <w:rPr>
          <w:rFonts w:ascii="Times New Roman" w:hAnsi="Times New Roman" w:eastAsia="Times New Roman" w:cs="Times New Roman"/>
          <w:b w:val="0"/>
          <w:sz w:val="24"/>
        </w:rPr>
        <w:t>▪ Who prepared it?</w:t>
      </w:r>
    </w:p>
    <w:p>
      <w:pPr>
        <w:keepNext w:val="0"/>
        <w:spacing w:before="200" w:after="0" w:line="260" w:lineRule="exact"/>
        <w:ind w:left="1800" w:right="0" w:firstLine="0"/>
        <w:jc w:val="both"/>
      </w:pPr>
      <w:r>
        <w:rPr>
          <w:rFonts w:ascii="Times New Roman" w:hAnsi="Times New Roman" w:eastAsia="Times New Roman" w:cs="Times New Roman"/>
          <w:b w:val="0"/>
          <w:sz w:val="24"/>
        </w:rPr>
        <w:t>▪ When was it prepared?</w:t>
      </w:r>
    </w:p>
    <w:p>
      <w:pPr>
        <w:keepNext w:val="0"/>
        <w:spacing w:before="200" w:after="0" w:line="260" w:lineRule="exact"/>
        <w:ind w:left="1800" w:right="0" w:firstLine="0"/>
        <w:jc w:val="both"/>
      </w:pPr>
      <w:r>
        <w:rPr>
          <w:rFonts w:ascii="Times New Roman" w:hAnsi="Times New Roman" w:eastAsia="Times New Roman" w:cs="Times New Roman"/>
          <w:b w:val="0"/>
          <w:sz w:val="24"/>
        </w:rPr>
        <w:t>▪ Why was it prepared?</w:t>
      </w:r>
    </w:p>
    <w:p>
      <w:pPr>
        <w:keepNext w:val="0"/>
        <w:spacing w:before="200" w:after="0" w:line="260" w:lineRule="exact"/>
        <w:ind w:left="1080" w:right="0" w:firstLine="0"/>
        <w:jc w:val="both"/>
      </w:pPr>
      <w:r>
        <w:rPr>
          <w:rFonts w:ascii="Times New Roman" w:hAnsi="Times New Roman" w:eastAsia="Times New Roman" w:cs="Times New Roman"/>
          <w:b w:val="0"/>
          <w:sz w:val="24"/>
        </w:rPr>
        <w:t>• Were any documents created that reflect any analysis, evaluation, opinion or other type of information concerning the value of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document:</w:t>
      </w:r>
    </w:p>
    <w:p>
      <w:pPr>
        <w:keepNext w:val="0"/>
        <w:spacing w:before="200" w:after="0" w:line="260" w:lineRule="exact"/>
        <w:ind w:left="1800" w:right="0" w:firstLine="0"/>
        <w:jc w:val="both"/>
      </w:pPr>
      <w:r>
        <w:rPr>
          <w:rFonts w:ascii="Times New Roman" w:hAnsi="Times New Roman" w:eastAsia="Times New Roman" w:cs="Times New Roman"/>
          <w:b w:val="0"/>
          <w:sz w:val="24"/>
        </w:rPr>
        <w:t>▪ When was it created?</w:t>
      </w:r>
    </w:p>
    <w:p>
      <w:pPr>
        <w:keepNext w:val="0"/>
        <w:spacing w:before="200" w:after="0" w:line="260" w:lineRule="exact"/>
        <w:ind w:left="1800" w:right="0" w:firstLine="0"/>
        <w:jc w:val="both"/>
      </w:pPr>
      <w:r>
        <w:rPr>
          <w:rFonts w:ascii="Times New Roman" w:hAnsi="Times New Roman" w:eastAsia="Times New Roman" w:cs="Times New Roman"/>
          <w:b w:val="0"/>
          <w:sz w:val="24"/>
        </w:rPr>
        <w:t>▪ Who created it?</w:t>
      </w:r>
    </w:p>
    <w:p>
      <w:pPr>
        <w:keepNext w:val="0"/>
        <w:spacing w:before="200" w:after="0" w:line="260" w:lineRule="exact"/>
        <w:ind w:left="1800" w:right="0" w:firstLine="0"/>
        <w:jc w:val="both"/>
      </w:pPr>
      <w:r>
        <w:rPr>
          <w:rFonts w:ascii="Times New Roman" w:hAnsi="Times New Roman" w:eastAsia="Times New Roman" w:cs="Times New Roman"/>
          <w:b w:val="0"/>
          <w:sz w:val="24"/>
        </w:rPr>
        <w:t>▪ Where is that document?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document,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160" w:right="0" w:firstLine="0"/>
        <w:jc w:val="both"/>
      </w:pPr>
      <w:r>
        <w:rPr>
          <w:rFonts w:ascii="Times New Roman" w:hAnsi="Times New Roman" w:eastAsia="Times New Roman" w:cs="Times New Roman"/>
          <w:b w:val="0"/>
          <w:sz w:val="24"/>
        </w:rPr>
        <w:t>• What information does this document contain about the value of the [short patent no.] patent?</w:t>
      </w:r>
    </w:p>
    <w:p>
      <w:pPr>
        <w:keepNext w:val="0"/>
        <w:spacing w:before="200" w:after="0" w:line="260" w:lineRule="exact"/>
        <w:ind w:left="2160" w:right="0" w:firstLine="0"/>
        <w:jc w:val="both"/>
      </w:pPr>
      <w:r>
        <w:rPr>
          <w:rFonts w:ascii="Times New Roman" w:hAnsi="Times New Roman" w:eastAsia="Times New Roman" w:cs="Times New Roman"/>
          <w:b w:val="0"/>
          <w:sz w:val="24"/>
        </w:rPr>
        <w:t>• Where in this document is this information reflected?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you do not have the document, request it.</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Attempts at Enforcement?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 Subject to Enforcement Efforts</w:t>
      </w:r>
    </w:p>
    <w:p>
      <w:pPr>
        <w:keepNext w:val="0"/>
        <w:spacing w:before="200" w:after="0" w:line="260" w:lineRule="exact"/>
        <w:ind w:left="1440" w:right="0" w:firstLine="0"/>
        <w:jc w:val="both"/>
      </w:pPr>
      <w:r>
        <w:rPr>
          <w:rFonts w:ascii="Times New Roman" w:hAnsi="Times New Roman" w:eastAsia="Times New Roman" w:cs="Times New Roman"/>
          <w:b w:val="0"/>
          <w:sz w:val="24"/>
        </w:rPr>
        <w:t>• Has [patent owner] taken any steps against any third parties to enforce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Against which party or parties did [patent owner] seek to enforce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party:</w:t>
      </w:r>
    </w:p>
    <w:p>
      <w:pPr>
        <w:keepNext w:val="0"/>
        <w:spacing w:before="200" w:after="0" w:line="260" w:lineRule="exact"/>
        <w:ind w:left="2160" w:right="0" w:firstLine="0"/>
        <w:jc w:val="both"/>
      </w:pPr>
      <w:r>
        <w:rPr>
          <w:rFonts w:ascii="Times New Roman" w:hAnsi="Times New Roman" w:eastAsia="Times New Roman" w:cs="Times New Roman"/>
          <w:b w:val="0"/>
          <w:sz w:val="24"/>
        </w:rPr>
        <w:t>▪ What activities of [third party name] name caused [patent owner] to seek to enforce the [short patent no.] patent against [third party name]?</w:t>
      </w:r>
    </w:p>
    <w:p>
      <w:pPr>
        <w:keepNext w:val="0"/>
        <w:spacing w:before="200" w:after="0" w:line="260" w:lineRule="exact"/>
        <w:ind w:left="2160" w:right="0" w:firstLine="0"/>
        <w:jc w:val="both"/>
      </w:pPr>
      <w:r>
        <w:rPr>
          <w:rFonts w:ascii="Times New Roman" w:hAnsi="Times New Roman" w:eastAsia="Times New Roman" w:cs="Times New Roman"/>
          <w:b w:val="0"/>
          <w:sz w:val="24"/>
        </w:rPr>
        <w:t>▪ When did [patent owner] first become aware of these activities of [third party name]?</w:t>
      </w:r>
    </w:p>
    <w:p>
      <w:pPr>
        <w:keepNext w:val="0"/>
        <w:spacing w:before="200" w:after="0" w:line="260" w:lineRule="exact"/>
        <w:ind w:left="2160" w:right="0" w:firstLine="0"/>
        <w:jc w:val="both"/>
      </w:pPr>
      <w:r>
        <w:rPr>
          <w:rFonts w:ascii="Times New Roman" w:hAnsi="Times New Roman" w:eastAsia="Times New Roman" w:cs="Times New Roman"/>
          <w:b w:val="0"/>
          <w:sz w:val="24"/>
        </w:rPr>
        <w:t>▪ What steps did [patent owner] take to try to enforce the [short patent no.] patent against [third party name]?</w:t>
      </w:r>
    </w:p>
    <w:p>
      <w:pPr>
        <w:keepNext w:val="0"/>
        <w:spacing w:before="200" w:after="0" w:line="260" w:lineRule="exact"/>
        <w:ind w:left="2160" w:right="0" w:firstLine="0"/>
        <w:jc w:val="both"/>
      </w:pPr>
      <w:r>
        <w:rPr>
          <w:rFonts w:ascii="Times New Roman" w:hAnsi="Times New Roman" w:eastAsia="Times New Roman" w:cs="Times New Roman"/>
          <w:b w:val="0"/>
          <w:sz w:val="24"/>
        </w:rPr>
        <w:t>▪ When did [patent owner] take these steps?</w:t>
      </w:r>
    </w:p>
    <w:p>
      <w:pPr>
        <w:keepNext w:val="0"/>
        <w:spacing w:before="200" w:after="0" w:line="260" w:lineRule="exact"/>
        <w:ind w:left="2160" w:right="0" w:firstLine="0"/>
        <w:jc w:val="both"/>
      </w:pPr>
      <w:r>
        <w:rPr>
          <w:rFonts w:ascii="Times New Roman" w:hAnsi="Times New Roman" w:eastAsia="Times New Roman" w:cs="Times New Roman"/>
          <w:b w:val="0"/>
          <w:sz w:val="24"/>
        </w:rPr>
        <w:t>▪ Who was involved on behalf of [patent owner] in the decision to take these steps to enforce the [short patent no.] patent against [third party name]?</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 Letters</w:t>
      </w:r>
    </w:p>
    <w:p>
      <w:pPr>
        <w:keepNext w:val="0"/>
        <w:spacing w:before="200" w:after="0" w:line="260" w:lineRule="exact"/>
        <w:ind w:left="1440" w:right="0" w:firstLine="0"/>
        <w:jc w:val="both"/>
      </w:pPr>
      <w:r>
        <w:rPr>
          <w:rFonts w:ascii="Times New Roman" w:hAnsi="Times New Roman" w:eastAsia="Times New Roman" w:cs="Times New Roman"/>
          <w:b w:val="0"/>
          <w:sz w:val="24"/>
        </w:rPr>
        <w:t>• Has [patent owner] or its attorneys sent any letters to any third parties in connection with efforts to enforce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To which party or parties did [patent owner] or its attorneys send letters in connection with efforts to enforce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party: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When did [patent owner] or its attorneys first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to [third party name] regarding the [short patent no.] patent?</w:t>
      </w:r>
    </w:p>
    <w:p>
      <w:pPr>
        <w:keepNext w:val="0"/>
        <w:spacing w:before="200" w:after="0" w:line="260" w:lineRule="exact"/>
        <w:ind w:left="2160" w:right="0" w:firstLine="0"/>
        <w:jc w:val="both"/>
      </w:pPr>
      <w:r>
        <w:rPr>
          <w:rFonts w:ascii="Times New Roman" w:hAnsi="Times New Roman" w:eastAsia="Times New Roman" w:cs="Times New Roman"/>
          <w:b w:val="0"/>
          <w:sz w:val="24"/>
        </w:rPr>
        <w:t>▪ [If not covered above] What were the circumstances that caused [patent owner] or its attorney to send the letter to [third party name]?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Who was involved on behalf of [patent owner] in the decision to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to [third party name] regarding the [short patent no.] patent?</w:t>
      </w:r>
    </w:p>
    <w:p>
      <w:pPr>
        <w:keepNext w:val="0"/>
        <w:spacing w:before="200" w:after="0" w:line="260" w:lineRule="exact"/>
        <w:ind w:left="2160" w:right="0" w:firstLine="0"/>
        <w:jc w:val="both"/>
      </w:pPr>
      <w:r>
        <w:rPr>
          <w:rFonts w:ascii="Times New Roman" w:hAnsi="Times New Roman" w:eastAsia="Times New Roman" w:cs="Times New Roman"/>
          <w:b w:val="0"/>
          <w:sz w:val="24"/>
        </w:rPr>
        <w:t>▪ How did [third party name] respond to the letter?</w:t>
      </w:r>
    </w:p>
    <w:p>
      <w:pPr>
        <w:keepNext w:val="0"/>
        <w:spacing w:before="200" w:after="0" w:line="260" w:lineRule="exact"/>
        <w:ind w:left="2160" w:right="0" w:firstLine="0"/>
        <w:jc w:val="both"/>
      </w:pPr>
      <w:r>
        <w:rPr>
          <w:rFonts w:ascii="Times New Roman" w:hAnsi="Times New Roman" w:eastAsia="Times New Roman" w:cs="Times New Roman"/>
          <w:b w:val="0"/>
          <w:sz w:val="24"/>
        </w:rPr>
        <w:t>▪ What happened after that?</w:t>
      </w:r>
    </w:p>
    <w:p>
      <w:pPr>
        <w:keepNext w:val="0"/>
        <w:spacing w:before="200" w:after="0" w:line="260" w:lineRule="exact"/>
        <w:ind w:left="2160" w:right="0" w:firstLine="0"/>
        <w:jc w:val="both"/>
      </w:pPr>
      <w:r>
        <w:rPr>
          <w:rFonts w:ascii="Times New Roman" w:hAnsi="Times New Roman" w:eastAsia="Times New Roman" w:cs="Times New Roman"/>
          <w:b w:val="0"/>
          <w:sz w:val="24"/>
        </w:rPr>
        <w:t>▪ What is the current status of [patent owner]'s efforts to enforce the [short patent no.] patent against [third party name]?</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Has [patent owner]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for the [short patent no.] patent with any third parties?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With which party or parties did [patent owner]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for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license:</w:t>
      </w:r>
    </w:p>
    <w:p>
      <w:pPr>
        <w:keepNext w:val="0"/>
        <w:spacing w:before="200" w:after="0" w:line="260" w:lineRule="exact"/>
        <w:ind w:left="2160" w:right="0" w:firstLine="0"/>
        <w:jc w:val="both"/>
      </w:pPr>
      <w:r>
        <w:rPr>
          <w:rFonts w:ascii="Times New Roman" w:hAnsi="Times New Roman" w:eastAsia="Times New Roman" w:cs="Times New Roman"/>
          <w:b w:val="0"/>
          <w:sz w:val="24"/>
        </w:rPr>
        <w:t>▪ Did [patent owner] or its attorneys first approach [third party name] regarding the license, or did [third party name] first approach [patent owner]?</w:t>
      </w:r>
    </w:p>
    <w:p>
      <w:pPr>
        <w:keepNext w:val="0"/>
        <w:spacing w:before="200" w:after="0" w:line="260" w:lineRule="exact"/>
        <w:ind w:left="2520" w:right="0" w:firstLine="0"/>
        <w:jc w:val="both"/>
      </w:pPr>
      <w:r>
        <w:rPr>
          <w:rFonts w:ascii="Times New Roman" w:hAnsi="Times New Roman" w:eastAsia="Times New Roman" w:cs="Times New Roman"/>
          <w:b w:val="0"/>
          <w:sz w:val="24"/>
        </w:rPr>
        <w:t>• When did this occur?</w:t>
      </w:r>
    </w:p>
    <w:p>
      <w:pPr>
        <w:keepNext w:val="0"/>
        <w:spacing w:before="200" w:after="0" w:line="260" w:lineRule="exact"/>
        <w:ind w:left="2520" w:right="0" w:firstLine="0"/>
        <w:jc w:val="both"/>
      </w:pPr>
      <w:r>
        <w:rPr>
          <w:rFonts w:ascii="Times New Roman" w:hAnsi="Times New Roman" w:eastAsia="Times New Roman" w:cs="Times New Roman"/>
          <w:b w:val="0"/>
          <w:sz w:val="24"/>
        </w:rPr>
        <w:t>• How did the license come about after that occurred?</w:t>
      </w:r>
    </w:p>
    <w:p>
      <w:pPr>
        <w:keepNext w:val="0"/>
        <w:spacing w:before="200" w:after="0" w:line="260" w:lineRule="exact"/>
        <w:ind w:left="2160" w:right="0" w:firstLine="0"/>
        <w:jc w:val="both"/>
      </w:pPr>
      <w:r>
        <w:rPr>
          <w:rFonts w:ascii="Times New Roman" w:hAnsi="Times New Roman" w:eastAsia="Times New Roman" w:cs="Times New Roman"/>
          <w:b w:val="0"/>
          <w:sz w:val="24"/>
        </w:rPr>
        <w:t>▪ Who was involved on behalf of [patent owner] in negotiations concerning the license?</w:t>
      </w:r>
    </w:p>
    <w:p>
      <w:pPr>
        <w:keepNext w:val="0"/>
        <w:spacing w:before="200" w:after="0" w:line="260" w:lineRule="exact"/>
        <w:ind w:left="2160" w:right="0" w:firstLine="0"/>
        <w:jc w:val="both"/>
      </w:pPr>
      <w:r>
        <w:rPr>
          <w:rFonts w:ascii="Times New Roman" w:hAnsi="Times New Roman" w:eastAsia="Times New Roman" w:cs="Times New Roman"/>
          <w:b w:val="0"/>
          <w:sz w:val="24"/>
        </w:rPr>
        <w:t>▪ What is the current status of this license? (E.g., is it still in force, are royalties still being paid, etc.)</w:t>
      </w:r>
    </w:p>
    <w:p>
      <w:pPr>
        <w:keepNext w:val="0"/>
        <w:spacing w:before="120" w:after="0" w:line="260" w:lineRule="exact"/>
        <w:ind w:left="1080" w:right="0" w:firstLine="0"/>
        <w:jc w:val="left"/>
      </w:pPr>
      <w:r>
        <w:rPr>
          <w:rFonts w:ascii="Times New Roman" w:hAnsi="Times New Roman" w:eastAsia="Times New Roman" w:cs="Times New Roman"/>
          <w:b w:val="0"/>
          <w:sz w:val="24"/>
        </w:rPr>
        <w:t>(iv)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Lawsuits</w:t>
      </w:r>
    </w:p>
    <w:p>
      <w:pPr>
        <w:keepNext w:val="0"/>
        <w:spacing w:before="200" w:after="0" w:line="260" w:lineRule="exact"/>
        <w:ind w:left="1440" w:right="0" w:firstLine="0"/>
        <w:jc w:val="both"/>
      </w:pPr>
      <w:r>
        <w:rPr>
          <w:rFonts w:ascii="Times New Roman" w:hAnsi="Times New Roman" w:eastAsia="Times New Roman" w:cs="Times New Roman"/>
          <w:b w:val="0"/>
          <w:sz w:val="24"/>
        </w:rPr>
        <w:t>• Has [patent owner] commenced any lawsuits against any third parties for the purpose of enforcing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Against which party or parties has [patent owner] commenced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for the purpose of enforcing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lawsuit:</w:t>
      </w:r>
    </w:p>
    <w:p>
      <w:pPr>
        <w:keepNext w:val="0"/>
        <w:spacing w:before="200" w:after="0" w:line="260" w:lineRule="exact"/>
        <w:ind w:left="2160" w:right="0" w:firstLine="0"/>
        <w:jc w:val="both"/>
      </w:pPr>
      <w:r>
        <w:rPr>
          <w:rFonts w:ascii="Times New Roman" w:hAnsi="Times New Roman" w:eastAsia="Times New Roman" w:cs="Times New Roman"/>
          <w:b w:val="0"/>
          <w:sz w:val="24"/>
        </w:rPr>
        <w:t>▪ [If not already covered above] Describe the circumstances giving rise to the lawsuit.</w:t>
      </w:r>
    </w:p>
    <w:p>
      <w:pPr>
        <w:keepNext w:val="0"/>
        <w:spacing w:before="200" w:after="0" w:line="260" w:lineRule="exact"/>
        <w:ind w:left="2160" w:right="0" w:firstLine="0"/>
        <w:jc w:val="both"/>
      </w:pPr>
      <w:r>
        <w:rPr>
          <w:rFonts w:ascii="Times New Roman" w:hAnsi="Times New Roman" w:eastAsia="Times New Roman" w:cs="Times New Roman"/>
          <w:b w:val="0"/>
          <w:sz w:val="24"/>
        </w:rPr>
        <w:t>▪ Who was involved on behalf of [patent owner] in the decision to bring the settlement?</w:t>
      </w:r>
    </w:p>
    <w:p>
      <w:pPr>
        <w:keepNext w:val="0"/>
        <w:spacing w:before="200" w:after="0" w:line="260" w:lineRule="exact"/>
        <w:ind w:left="2160" w:right="0" w:firstLine="0"/>
        <w:jc w:val="both"/>
      </w:pPr>
      <w:r>
        <w:rPr>
          <w:rFonts w:ascii="Times New Roman" w:hAnsi="Times New Roman" w:eastAsia="Times New Roman" w:cs="Times New Roman"/>
          <w:b w:val="0"/>
          <w:sz w:val="24"/>
        </w:rPr>
        <w:t>▪ Where is the lawsuit pending?</w:t>
      </w:r>
    </w:p>
    <w:p>
      <w:pPr>
        <w:keepNext w:val="0"/>
        <w:spacing w:before="200" w:after="0" w:line="260" w:lineRule="exact"/>
        <w:ind w:left="2160" w:right="0" w:firstLine="0"/>
        <w:jc w:val="both"/>
      </w:pPr>
      <w:r>
        <w:rPr>
          <w:rFonts w:ascii="Times New Roman" w:hAnsi="Times New Roman" w:eastAsia="Times New Roman" w:cs="Times New Roman"/>
          <w:b w:val="0"/>
          <w:sz w:val="24"/>
        </w:rPr>
        <w:t>▪ What is the current status of this lawsuit?</w:t>
      </w:r>
    </w:p>
    <w:p>
      <w:pPr>
        <w:keepNext w:val="0"/>
        <w:spacing w:before="120" w:after="0" w:line="260" w:lineRule="exact"/>
        <w:ind w:left="1080" w:right="0" w:firstLine="0"/>
        <w:jc w:val="left"/>
      </w:pPr>
      <w:r>
        <w:rPr>
          <w:rFonts w:ascii="Times New Roman" w:hAnsi="Times New Roman" w:eastAsia="Times New Roman" w:cs="Times New Roman"/>
          <w:b w:val="0"/>
          <w:sz w:val="24"/>
        </w:rPr>
        <w:t>(v)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Settlements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Has [patent owner]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covering the [short patent no.] patent with any third parties?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With which party or parties did [patent owner]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covering for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For each settlement covering the </w:t>
      </w:r>
      <w:r>
        <w:rPr>
          <w:rFonts w:ascii="Times New Roman" w:hAnsi="Times New Roman" w:eastAsia="Times New Roman" w:cs="Times New Roman"/>
          <w:b w:val="0"/>
          <w:sz w:val="24"/>
        </w:rPr>
        <w:t xml:space="preserve">[short patent no.] </w:t>
      </w:r>
      <w:r>
        <w:rPr>
          <w:rFonts w:ascii="Times New Roman" w:hAnsi="Times New Roman" w:eastAsia="Times New Roman" w:cs="Times New Roman"/>
          <w:b w:val="0"/>
          <w:sz w:val="24"/>
        </w:rPr>
        <w:t>patent:</w:t>
      </w:r>
    </w:p>
    <w:p>
      <w:pPr>
        <w:keepNext w:val="0"/>
        <w:spacing w:before="200" w:after="0" w:line="260" w:lineRule="exact"/>
        <w:ind w:left="2160" w:right="0" w:firstLine="0"/>
        <w:jc w:val="both"/>
      </w:pPr>
      <w:r>
        <w:rPr>
          <w:rFonts w:ascii="Times New Roman" w:hAnsi="Times New Roman" w:eastAsia="Times New Roman" w:cs="Times New Roman"/>
          <w:b w:val="0"/>
          <w:sz w:val="24"/>
        </w:rPr>
        <w:t>▪ [If not already covered above] Describe the circumstances giving rise to the settlement.</w:t>
      </w:r>
    </w:p>
    <w:p>
      <w:pPr>
        <w:keepNext w:val="0"/>
        <w:spacing w:before="200" w:after="0" w:line="260" w:lineRule="exact"/>
        <w:ind w:left="2160" w:right="0" w:firstLine="0"/>
        <w:jc w:val="both"/>
      </w:pPr>
      <w:r>
        <w:rPr>
          <w:rFonts w:ascii="Times New Roman" w:hAnsi="Times New Roman" w:eastAsia="Times New Roman" w:cs="Times New Roman"/>
          <w:b w:val="0"/>
          <w:sz w:val="24"/>
        </w:rPr>
        <w:t>▪ Who was involved on behalf of [patent owner] in negotiations concerning the settlement?</w:t>
      </w:r>
    </w:p>
    <w:p>
      <w:pPr>
        <w:keepNext w:val="0"/>
        <w:spacing w:before="200" w:after="0" w:line="260" w:lineRule="exact"/>
        <w:ind w:left="2160" w:right="0" w:firstLine="0"/>
        <w:jc w:val="both"/>
      </w:pPr>
      <w:r>
        <w:rPr>
          <w:rFonts w:ascii="Times New Roman" w:hAnsi="Times New Roman" w:eastAsia="Times New Roman" w:cs="Times New Roman"/>
          <w:b w:val="0"/>
          <w:sz w:val="24"/>
        </w:rPr>
        <w:t>▪ What is the current status of this settlement? (E.g., is it still in force, are any ongoing obligations being met, etc.)</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Specification &amp; Claims.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Art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Art Listed in "References Cited"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references listed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IDS submitted by the patent applicant: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Direct the witness to the listing of the reference on the IDS and ask the witness the following questions:</w:t>
      </w:r>
      <w:r>
        <w:rPr>
          <w:rFonts w:ascii="Times New Roman" w:hAnsi="Times New Roman" w:eastAsia="Times New Roman" w:cs="Times New Roman"/>
          <w:b w:val="0"/>
          <w:sz w:val="24"/>
        </w:rPr>
        <w:t xml:space="preserve"> Were you involved in the decision to include the reference that is marked as Exhibit [exhibit number] on the IDS?</w:t>
      </w:r>
    </w:p>
    <w:p>
      <w:pPr>
        <w:keepNext w:val="0"/>
        <w:spacing w:before="200" w:after="0" w:line="260" w:lineRule="exact"/>
        <w:ind w:left="1800" w:right="0" w:firstLine="0"/>
        <w:jc w:val="both"/>
      </w:pPr>
      <w:r>
        <w:rPr>
          <w:rFonts w:ascii="Times New Roman" w:hAnsi="Times New Roman" w:eastAsia="Times New Roman" w:cs="Times New Roman"/>
          <w:b w:val="0"/>
          <w:sz w:val="24"/>
        </w:rPr>
        <w:t>○ Why was the reference that is marked as Exhibit [exhibit number] included on the IDS?</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 first become aware of the reference that is marked as Exhibit [exhibit number] included on the IDS?</w:t>
      </w:r>
    </w:p>
    <w:p>
      <w:pPr>
        <w:keepNext w:val="0"/>
        <w:spacing w:before="200" w:after="0" w:line="260" w:lineRule="exact"/>
        <w:ind w:left="1800" w:right="0" w:firstLine="0"/>
        <w:jc w:val="both"/>
      </w:pPr>
      <w:r>
        <w:rPr>
          <w:rFonts w:ascii="Times New Roman" w:hAnsi="Times New Roman" w:eastAsia="Times New Roman" w:cs="Times New Roman"/>
          <w:b w:val="0"/>
          <w:sz w:val="24"/>
        </w:rPr>
        <w:t>○ How did you become aware of this reference?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Continue with substantive questions regarding the content of the reference as appropriate.</w:t>
      </w:r>
    </w:p>
    <w:p>
      <w:pPr>
        <w:keepNext w:val="0"/>
        <w:spacing w:before="200" w:after="0" w:line="260" w:lineRule="exact"/>
        <w:ind w:left="1440" w:right="0" w:firstLine="0"/>
        <w:jc w:val="both"/>
      </w:pPr>
      <w:r>
        <w:rPr>
          <w:rFonts w:ascii="Times New Roman" w:hAnsi="Times New Roman" w:eastAsia="Times New Roman" w:cs="Times New Roman"/>
          <w:b w:val="0"/>
          <w:sz w:val="24"/>
        </w:rPr>
        <w:t>• For references cited by the examiner during prosecution without significant analysis or discussion:</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 become aware of this reference?</w:t>
      </w:r>
    </w:p>
    <w:p>
      <w:pPr>
        <w:keepNext w:val="0"/>
        <w:spacing w:before="200" w:after="0" w:line="260" w:lineRule="exact"/>
        <w:ind w:left="1800" w:right="0" w:firstLine="0"/>
        <w:jc w:val="both"/>
      </w:pPr>
      <w:r>
        <w:rPr>
          <w:rFonts w:ascii="Times New Roman" w:hAnsi="Times New Roman" w:eastAsia="Times New Roman" w:cs="Times New Roman"/>
          <w:b w:val="0"/>
          <w:sz w:val="24"/>
        </w:rPr>
        <w:t>○ How did you become aware of this reference?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Continue with substantive questions regarding the content of the reference as appropriate.</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Art Discussed in the Specification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Direct the witness to the discussion of the reference in the specification of the patent-in-suit:</w:t>
      </w:r>
      <w:r>
        <w:rPr>
          <w:rFonts w:ascii="Times New Roman" w:hAnsi="Times New Roman" w:eastAsia="Times New Roman" w:cs="Times New Roman"/>
          <w:b w:val="0"/>
          <w:sz w:val="24"/>
        </w:rPr>
        <w:t xml:space="preserve"> Were you involved in the decision to include the reference that is marked as Exhibit [exhibit number] in the specification of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Why was the reference that is marked as Exhibit [exhibit number] discussed in the specification of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first become aware of the reference that is marked as Exhibit [exhibit number]?</w:t>
      </w:r>
    </w:p>
    <w:p>
      <w:pPr>
        <w:keepNext w:val="0"/>
        <w:spacing w:before="200" w:after="0" w:line="260" w:lineRule="exact"/>
        <w:ind w:left="1440" w:right="0" w:firstLine="0"/>
        <w:jc w:val="both"/>
      </w:pPr>
      <w:r>
        <w:rPr>
          <w:rFonts w:ascii="Times New Roman" w:hAnsi="Times New Roman" w:eastAsia="Times New Roman" w:cs="Times New Roman"/>
          <w:b w:val="0"/>
          <w:sz w:val="24"/>
        </w:rPr>
        <w:t>• How did you become aware of this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Continue as appropriate with substantive questions regarding the discussion of the prior art reference in the specification.</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Problem Addressed</w:t>
      </w:r>
    </w:p>
    <w:p>
      <w:pPr>
        <w:keepNext w:val="0"/>
        <w:spacing w:before="200" w:after="0" w:line="260" w:lineRule="exact"/>
        <w:ind w:left="1080" w:right="0" w:firstLine="0"/>
        <w:jc w:val="both"/>
      </w:pPr>
      <w:r>
        <w:rPr>
          <w:rFonts w:ascii="Times New Roman" w:hAnsi="Times New Roman" w:eastAsia="Times New Roman" w:cs="Times New Roman"/>
          <w:b w:val="0"/>
          <w:sz w:val="24"/>
        </w:rPr>
        <w:t>• What problem is addressed by the invention of the [short patent no.] patent? (Direct the inventor to specific text in the patent in suit, if appropriate.)</w:t>
      </w:r>
    </w:p>
    <w:p>
      <w:pPr>
        <w:keepNext w:val="0"/>
        <w:spacing w:before="200" w:after="0" w:line="260" w:lineRule="exact"/>
        <w:ind w:left="1080" w:right="0" w:firstLine="0"/>
        <w:jc w:val="both"/>
      </w:pPr>
      <w:r>
        <w:rPr>
          <w:rFonts w:ascii="Times New Roman" w:hAnsi="Times New Roman" w:eastAsia="Times New Roman" w:cs="Times New Roman"/>
          <w:b w:val="0"/>
          <w:sz w:val="24"/>
        </w:rPr>
        <w:t>• How was this problem addressed before the invention of the [short patent no.] patent?</w:t>
      </w:r>
    </w:p>
    <w:p>
      <w:pPr>
        <w:keepNext w:val="0"/>
        <w:spacing w:before="200" w:after="0" w:line="260" w:lineRule="exact"/>
        <w:ind w:left="1080" w:right="0" w:firstLine="0"/>
        <w:jc w:val="both"/>
      </w:pPr>
      <w:r>
        <w:rPr>
          <w:rFonts w:ascii="Times New Roman" w:hAnsi="Times New Roman" w:eastAsia="Times New Roman" w:cs="Times New Roman"/>
          <w:b w:val="0"/>
          <w:sz w:val="24"/>
        </w:rPr>
        <w:t>• How is the invention of the [short patent no.] patent different from what was previously done to address this problem?</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 of Invention</w:t>
      </w:r>
    </w:p>
    <w:p>
      <w:pPr>
        <w:keepNext w:val="0"/>
        <w:spacing w:before="200" w:after="0" w:line="260" w:lineRule="exact"/>
        <w:ind w:left="1080" w:right="0" w:firstLine="0"/>
        <w:jc w:val="both"/>
      </w:pPr>
      <w:r>
        <w:rPr>
          <w:rFonts w:ascii="Times New Roman" w:hAnsi="Times New Roman" w:eastAsia="Times New Roman" w:cs="Times New Roman"/>
          <w:b w:val="0"/>
          <w:sz w:val="24"/>
        </w:rPr>
        <w:t>• Where in the patent specification is the invention of the [short patent no.] patent described? (Direct the inventor to specific text in the patent in suit, if appropriate.)</w:t>
      </w:r>
    </w:p>
    <w:p>
      <w:pPr>
        <w:keepNext w:val="0"/>
        <w:spacing w:before="200" w:after="0" w:line="260" w:lineRule="exact"/>
        <w:ind w:left="1080" w:right="0" w:firstLine="0"/>
        <w:jc w:val="both"/>
      </w:pPr>
      <w:r>
        <w:rPr>
          <w:rFonts w:ascii="Times New Roman" w:hAnsi="Times New Roman" w:eastAsia="Times New Roman" w:cs="Times New Roman"/>
          <w:b w:val="0"/>
          <w:sz w:val="24"/>
        </w:rPr>
        <w:t>• Where in the patent specification is [first limitation of invention] described?</w:t>
      </w:r>
    </w:p>
    <w:p>
      <w:pPr>
        <w:keepNext w:val="0"/>
        <w:spacing w:before="200" w:after="0" w:line="260" w:lineRule="exact"/>
        <w:ind w:left="1440" w:right="0" w:firstLine="0"/>
        <w:jc w:val="both"/>
      </w:pPr>
      <w:r>
        <w:rPr>
          <w:rFonts w:ascii="Times New Roman" w:hAnsi="Times New Roman" w:eastAsia="Times New Roman" w:cs="Times New Roman"/>
          <w:b w:val="0"/>
          <w:sz w:val="24"/>
        </w:rPr>
        <w:t>○ Is [first limitation of invention] shown in any figures in the patent? Where? (Direct the inventor to specific figures in the patent in suit, if appropriate.)</w:t>
      </w:r>
    </w:p>
    <w:p>
      <w:pPr>
        <w:keepNext w:val="0"/>
        <w:spacing w:before="200" w:after="0" w:line="260" w:lineRule="exact"/>
        <w:ind w:left="1080" w:right="0" w:firstLine="0"/>
        <w:jc w:val="both"/>
      </w:pPr>
      <w:r>
        <w:rPr>
          <w:rFonts w:ascii="Times New Roman" w:hAnsi="Times New Roman" w:eastAsia="Times New Roman" w:cs="Times New Roman"/>
          <w:b w:val="0"/>
          <w:sz w:val="24"/>
        </w:rPr>
        <w:t>• Where in the patent specification is [second limitation of invention] described?</w:t>
      </w:r>
    </w:p>
    <w:p>
      <w:pPr>
        <w:keepNext w:val="0"/>
        <w:spacing w:before="200" w:after="0" w:line="260" w:lineRule="exact"/>
        <w:ind w:left="1440" w:right="0" w:firstLine="0"/>
        <w:jc w:val="both"/>
      </w:pPr>
      <w:r>
        <w:rPr>
          <w:rFonts w:ascii="Times New Roman" w:hAnsi="Times New Roman" w:eastAsia="Times New Roman" w:cs="Times New Roman"/>
          <w:b w:val="0"/>
          <w:sz w:val="24"/>
        </w:rPr>
        <w:t>○ Is [second limitation of invention] shown in any figures in the patent? Where? (Direct the inventor to specific figures in the patent in suit, if appropriate.)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Continue with each limitation as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Claims</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Meaning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claim limitation of interest:</w:t>
      </w:r>
    </w:p>
    <w:p>
      <w:pPr>
        <w:keepNext w:val="0"/>
        <w:spacing w:before="200" w:after="0" w:line="260" w:lineRule="exact"/>
        <w:ind w:left="1800" w:right="0" w:firstLine="0"/>
        <w:jc w:val="both"/>
      </w:pPr>
      <w:r>
        <w:rPr>
          <w:rFonts w:ascii="Times New Roman" w:hAnsi="Times New Roman" w:eastAsia="Times New Roman" w:cs="Times New Roman"/>
          <w:b w:val="0"/>
          <w:sz w:val="24"/>
        </w:rPr>
        <w:t>○ What is the meaning of [claim limitation] as it is used in claim [number] of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the meaning of [claim limitation] consistent with what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ordinary skill in [technology of invention] would understand [claim limitation] to mean?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no:</w:t>
      </w:r>
      <w:r>
        <w:rPr>
          <w:rFonts w:ascii="Times New Roman" w:hAnsi="Times New Roman" w:eastAsia="Times New Roman" w:cs="Times New Roman"/>
          <w:b w:val="0"/>
          <w:sz w:val="24"/>
        </w:rPr>
        <w:t xml:space="preserve"> How does your meaning of [claim limitation] differ from what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ordinary skill in [technology of invention] would understand [claim limitation] to mean?</w:t>
      </w:r>
    </w:p>
    <w:p>
      <w:pPr>
        <w:keepNext w:val="0"/>
        <w:spacing w:before="200" w:after="0" w:line="260" w:lineRule="exact"/>
        <w:ind w:left="2160" w:right="0" w:firstLine="0"/>
        <w:jc w:val="both"/>
      </w:pPr>
      <w:r>
        <w:rPr>
          <w:rFonts w:ascii="Times New Roman" w:hAnsi="Times New Roman" w:eastAsia="Times New Roman" w:cs="Times New Roman"/>
          <w:b w:val="0"/>
          <w:sz w:val="24"/>
        </w:rPr>
        <w:t>▪ What information supports your interpretation of [claim limitation]?</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Support in Specification (including any means plus function structure)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claim limitation of interest, other than means plus function or step plus function limitations:</w:t>
      </w:r>
    </w:p>
    <w:p>
      <w:pPr>
        <w:keepNext w:val="0"/>
        <w:spacing w:before="200" w:after="0" w:line="260" w:lineRule="exact"/>
        <w:ind w:left="1800" w:right="0" w:firstLine="0"/>
        <w:jc w:val="both"/>
      </w:pPr>
      <w:r>
        <w:rPr>
          <w:rFonts w:ascii="Times New Roman" w:hAnsi="Times New Roman" w:eastAsia="Times New Roman" w:cs="Times New Roman"/>
          <w:b w:val="0"/>
          <w:sz w:val="24"/>
        </w:rPr>
        <w:t>○ Does anything in the specification of the [short patent no.] patent support your interpretation of the meaning of [claim limitation]?</w:t>
      </w:r>
    </w:p>
    <w:p>
      <w:pPr>
        <w:keepNext w:val="0"/>
        <w:spacing w:before="200" w:after="0" w:line="260" w:lineRule="exact"/>
        <w:ind w:left="1800" w:right="0" w:firstLine="0"/>
        <w:jc w:val="both"/>
      </w:pPr>
      <w:r>
        <w:rPr>
          <w:rFonts w:ascii="Times New Roman" w:hAnsi="Times New Roman" w:eastAsia="Times New Roman" w:cs="Times New Roman"/>
          <w:b w:val="0"/>
          <w:sz w:val="24"/>
        </w:rPr>
        <w:t>○ What statements or figures in the specification of the [short patent no.] patent support your interpretation of the meaning of [claim limitation]? (Direct the inventor to specific text or figures in the patent in suit, if appropriate.)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Does the [short patent no.] patent define [claim limitation]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that is different from what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ordinary skill in [technology of invention] would understand [claim limitation] to mean?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Where in the [short patent no.] patent is [claim limitation] defined? (Direct the inventor to specific text or figures in the patent in suit, if appropriate.)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How is the definition of [claim limitation] in the [short patent no.] patent different from what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ordinary skill in [technology of invention] would understand [claim limitation] to mean?</w:t>
      </w:r>
    </w:p>
    <w:p>
      <w:pPr>
        <w:keepNext w:val="0"/>
        <w:spacing w:before="200" w:after="0" w:line="260" w:lineRule="exact"/>
        <w:ind w:left="1440" w:right="0" w:firstLine="0"/>
        <w:jc w:val="both"/>
      </w:pPr>
      <w:r>
        <w:rPr>
          <w:rFonts w:ascii="Times New Roman" w:hAnsi="Times New Roman" w:eastAsia="Times New Roman" w:cs="Times New Roman"/>
          <w:b w:val="0"/>
          <w:sz w:val="24"/>
        </w:rPr>
        <w:t>• For means plus function or step plus function limitations:</w:t>
      </w:r>
    </w:p>
    <w:p>
      <w:pPr>
        <w:keepNext w:val="0"/>
        <w:spacing w:before="200" w:after="0" w:line="260" w:lineRule="exact"/>
        <w:ind w:left="1800" w:right="0" w:firstLine="0"/>
        <w:jc w:val="both"/>
      </w:pPr>
      <w:r>
        <w:rPr>
          <w:rFonts w:ascii="Times New Roman" w:hAnsi="Times New Roman" w:eastAsia="Times New Roman" w:cs="Times New Roman"/>
          <w:b w:val="0"/>
          <w:sz w:val="24"/>
        </w:rPr>
        <w:t>○ Where does the [short patent no.] patent describe the physical structure/physical process for carrying out the function of [functional claim limitation]?</w:t>
      </w:r>
    </w:p>
    <w:p>
      <w:pPr>
        <w:keepNext w:val="0"/>
        <w:spacing w:before="200" w:after="0" w:line="260" w:lineRule="exact"/>
        <w:ind w:left="1800" w:right="0" w:firstLine="0"/>
        <w:jc w:val="both"/>
      </w:pPr>
      <w:r>
        <w:rPr>
          <w:rFonts w:ascii="Times New Roman" w:hAnsi="Times New Roman" w:eastAsia="Times New Roman" w:cs="Times New Roman"/>
          <w:b w:val="0"/>
          <w:sz w:val="24"/>
        </w:rPr>
        <w:t>○ Does the [short patent no.] patent describe any other physical structure/physical process for carrying out the function of [functional claim limitation]? Where?</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Comparison of Claims to Commercial Embodiments of Invention</w:t>
      </w:r>
    </w:p>
    <w:p>
      <w:pPr>
        <w:keepNext w:val="0"/>
        <w:spacing w:before="200" w:after="0" w:line="260" w:lineRule="exact"/>
        <w:ind w:left="1080" w:right="0" w:firstLine="0"/>
        <w:jc w:val="both"/>
      </w:pPr>
      <w:r>
        <w:rPr>
          <w:rFonts w:ascii="Times New Roman" w:hAnsi="Times New Roman" w:eastAsia="Times New Roman" w:cs="Times New Roman"/>
          <w:b w:val="0"/>
          <w:sz w:val="24"/>
        </w:rPr>
        <w:t>• Does the [short patent no.] patent cover [commercial embodiment]?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Which claim(s) of the [short patent no.] patent cover [commercial embodiment]?</w:t>
      </w:r>
    </w:p>
    <w:p>
      <w:pPr>
        <w:keepNext w:val="0"/>
        <w:spacing w:before="200" w:after="0" w:line="260" w:lineRule="exact"/>
        <w:ind w:left="1440" w:right="0" w:firstLine="0"/>
        <w:jc w:val="both"/>
      </w:pPr>
      <w:r>
        <w:rPr>
          <w:rFonts w:ascii="Times New Roman" w:hAnsi="Times New Roman" w:eastAsia="Times New Roman" w:cs="Times New Roman"/>
          <w:b w:val="0"/>
          <w:sz w:val="24"/>
        </w:rPr>
        <w:t>○ Where is [claim limitation] found in [commercial embodiment]? / How does [claim limitation] read on [commercial embodiment]?</w:t>
      </w:r>
    </w:p>
    <w:p>
      <w:pPr>
        <w:keepNext w:val="0"/>
        <w:spacing w:before="200" w:after="0" w:line="260" w:lineRule="exact"/>
        <w:ind w:left="1080" w:right="0" w:firstLine="0"/>
        <w:jc w:val="both"/>
      </w:pPr>
      <w:r>
        <w:rPr>
          <w:rFonts w:ascii="Times New Roman" w:hAnsi="Times New Roman" w:eastAsia="Times New Roman" w:cs="Times New Roman"/>
          <w:b w:val="0"/>
          <w:sz w:val="24"/>
        </w:rPr>
        <w:t>• Does the [short patent no.] patent cover [describe feature] of [commercial embodiment]?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Which claim(s) of the [short patent no.] patent cover [describe feature] of [commercial embodiment]?</w:t>
      </w:r>
    </w:p>
    <w:p>
      <w:pPr>
        <w:keepNext w:val="0"/>
        <w:spacing w:before="200" w:after="0" w:line="260" w:lineRule="exact"/>
        <w:ind w:left="1440" w:right="0" w:firstLine="0"/>
        <w:jc w:val="both"/>
      </w:pPr>
      <w:r>
        <w:rPr>
          <w:rFonts w:ascii="Times New Roman" w:hAnsi="Times New Roman" w:eastAsia="Times New Roman" w:cs="Times New Roman"/>
          <w:b w:val="0"/>
          <w:sz w:val="24"/>
        </w:rPr>
        <w:t>○ How does claim [number] read on [describe feature] of [commercial embodiment]?</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Prosecution History.</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Mark as Exhibit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Mark the prosecution history of the patent in suit (or individual applications in the priority chain), authenticate and review.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relevant patent applications within the priority chain:</w:t>
      </w:r>
      <w:r>
        <w:rPr>
          <w:rFonts w:ascii="Times New Roman" w:hAnsi="Times New Roman" w:eastAsia="Times New Roman" w:cs="Times New Roman"/>
          <w:b w:val="0"/>
          <w:sz w:val="24"/>
        </w:rPr>
        <w:t xml:space="preserve"> Do you understand this document to be the prosecution history for patent application number [number]?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 you understand that patent application number [number] [describe relationship to patent in suit; e.g., "was granted and issued as the patent in suit,"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application of the application that issued as the patent in suit," etc.]?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Have you seen this patent application compiled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similar to Exhibit [number]?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no:</w:t>
      </w:r>
      <w:r>
        <w:rPr>
          <w:rFonts w:ascii="Times New Roman" w:hAnsi="Times New Roman" w:eastAsia="Times New Roman" w:cs="Times New Roman"/>
          <w:b w:val="0"/>
          <w:sz w:val="24"/>
        </w:rPr>
        <w:t xml:space="preserve"> Please review Exhibit [number] and tell me whether you've seen any of the papers in that Exhibit before?</w:t>
      </w:r>
    </w:p>
    <w:p>
      <w:pPr>
        <w:keepNext w:val="0"/>
        <w:spacing w:before="200" w:after="0" w:line="260" w:lineRule="exact"/>
        <w:ind w:left="1800" w:right="0" w:firstLine="0"/>
        <w:jc w:val="both"/>
      </w:pPr>
      <w:r>
        <w:rPr>
          <w:rFonts w:ascii="Times New Roman" w:hAnsi="Times New Roman" w:eastAsia="Times New Roman" w:cs="Times New Roman"/>
          <w:b w:val="0"/>
          <w:sz w:val="24"/>
        </w:rPr>
        <w:t>▪ Which papers?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Inventor's Role (Duty to Disclose, Etc.)</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Participation in Preparation of Patent Application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Direct the inventor to the earliest application in the priority chain leading to the patent in suit, and ask the following questions:</w:t>
      </w:r>
    </w:p>
    <w:p>
      <w:pPr>
        <w:keepNext w:val="0"/>
        <w:spacing w:before="200" w:after="0" w:line="260" w:lineRule="exact"/>
        <w:ind w:left="1800" w:right="0" w:firstLine="0"/>
        <w:jc w:val="both"/>
      </w:pPr>
      <w:r>
        <w:rPr>
          <w:rFonts w:ascii="Times New Roman" w:hAnsi="Times New Roman" w:eastAsia="Times New Roman" w:cs="Times New Roman"/>
          <w:b w:val="0"/>
          <w:sz w:val="24"/>
        </w:rPr>
        <w:t>○ Did you provide any information that was used in preparing application number [number]?</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information did you provide? (Direct the inventor to specific text or figures in the patent in suit, if appropriate.)</w:t>
      </w:r>
    </w:p>
    <w:p>
      <w:pPr>
        <w:keepNext w:val="0"/>
        <w:spacing w:before="200" w:after="0" w:line="260" w:lineRule="exact"/>
        <w:ind w:left="1800" w:right="0" w:firstLine="0"/>
        <w:jc w:val="both"/>
      </w:pPr>
      <w:r>
        <w:rPr>
          <w:rFonts w:ascii="Times New Roman" w:hAnsi="Times New Roman" w:eastAsia="Times New Roman" w:cs="Times New Roman"/>
          <w:b w:val="0"/>
          <w:sz w:val="24"/>
        </w:rPr>
        <w:t>○ Did you participate in any other way in preparing application number [number]?</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How did you participate?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Ask follow-up questions, or questions regarding the substantive content of the patent application, as appropriate.</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Participation in Prosecution of Patent Application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Direct the inventor to any papers of interest in the prosecution history, such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action, response to office action, continuation-in-part application, etc., and ask questions along the lines of those listed in the preceding subsection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B.</w:t>
      </w:r>
      <w:r>
        <w:rPr>
          <w:rFonts w:ascii="Times New Roman" w:hAnsi="Times New Roman" w:eastAsia="Times New Roman" w:cs="Times New Roman"/>
          <w:b w:val="0"/>
          <w:sz w:val="24"/>
        </w:rPr>
        <w:t>(i)</w:t>
      </w:r>
      <w:r>
        <w:rPr>
          <w:rFonts w:ascii="Times New Roman" w:hAnsi="Times New Roman" w:eastAsia="Times New Roman" w:cs="Times New Roman"/>
          <w:b w:val="0"/>
          <w:sz w:val="24"/>
        </w:rPr>
        <w:t>., regarding Participation in Preparation of Patent Application.</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Inventor's Duty of Disclosure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the time of [first patent application in priority chain], were you aware that each individual associated with the filing and prosecution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 application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of candor and good faith in dealing with the United States Patent and Trademark Office, or USPTO?</w:t>
      </w:r>
    </w:p>
    <w:p>
      <w:pPr>
        <w:keepNext w:val="0"/>
        <w:spacing w:before="200" w:after="0" w:line="260" w:lineRule="exact"/>
        <w:ind w:left="1440" w:right="0" w:firstLine="0"/>
        <w:jc w:val="both"/>
      </w:pPr>
      <w:r>
        <w:rPr>
          <w:rFonts w:ascii="Times New Roman" w:hAnsi="Times New Roman" w:eastAsia="Times New Roman" w:cs="Times New Roman"/>
          <w:b w:val="0"/>
          <w:sz w:val="24"/>
        </w:rPr>
        <w:t>• At that time, were you also aware that the individuals who were subject to the duty of candor and good faith included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(1) each inventor named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 application,</w:t>
      </w:r>
    </w:p>
    <w:p>
      <w:pPr>
        <w:keepNext w:val="0"/>
        <w:spacing w:before="200" w:after="0" w:line="260" w:lineRule="exact"/>
        <w:ind w:left="1800" w:right="0" w:firstLine="0"/>
        <w:jc w:val="both"/>
      </w:pPr>
      <w:r>
        <w:rPr>
          <w:rFonts w:ascii="Times New Roman" w:hAnsi="Times New Roman" w:eastAsia="Times New Roman" w:cs="Times New Roman"/>
          <w:b w:val="0"/>
          <w:sz w:val="24"/>
        </w:rPr>
        <w:t>○ (2) each attorney or agent who prepares or prosecutes the application, and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(3) every other person who is substantively involved in the preparation or prosecution of the application and who is associated with the inventor, the applicant,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or anyone to whom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to assign the application?</w:t>
      </w:r>
    </w:p>
    <w:p>
      <w:pPr>
        <w:keepNext w:val="0"/>
        <w:spacing w:before="200" w:after="0" w:line="260" w:lineRule="exact"/>
        <w:ind w:left="1800" w:right="0" w:firstLine="0"/>
        <w:jc w:val="both"/>
      </w:pPr>
      <w:r>
        <w:rPr>
          <w:rFonts w:ascii="Times New Roman" w:hAnsi="Times New Roman" w:eastAsia="Times New Roman" w:cs="Times New Roman"/>
          <w:b w:val="0"/>
          <w:sz w:val="24"/>
        </w:rPr>
        <w:t>(Note that clause (3) only applies to patent applications filed on or after September 16, 2012.)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that time, were you also aware that any individual subject to the duty of candor and good faith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to disclose to the USPTO all information known by that individual to be material to the patentability of the application in question?</w:t>
      </w:r>
    </w:p>
    <w:p>
      <w:pPr>
        <w:keepNext w:val="0"/>
        <w:spacing w:before="200" w:after="0" w:line="260" w:lineRule="exact"/>
        <w:ind w:left="1440" w:right="0" w:firstLine="0"/>
        <w:jc w:val="both"/>
      </w:pPr>
      <w:r>
        <w:rPr>
          <w:rFonts w:ascii="Times New Roman" w:hAnsi="Times New Roman" w:eastAsia="Times New Roman" w:cs="Times New Roman"/>
          <w:b w:val="0"/>
          <w:sz w:val="24"/>
        </w:rPr>
        <w:t>• At that time, were you also aware that information was considered to be material to patentability when it is not cumulative to information already of record or being made of record in the application, and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(1) It establishes, by itself or in combination with other information,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prima facie case of unpatentability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(2) It refutes, or is inconsistent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the applicant takes in either:</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 Opposing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argument of unpatentability relied on by the Office, or</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(ii) Asserting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argument of patentability?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that time, were you also aware that the USPTO's position was that no patent will be granted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in connection with which fraud on the USPTO was practiced or attempted or the duty of disclosure was violated through bad faith or intentional misconduct?</w:t>
      </w:r>
    </w:p>
    <w:p>
      <w:pPr>
        <w:keepNext w:val="0"/>
        <w:spacing w:before="200" w:after="0" w:line="260" w:lineRule="exact"/>
        <w:ind w:left="1440" w:right="0" w:firstLine="0"/>
        <w:jc w:val="both"/>
      </w:pPr>
      <w:r>
        <w:rPr>
          <w:rFonts w:ascii="Times New Roman" w:hAnsi="Times New Roman" w:eastAsia="Times New Roman" w:cs="Times New Roman"/>
          <w:b w:val="0"/>
          <w:sz w:val="24"/>
        </w:rPr>
        <w:t>• During the prosecution of the [short patent no.] patent, beginning with [first patent application in priority chain] and continuing through the issuance of the [short patent no.] patent, did you engage in any activity or refrain from any activity in violation of the duty of disclosure to the USPTO as it applies to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Over that same time period, are you aware of anyone else who was subject to the duty of disclosure to the USPTO as it applies to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Are you aware if this person engaged in any activity or refrained from any activity in violation of the duty of disclosure to the USPTO</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Art Searches</w:t>
      </w:r>
    </w:p>
    <w:p>
      <w:pPr>
        <w:keepNext w:val="0"/>
        <w:spacing w:before="200" w:after="0" w:line="260" w:lineRule="exact"/>
        <w:ind w:left="1080" w:right="0" w:firstLine="0"/>
        <w:jc w:val="both"/>
      </w:pPr>
      <w:r>
        <w:rPr>
          <w:rFonts w:ascii="Times New Roman" w:hAnsi="Times New Roman" w:eastAsia="Times New Roman" w:cs="Times New Roman"/>
          <w:b w:val="0"/>
          <w:sz w:val="24"/>
        </w:rPr>
        <w:t>• Did you conduct or request any searches for prior art relating to the subject matter of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How many prior art searches did you conduct or request?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prior art search:</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conduct or request the prior art search?</w:t>
      </w:r>
    </w:p>
    <w:p>
      <w:pPr>
        <w:keepNext w:val="0"/>
        <w:spacing w:before="200" w:after="0" w:line="260" w:lineRule="exact"/>
        <w:ind w:left="1440" w:right="0" w:firstLine="0"/>
        <w:jc w:val="both"/>
      </w:pPr>
      <w:r>
        <w:rPr>
          <w:rFonts w:ascii="Times New Roman" w:hAnsi="Times New Roman" w:eastAsia="Times New Roman" w:cs="Times New Roman"/>
          <w:b w:val="0"/>
          <w:sz w:val="24"/>
        </w:rPr>
        <w:t>○ What was the scope of the prior art search?</w:t>
      </w:r>
    </w:p>
    <w:p>
      <w:pPr>
        <w:keepNext w:val="0"/>
        <w:spacing w:before="200" w:after="0" w:line="260" w:lineRule="exact"/>
        <w:ind w:left="1440" w:right="0" w:firstLine="0"/>
        <w:jc w:val="both"/>
      </w:pPr>
      <w:r>
        <w:rPr>
          <w:rFonts w:ascii="Times New Roman" w:hAnsi="Times New Roman" w:eastAsia="Times New Roman" w:cs="Times New Roman"/>
          <w:b w:val="0"/>
          <w:sz w:val="24"/>
        </w:rPr>
        <w:t>○ What were the results of the prior art search?</w:t>
      </w:r>
    </w:p>
    <w:p>
      <w:pPr>
        <w:keepNext w:val="0"/>
        <w:spacing w:before="200" w:after="0" w:line="260" w:lineRule="exact"/>
        <w:ind w:left="1800" w:right="0" w:firstLine="0"/>
        <w:jc w:val="both"/>
      </w:pPr>
      <w:r>
        <w:rPr>
          <w:rFonts w:ascii="Times New Roman" w:hAnsi="Times New Roman" w:eastAsia="Times New Roman" w:cs="Times New Roman"/>
          <w:b w:val="0"/>
          <w:sz w:val="24"/>
        </w:rPr>
        <w:t>▪ Were any documents created or provided to you relating to the results of the prior art search? What document(s) was/were provided?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you have documents relating to the prior art search, mark the documents, authenticate them, and review their substance with the inventor. If you do not have documents, request them.</w:t>
      </w:r>
    </w:p>
    <w:p>
      <w:pPr>
        <w:keepNext w:val="0"/>
        <w:spacing w:before="200" w:after="0" w:line="260" w:lineRule="exact"/>
        <w:ind w:left="1440" w:right="0" w:firstLine="0"/>
        <w:jc w:val="both"/>
      </w:pPr>
      <w:r>
        <w:rPr>
          <w:rFonts w:ascii="Times New Roman" w:hAnsi="Times New Roman" w:eastAsia="Times New Roman" w:cs="Times New Roman"/>
          <w:b w:val="0"/>
          <w:sz w:val="24"/>
        </w:rPr>
        <w:t>○ Did you disclose or discuss any results of the prior art search to anyone?</w:t>
      </w:r>
    </w:p>
    <w:p>
      <w:pPr>
        <w:keepNext w:val="0"/>
        <w:spacing w:before="200" w:after="0" w:line="260" w:lineRule="exact"/>
        <w:ind w:left="1800" w:right="0" w:firstLine="0"/>
        <w:jc w:val="both"/>
      </w:pPr>
      <w:r>
        <w:rPr>
          <w:rFonts w:ascii="Times New Roman" w:hAnsi="Times New Roman" w:eastAsia="Times New Roman" w:cs="Times New Roman"/>
          <w:b w:val="0"/>
          <w:sz w:val="24"/>
        </w:rPr>
        <w:t>▪ To whom did you disclose the results? / With whom did you discuss the results?</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 disclose/discuss the results of the prior art search?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there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discussion:</w:t>
      </w:r>
      <w:r>
        <w:rPr>
          <w:rFonts w:ascii="Times New Roman" w:hAnsi="Times New Roman" w:eastAsia="Times New Roman" w:cs="Times New Roman"/>
          <w:b w:val="0"/>
          <w:sz w:val="24"/>
        </w:rPr>
        <w:t xml:space="preserve"> What was the substance of the discussion regarding the results of the prior art search?</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Knowledge of Any Particular Prior Art Not Cited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prior art reference of interest that was not cited during the prosecution of the patent in suit:</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first become aware of [prior art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How did you become aware of this reference?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applicable:</w:t>
      </w:r>
      <w:r>
        <w:rPr>
          <w:rFonts w:ascii="Times New Roman" w:hAnsi="Times New Roman" w:eastAsia="Times New Roman" w:cs="Times New Roman"/>
          <w:b w:val="0"/>
          <w:sz w:val="24"/>
        </w:rPr>
        <w:t xml:space="preserve"> Are you aware that [prior art reference] was cited [e.g., in the results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art search requested by you, in search reports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patent office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related foreign patent application, etc.]?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When did you become aware of that?</w:t>
      </w:r>
    </w:p>
    <w:p>
      <w:pPr>
        <w:keepNext w:val="0"/>
        <w:spacing w:before="200" w:after="0" w:line="260" w:lineRule="exact"/>
        <w:ind w:left="1440" w:right="0" w:firstLine="0"/>
        <w:jc w:val="both"/>
      </w:pPr>
      <w:r>
        <w:rPr>
          <w:rFonts w:ascii="Times New Roman" w:hAnsi="Times New Roman" w:eastAsia="Times New Roman" w:cs="Times New Roman"/>
          <w:b w:val="0"/>
          <w:sz w:val="24"/>
        </w:rPr>
        <w:t>○ Were you involved in any discussions about whether to cite [prior art reference] to the USPTO during the prosecution of the [short patent no.] patent?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With whom did you discuss whether to cite this reference?</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 have this discussion?</w:t>
      </w:r>
    </w:p>
    <w:p>
      <w:pPr>
        <w:keepNext w:val="0"/>
        <w:spacing w:before="200" w:after="0" w:line="260" w:lineRule="exact"/>
        <w:ind w:left="1800" w:right="0" w:firstLine="0"/>
        <w:jc w:val="both"/>
      </w:pPr>
      <w:r>
        <w:rPr>
          <w:rFonts w:ascii="Times New Roman" w:hAnsi="Times New Roman" w:eastAsia="Times New Roman" w:cs="Times New Roman"/>
          <w:b w:val="0"/>
          <w:sz w:val="24"/>
        </w:rPr>
        <w:t>▪ What was the substance of the discussion regarding whether to cite [prior art reference] to the USPTO during the prosecution of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Why was [prior art reference] not cited to the USPTO during the prosecution of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Continue with substantive questions regarding the content of the reference as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Review Inventor Declaration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Mark the inventor declaration, authenticate and review.</w:t>
      </w:r>
    </w:p>
    <w:p>
      <w:pPr>
        <w:keepNext w:val="0"/>
        <w:spacing w:before="200" w:after="0" w:line="260" w:lineRule="exact"/>
        <w:ind w:left="1440" w:right="0" w:firstLine="0"/>
        <w:jc w:val="both"/>
      </w:pPr>
      <w:r>
        <w:rPr>
          <w:rFonts w:ascii="Times New Roman" w:hAnsi="Times New Roman" w:eastAsia="Times New Roman" w:cs="Times New Roman"/>
          <w:b w:val="0"/>
          <w:sz w:val="24"/>
        </w:rPr>
        <w:t>○ Have you seen this document before?</w:t>
      </w:r>
    </w:p>
    <w:p>
      <w:pPr>
        <w:keepNext w:val="0"/>
        <w:spacing w:before="200" w:after="0" w:line="260" w:lineRule="exact"/>
        <w:ind w:left="1440" w:right="0" w:firstLine="0"/>
        <w:jc w:val="both"/>
      </w:pPr>
      <w:r>
        <w:rPr>
          <w:rFonts w:ascii="Times New Roman" w:hAnsi="Times New Roman" w:eastAsia="Times New Roman" w:cs="Times New Roman"/>
          <w:b w:val="0"/>
          <w:sz w:val="24"/>
        </w:rPr>
        <w:t>○ Is that your signature at the bottom of this document?</w:t>
      </w:r>
    </w:p>
    <w:p>
      <w:pPr>
        <w:keepNext w:val="0"/>
        <w:spacing w:before="200" w:after="0" w:line="260" w:lineRule="exact"/>
        <w:ind w:left="1080" w:right="0" w:firstLine="0"/>
        <w:jc w:val="both"/>
      </w:pPr>
      <w:r>
        <w:rPr>
          <w:rFonts w:ascii="Times New Roman" w:hAnsi="Times New Roman" w:eastAsia="Times New Roman" w:cs="Times New Roman"/>
          <w:b w:val="0"/>
          <w:sz w:val="24"/>
        </w:rPr>
        <w:t>• For patent applications filed on or after September 16, 2012:</w:t>
      </w:r>
    </w:p>
    <w:p>
      <w:pPr>
        <w:keepNext w:val="0"/>
        <w:spacing w:before="200" w:after="0" w:line="260" w:lineRule="exact"/>
        <w:ind w:left="1440" w:right="0" w:firstLine="0"/>
        <w:jc w:val="both"/>
      </w:pPr>
      <w:r>
        <w:rPr>
          <w:rFonts w:ascii="Times New Roman" w:hAnsi="Times New Roman" w:eastAsia="Times New Roman" w:cs="Times New Roman"/>
          <w:b w:val="0"/>
          <w:sz w:val="24"/>
        </w:rPr>
        <w:t>○ This document states at the top that it relates to [title of application] and it is directed to application number [number], which is attached or PCT application [number], correct?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document states that you believe you are the original inventor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joint inventor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claimed invention in application number [number] or PCT application [number], correct?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statement?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document also states that application number [number] </w:t>
      </w:r>
      <w:r>
        <w:rPr>
          <w:rFonts w:ascii="Times New Roman" w:hAnsi="Times New Roman" w:eastAsia="Times New Roman" w:cs="Times New Roman"/>
          <w:b/>
          <w:sz w:val="24"/>
        </w:rPr>
        <w:t>or</w:t>
      </w:r>
      <w:r>
        <w:rPr>
          <w:rFonts w:ascii="Times New Roman" w:hAnsi="Times New Roman" w:eastAsia="Times New Roman" w:cs="Times New Roman"/>
          <w:b w:val="0"/>
          <w:sz w:val="24"/>
        </w:rPr>
        <w:t xml:space="preserve"> PCT application [number] was made or was authorized to be made by you; correct?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statement?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the time you signed this document, had you reviewed and understood the contents application number [number] </w:t>
      </w:r>
      <w:r>
        <w:rPr>
          <w:rFonts w:ascii="Times New Roman" w:hAnsi="Times New Roman" w:eastAsia="Times New Roman" w:cs="Times New Roman"/>
          <w:b/>
          <w:sz w:val="24"/>
        </w:rPr>
        <w:t>or</w:t>
      </w:r>
      <w:r>
        <w:rPr>
          <w:rFonts w:ascii="Times New Roman" w:hAnsi="Times New Roman" w:eastAsia="Times New Roman" w:cs="Times New Roman"/>
          <w:b w:val="0"/>
          <w:sz w:val="24"/>
        </w:rPr>
        <w:t xml:space="preserve"> PCT application [number], including the claims? (See 37 CFR 1.63.)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the time you signed this document, were you aware of the duty to disclose to the USPTO all information known to you to be material to patentability, as we discussed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few minutes ago? (See 37 CFR 1.56 and 1.63.)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patent applications filed before September 16, 2012 (i.e., pre-AIA):</w:t>
      </w:r>
    </w:p>
    <w:p>
      <w:pPr>
        <w:keepNext w:val="0"/>
        <w:spacing w:before="200" w:after="0" w:line="260" w:lineRule="exact"/>
        <w:ind w:left="1440" w:right="0" w:firstLine="0"/>
        <w:jc w:val="both"/>
      </w:pPr>
      <w:r>
        <w:rPr>
          <w:rFonts w:ascii="Times New Roman" w:hAnsi="Times New Roman" w:eastAsia="Times New Roman" w:cs="Times New Roman"/>
          <w:b w:val="0"/>
          <w:sz w:val="24"/>
        </w:rPr>
        <w:t>○ This document states that it relates to application number [number], correct?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document states that you believe you are [one of] the original and first inventor(s) of the subject matter which is claimed in application number [number], and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patent is sought, correct?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statement?</w:t>
      </w:r>
    </w:p>
    <w:p>
      <w:pPr>
        <w:keepNext w:val="0"/>
        <w:spacing w:before="200" w:after="0" w:line="260" w:lineRule="exact"/>
        <w:ind w:left="1440" w:right="0" w:firstLine="0"/>
        <w:jc w:val="both"/>
      </w:pPr>
      <w:r>
        <w:rPr>
          <w:rFonts w:ascii="Times New Roman" w:hAnsi="Times New Roman" w:eastAsia="Times New Roman" w:cs="Times New Roman"/>
          <w:b w:val="0"/>
          <w:sz w:val="24"/>
        </w:rPr>
        <w:t>○ This document also states that you reviewed and understood the contents of the application, including the claims, as amended by any amendment specifically referred to in this document, correct?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statement?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document also states that you acknowledge the duty to disclose to the USPTO all information known to you to be material to patentability, as we discussed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few minutes ago, correct? (See 37 CFR 1.56.)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statement?</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Patents of Interest.</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Related Patents and Applications</w:t>
      </w:r>
    </w:p>
    <w:p>
      <w:pPr>
        <w:keepNext w:val="0"/>
        <w:spacing w:before="200" w:after="0" w:line="260" w:lineRule="exact"/>
        <w:ind w:left="1080" w:right="0" w:firstLine="0"/>
        <w:jc w:val="both"/>
      </w:pPr>
      <w:r>
        <w:rPr>
          <w:rFonts w:ascii="Times New Roman" w:hAnsi="Times New Roman" w:eastAsia="Times New Roman" w:cs="Times New Roman"/>
          <w:b w:val="0"/>
          <w:sz w:val="24"/>
        </w:rPr>
        <w:t>• For related foreign and domestic patents and applications that were pending prior to or concurrently with the patent in suit: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Mark, authenticate and review the relevant foreign or domestic patent or application, together with its prosecution history, if appropriate.</w:t>
      </w:r>
      <w:r>
        <w:rPr>
          <w:rFonts w:ascii="Times New Roman" w:hAnsi="Times New Roman" w:eastAsia="Times New Roman" w:cs="Times New Roman"/>
          <w:b w:val="0"/>
          <w:sz w:val="24"/>
        </w:rPr>
        <w:t xml:space="preserve"> Then ask the following questions:</w:t>
      </w:r>
    </w:p>
    <w:p>
      <w:pPr>
        <w:keepNext w:val="0"/>
        <w:spacing w:before="200" w:after="0" w:line="260" w:lineRule="exact"/>
        <w:ind w:left="1800" w:right="0" w:firstLine="0"/>
        <w:jc w:val="both"/>
      </w:pPr>
      <w:r>
        <w:rPr>
          <w:rFonts w:ascii="Times New Roman" w:hAnsi="Times New Roman" w:eastAsia="Times New Roman" w:cs="Times New Roman"/>
          <w:b w:val="0"/>
          <w:sz w:val="24"/>
        </w:rPr>
        <w:t>▪ This patent/application is related to the [short patent no.] patent in that [describe relationship]; correct?</w:t>
      </w:r>
    </w:p>
    <w:p>
      <w:pPr>
        <w:keepNext w:val="0"/>
        <w:spacing w:before="200" w:after="0" w:line="260" w:lineRule="exact"/>
        <w:ind w:left="1800" w:right="0" w:firstLine="0"/>
        <w:jc w:val="both"/>
      </w:pPr>
      <w:r>
        <w:rPr>
          <w:rFonts w:ascii="Times New Roman" w:hAnsi="Times New Roman" w:eastAsia="Times New Roman" w:cs="Times New Roman"/>
          <w:b w:val="0"/>
          <w:sz w:val="24"/>
        </w:rPr>
        <w:t>▪ This patent/application was pending prior to/at the same time as [priority application of patent in suit] was pending; correct?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Continue on to ask the inventor questions regarding the substance of the foreign or domestic patent application and/or its prosecution history.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continuation-in-part applications that claim priority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in the priority chain of the patent in suit: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Mark, authenticate and review the continuation-in-part application or patent, together with its prosecution history, if appropriate. Then ask the following questions: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patent/application is related to the [short patent no.] patent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continuation-in-part of [identify priority application for patent in suit]; correct?</w:t>
      </w:r>
    </w:p>
    <w:p>
      <w:pPr>
        <w:keepNext w:val="0"/>
        <w:spacing w:before="200" w:after="0" w:line="260" w:lineRule="exact"/>
        <w:ind w:left="1800" w:right="0" w:firstLine="0"/>
        <w:jc w:val="both"/>
      </w:pPr>
      <w:r>
        <w:rPr>
          <w:rFonts w:ascii="Times New Roman" w:hAnsi="Times New Roman" w:eastAsia="Times New Roman" w:cs="Times New Roman"/>
          <w:b w:val="0"/>
          <w:sz w:val="24"/>
        </w:rPr>
        <w:t>▪ How is the specification of this patent/application different from the specification of the [short patent no.] patent?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Continue on to ask the inventor questions regarding the substance of the differences in the two specifications and the reasons for those differences.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Patents Covering Commercial Embodiments of the Invention</w:t>
      </w:r>
    </w:p>
    <w:p>
      <w:pPr>
        <w:keepNext w:val="0"/>
        <w:spacing w:before="200" w:after="0" w:line="260" w:lineRule="exact"/>
        <w:ind w:left="1080" w:right="0" w:firstLine="0"/>
        <w:jc w:val="both"/>
      </w:pPr>
      <w:r>
        <w:rPr>
          <w:rFonts w:ascii="Times New Roman" w:hAnsi="Times New Roman" w:eastAsia="Times New Roman" w:cs="Times New Roman"/>
          <w:b w:val="0"/>
          <w:sz w:val="24"/>
        </w:rPr>
        <w:t>• Is [commercial embodiment] covered by any patents other than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Which patents are those?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patent identified:</w:t>
      </w:r>
    </w:p>
    <w:p>
      <w:pPr>
        <w:keepNext w:val="0"/>
        <w:spacing w:before="200" w:after="0" w:line="260" w:lineRule="exact"/>
        <w:ind w:left="1440" w:right="0" w:firstLine="0"/>
        <w:jc w:val="both"/>
      </w:pPr>
      <w:r>
        <w:rPr>
          <w:rFonts w:ascii="Times New Roman" w:hAnsi="Times New Roman" w:eastAsia="Times New Roman" w:cs="Times New Roman"/>
          <w:b w:val="0"/>
          <w:sz w:val="24"/>
        </w:rPr>
        <w:t>○ What is the invention of the [other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What feature(s) of the invention of the [other short patent no.] patent are found in [commercial embodiment]?</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Infringement Theory.</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Accused Product (Technical Knowledge, Competition, Market, Etc.)</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Technical and Other Knowledge of Accused Product</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first become aware of [accused product]?</w:t>
      </w:r>
    </w:p>
    <w:p>
      <w:pPr>
        <w:keepNext w:val="0"/>
        <w:spacing w:before="200" w:after="0" w:line="260" w:lineRule="exact"/>
        <w:ind w:left="1440" w:right="0" w:firstLine="0"/>
        <w:jc w:val="both"/>
      </w:pPr>
      <w:r>
        <w:rPr>
          <w:rFonts w:ascii="Times New Roman" w:hAnsi="Times New Roman" w:eastAsia="Times New Roman" w:cs="Times New Roman"/>
          <w:b w:val="0"/>
          <w:sz w:val="24"/>
        </w:rPr>
        <w:t>• How did you become aware of [accused product]?</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understanding of how [accused product] functions to achieve [describe result]?</w:t>
      </w:r>
    </w:p>
    <w:p>
      <w:pPr>
        <w:keepNext w:val="0"/>
        <w:spacing w:before="200" w:after="0" w:line="260" w:lineRule="exact"/>
        <w:ind w:left="1800" w:right="0" w:firstLine="0"/>
        <w:jc w:val="both"/>
      </w:pPr>
      <w:r>
        <w:rPr>
          <w:rFonts w:ascii="Times New Roman" w:hAnsi="Times New Roman" w:eastAsia="Times New Roman" w:cs="Times New Roman"/>
          <w:b w:val="0"/>
          <w:sz w:val="24"/>
        </w:rPr>
        <w:t>○ How did you gain that understanding?</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 gain that understanding?</w:t>
      </w:r>
    </w:p>
    <w:p>
      <w:pPr>
        <w:keepNext w:val="0"/>
        <w:spacing w:before="200" w:after="0" w:line="260" w:lineRule="exact"/>
        <w:ind w:left="1440" w:right="0" w:firstLine="0"/>
        <w:jc w:val="both"/>
      </w:pPr>
      <w:r>
        <w:rPr>
          <w:rFonts w:ascii="Times New Roman" w:hAnsi="Times New Roman" w:eastAsia="Times New Roman" w:cs="Times New Roman"/>
          <w:b w:val="0"/>
          <w:sz w:val="24"/>
        </w:rPr>
        <w:t>• Are you aware of any testing conducted on [accused product]?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testing was conducted?</w:t>
      </w:r>
    </w:p>
    <w:p>
      <w:pPr>
        <w:keepNext w:val="0"/>
        <w:spacing w:before="200" w:after="0" w:line="260" w:lineRule="exact"/>
        <w:ind w:left="1800" w:right="0" w:firstLine="0"/>
        <w:jc w:val="both"/>
      </w:pPr>
      <w:r>
        <w:rPr>
          <w:rFonts w:ascii="Times New Roman" w:hAnsi="Times New Roman" w:eastAsia="Times New Roman" w:cs="Times New Roman"/>
          <w:b w:val="0"/>
          <w:sz w:val="24"/>
        </w:rPr>
        <w:t>○ Who conducted the testing?</w:t>
      </w:r>
    </w:p>
    <w:p>
      <w:pPr>
        <w:keepNext w:val="0"/>
        <w:spacing w:before="200" w:after="0" w:line="260" w:lineRule="exact"/>
        <w:ind w:left="1800" w:right="0" w:firstLine="0"/>
        <w:jc w:val="both"/>
      </w:pPr>
      <w:r>
        <w:rPr>
          <w:rFonts w:ascii="Times New Roman" w:hAnsi="Times New Roman" w:eastAsia="Times New Roman" w:cs="Times New Roman"/>
          <w:b w:val="0"/>
          <w:sz w:val="24"/>
        </w:rPr>
        <w:t>○ When was the testing conducted?</w:t>
      </w:r>
    </w:p>
    <w:p>
      <w:pPr>
        <w:keepNext w:val="0"/>
        <w:spacing w:before="200" w:after="0" w:line="260" w:lineRule="exact"/>
        <w:ind w:left="1800" w:right="0" w:firstLine="0"/>
        <w:jc w:val="both"/>
      </w:pPr>
      <w:r>
        <w:rPr>
          <w:rFonts w:ascii="Times New Roman" w:hAnsi="Times New Roman" w:eastAsia="Times New Roman" w:cs="Times New Roman"/>
          <w:b w:val="0"/>
          <w:sz w:val="24"/>
        </w:rPr>
        <w:t>○ Where was the testing conducted?</w:t>
      </w:r>
    </w:p>
    <w:p>
      <w:pPr>
        <w:keepNext w:val="0"/>
        <w:spacing w:before="200" w:after="0" w:line="260" w:lineRule="exact"/>
        <w:ind w:left="1800" w:right="0" w:firstLine="0"/>
        <w:jc w:val="both"/>
      </w:pPr>
      <w:r>
        <w:rPr>
          <w:rFonts w:ascii="Times New Roman" w:hAnsi="Times New Roman" w:eastAsia="Times New Roman" w:cs="Times New Roman"/>
          <w:b w:val="0"/>
          <w:sz w:val="24"/>
        </w:rPr>
        <w:t>○ Why was the testing conducted? / What was the purpose of the testing?</w:t>
      </w:r>
    </w:p>
    <w:p>
      <w:pPr>
        <w:keepNext w:val="0"/>
        <w:spacing w:before="200" w:after="0" w:line="260" w:lineRule="exact"/>
        <w:ind w:left="1800" w:right="0" w:firstLine="0"/>
        <w:jc w:val="both"/>
      </w:pPr>
      <w:r>
        <w:rPr>
          <w:rFonts w:ascii="Times New Roman" w:hAnsi="Times New Roman" w:eastAsia="Times New Roman" w:cs="Times New Roman"/>
          <w:b w:val="0"/>
          <w:sz w:val="24"/>
        </w:rPr>
        <w:t>○ What were the results of the testing?</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Market Definition and Competition with Commercial Embodiment</w:t>
      </w:r>
    </w:p>
    <w:p>
      <w:pPr>
        <w:keepNext w:val="0"/>
        <w:spacing w:before="200" w:after="0" w:line="260" w:lineRule="exact"/>
        <w:ind w:left="1440" w:right="0" w:firstLine="0"/>
        <w:jc w:val="both"/>
      </w:pPr>
      <w:r>
        <w:rPr>
          <w:rFonts w:ascii="Times New Roman" w:hAnsi="Times New Roman" w:eastAsia="Times New Roman" w:cs="Times New Roman"/>
          <w:b w:val="0"/>
          <w:sz w:val="24"/>
        </w:rPr>
        <w:t>• What is the market for [commercial embodiment]? / Who are the primary customers for/consumers of [commercial embodiment]?</w:t>
      </w:r>
    </w:p>
    <w:p>
      <w:pPr>
        <w:keepNext w:val="0"/>
        <w:spacing w:before="200" w:after="0" w:line="260" w:lineRule="exact"/>
        <w:ind w:left="1440" w:right="0" w:firstLine="0"/>
        <w:jc w:val="both"/>
      </w:pPr>
      <w:r>
        <w:rPr>
          <w:rFonts w:ascii="Times New Roman" w:hAnsi="Times New Roman" w:eastAsia="Times New Roman" w:cs="Times New Roman"/>
          <w:b w:val="0"/>
          <w:sz w:val="24"/>
        </w:rPr>
        <w:t>• What is the market for [accused product]? / Who are the primary customers for/consumers of [accused product]?</w:t>
      </w:r>
    </w:p>
    <w:p>
      <w:pPr>
        <w:keepNext w:val="0"/>
        <w:spacing w:before="200" w:after="0" w:line="260" w:lineRule="exact"/>
        <w:ind w:left="1440" w:right="0" w:firstLine="0"/>
        <w:jc w:val="both"/>
      </w:pPr>
      <w:r>
        <w:rPr>
          <w:rFonts w:ascii="Times New Roman" w:hAnsi="Times New Roman" w:eastAsia="Times New Roman" w:cs="Times New Roman"/>
          <w:b w:val="0"/>
          <w:sz w:val="24"/>
        </w:rPr>
        <w:t>• Do [commercial embodiment] and [accused product] compete for the same customers/consumers?</w:t>
      </w:r>
    </w:p>
    <w:p>
      <w:pPr>
        <w:keepNext w:val="0"/>
        <w:spacing w:before="200" w:after="0" w:line="260" w:lineRule="exact"/>
        <w:ind w:left="1800" w:right="0" w:firstLine="0"/>
        <w:jc w:val="both"/>
      </w:pPr>
      <w:r>
        <w:rPr>
          <w:rFonts w:ascii="Times New Roman" w:hAnsi="Times New Roman" w:eastAsia="Times New Roman" w:cs="Times New Roman"/>
          <w:b w:val="0"/>
          <w:sz w:val="24"/>
        </w:rPr>
        <w:t>○ What is the basis for your answer?</w:t>
      </w:r>
    </w:p>
    <w:p>
      <w:pPr>
        <w:keepNext w:val="0"/>
        <w:spacing w:before="200" w:after="0" w:line="260" w:lineRule="exact"/>
        <w:ind w:left="1440" w:right="0" w:firstLine="0"/>
        <w:jc w:val="both"/>
      </w:pPr>
      <w:r>
        <w:rPr>
          <w:rFonts w:ascii="Times New Roman" w:hAnsi="Times New Roman" w:eastAsia="Times New Roman" w:cs="Times New Roman"/>
          <w:b w:val="0"/>
          <w:sz w:val="24"/>
        </w:rPr>
        <w:t>• What features of [commercial embodiment] do customers/consumers find most important?</w:t>
      </w:r>
    </w:p>
    <w:p>
      <w:pPr>
        <w:keepNext w:val="0"/>
        <w:spacing w:before="200" w:after="0" w:line="260" w:lineRule="exact"/>
        <w:ind w:left="1440" w:right="0" w:firstLine="0"/>
        <w:jc w:val="both"/>
      </w:pPr>
      <w:r>
        <w:rPr>
          <w:rFonts w:ascii="Times New Roman" w:hAnsi="Times New Roman" w:eastAsia="Times New Roman" w:cs="Times New Roman"/>
          <w:b w:val="0"/>
          <w:sz w:val="24"/>
        </w:rPr>
        <w:t>• What features of [accused product] do customers/consumers find most important?</w:t>
      </w:r>
    </w:p>
    <w:p>
      <w:pPr>
        <w:keepNext w:val="0"/>
        <w:spacing w:before="200" w:after="0" w:line="260" w:lineRule="exact"/>
        <w:ind w:left="1440" w:right="0" w:firstLine="0"/>
        <w:jc w:val="both"/>
      </w:pPr>
      <w:r>
        <w:rPr>
          <w:rFonts w:ascii="Times New Roman" w:hAnsi="Times New Roman" w:eastAsia="Times New Roman" w:cs="Times New Roman"/>
          <w:b w:val="0"/>
          <w:sz w:val="24"/>
        </w:rPr>
        <w:t>• What features distinguish [commercial embodiment] from [accused product] in the minds of customers/consumers?</w:t>
      </w:r>
    </w:p>
    <w:p>
      <w:pPr>
        <w:keepNext w:val="0"/>
        <w:spacing w:before="120" w:after="0" w:line="260" w:lineRule="exact"/>
        <w:ind w:left="1080" w:right="0" w:firstLine="0"/>
        <w:jc w:val="left"/>
      </w:pPr>
      <w:r>
        <w:rPr>
          <w:rFonts w:ascii="Times New Roman" w:hAnsi="Times New Roman" w:eastAsia="Times New Roman" w:cs="Times New Roman"/>
          <w:b w:val="0"/>
          <w:sz w:val="24"/>
        </w:rPr>
        <w:t>(iii)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Basis for Assertions of Infringement</w:t>
      </w:r>
    </w:p>
    <w:p>
      <w:pPr>
        <w:keepNext w:val="0"/>
        <w:spacing w:before="200" w:after="0" w:line="260" w:lineRule="exact"/>
        <w:ind w:left="1440" w:right="0" w:firstLine="0"/>
        <w:jc w:val="both"/>
      </w:pPr>
      <w:r>
        <w:rPr>
          <w:rFonts w:ascii="Times New Roman" w:hAnsi="Times New Roman" w:eastAsia="Times New Roman" w:cs="Times New Roman"/>
          <w:b w:val="0"/>
          <w:sz w:val="24"/>
        </w:rPr>
        <w:t>• Does the [short patent no.] patent cover [accused product]?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Which claim(s) of the [short patent no.] patent cover [accused product]?</w:t>
      </w:r>
    </w:p>
    <w:p>
      <w:pPr>
        <w:keepNext w:val="0"/>
        <w:spacing w:before="200" w:after="0" w:line="260" w:lineRule="exact"/>
        <w:ind w:left="1800" w:right="0" w:firstLine="0"/>
        <w:jc w:val="both"/>
      </w:pPr>
      <w:r>
        <w:rPr>
          <w:rFonts w:ascii="Times New Roman" w:hAnsi="Times New Roman" w:eastAsia="Times New Roman" w:cs="Times New Roman"/>
          <w:b w:val="0"/>
          <w:sz w:val="24"/>
        </w:rPr>
        <w:t>○ Where is [claim limitation] found in [accused product]? / How does [claim limitation] read on [accused product]?</w:t>
      </w:r>
    </w:p>
    <w:p>
      <w:pPr>
        <w:keepNext w:val="0"/>
        <w:spacing w:before="200" w:after="0" w:line="260" w:lineRule="exact"/>
        <w:ind w:left="2160" w:right="0" w:firstLine="0"/>
        <w:jc w:val="both"/>
      </w:pPr>
      <w:r>
        <w:rPr>
          <w:rFonts w:ascii="Times New Roman" w:hAnsi="Times New Roman" w:eastAsia="Times New Roman" w:cs="Times New Roman"/>
          <w:b w:val="0"/>
          <w:sz w:val="24"/>
        </w:rPr>
        <w:t>▪ What is the basis for your answer?</w:t>
      </w:r>
    </w:p>
    <w:p>
      <w:pPr>
        <w:keepNext w:val="0"/>
        <w:spacing w:before="200" w:after="0" w:line="260" w:lineRule="exact"/>
        <w:ind w:left="1440" w:right="0" w:firstLine="0"/>
        <w:jc w:val="both"/>
      </w:pPr>
      <w:r>
        <w:rPr>
          <w:rFonts w:ascii="Times New Roman" w:hAnsi="Times New Roman" w:eastAsia="Times New Roman" w:cs="Times New Roman"/>
          <w:b w:val="0"/>
          <w:sz w:val="24"/>
        </w:rPr>
        <w:t>• Does the [short patent no.] patent cover [describe feature] of [accused product]?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Which claim(s) of the [short patent no.] patent cover [describe feature] of [accused product]?</w:t>
      </w:r>
    </w:p>
    <w:p>
      <w:pPr>
        <w:keepNext w:val="0"/>
        <w:spacing w:before="200" w:after="0" w:line="260" w:lineRule="exact"/>
        <w:ind w:left="1800" w:right="0" w:firstLine="0"/>
        <w:jc w:val="both"/>
      </w:pPr>
      <w:r>
        <w:rPr>
          <w:rFonts w:ascii="Times New Roman" w:hAnsi="Times New Roman" w:eastAsia="Times New Roman" w:cs="Times New Roman"/>
          <w:b w:val="0"/>
          <w:sz w:val="24"/>
        </w:rPr>
        <w:t>○ How does claim [number] read on [describe feature] of [accused product]?</w:t>
      </w:r>
    </w:p>
    <w:p>
      <w:pPr>
        <w:keepNext w:val="0"/>
        <w:spacing w:before="200" w:after="0" w:line="260" w:lineRule="exact"/>
        <w:ind w:left="2160" w:right="0" w:firstLine="0"/>
        <w:jc w:val="both"/>
      </w:pPr>
      <w:r>
        <w:rPr>
          <w:rFonts w:ascii="Times New Roman" w:hAnsi="Times New Roman" w:eastAsia="Times New Roman" w:cs="Times New Roman"/>
          <w:b w:val="0"/>
          <w:sz w:val="24"/>
        </w:rPr>
        <w:t>▪ What is the basis for your answer?</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Any Relationship with Accused Infringer</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Authentication of Any Remaining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Mark, authenticate and review any remaining documents not already covered; ask substantive questions regarding the contents of the documents as appropriate.</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Follow Up Questions, If Any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Review your notes or the draft deposition transcript, if available, and ask any follow-up questions regarding the inventor's responses to earlier questions.</w:t>
      </w:r>
    </w:p>
    <w:p>
      <w:pPr>
        <w:keepNext w:val="0"/>
        <w:spacing w:before="200" w:after="0" w:line="260" w:lineRule="exact"/>
        <w:ind w:left="720" w:right="0" w:firstLine="0"/>
        <w:jc w:val="both"/>
      </w:pPr>
      <w:r>
        <w:rPr>
          <w:rFonts w:ascii="Times New Roman" w:hAnsi="Times New Roman" w:eastAsia="Times New Roman" w:cs="Times New Roman"/>
          <w:b w:val="0"/>
          <w:sz w:val="24"/>
        </w:rPr>
        <w:t>• Considering the questions that I've asked you during your deposition, are you aware of any information as you sit here that would cause you to change or supplement any of the answers that you've given?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