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Investment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INVESTMENT POLICY</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NOT-FOR-PROFIT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purpose of this policy is to state the Company's investment objectives and define the responsibilities of the Board with respect to investments.</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OBJECTIVES.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investment objective of the Company is [to maximize the return on invested assets while minimizing risk / to achieve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return of [_____]%].</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POLICIES.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investment transactions shall be solely for the benefit of the Company. Any investment that is not expressly permitted under this policy must be reviewed and approved by the Board in advance. The Company's investment program shall in all cases be in compliance with applicable federal, state, and local laws, rules, and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is responsible for the management of the Company's assets, including investment thereof. The Board may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committee, so long as such committee is comprised entirely of members of the Board, and may delegate authority for management of investments to this committee. The Board may also retain outside investment managers or consultants to assist in its investment responsibilities.</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at all times act in good faith, exercising the care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ordinarily prudent person in like position would exercise under similar circumstances. Within the Board's management responsibilities, the Board is also responsible for: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Determining the Company's risk tolerance and investment horizon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Establishing reasonable and consistent investment objectives and guidelines to direct the investment of assets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Selecting qualified investment professionals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Evaluating the performance of the selected investment professionals –and– </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Developing and enforcing proper control procedures with respect to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Designated investment managers are responsible, subject to the Board's authority, for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Ensuring that investment of assets occurs only in accordance with this policy.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Exercising discretion in managing investment decisions consistent with this policy, including any buy/sell/hold decisions and allocation decisions.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Reporting investment performance results to the Board.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communicating to the Board any changes in economic outlook, investment strategy, portfolio management personnel, ownership structure, or investment philosophy.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Administering investments for the Company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cost, consistent with quality requirements.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GUIDELINES.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tax-exempt organization. Its tax-exempt status should be taken into account when making investments.</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account shall be maintained at all times to cover anticipated expenses.</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transactions shall be executed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cost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Information about each investment must be available for review.</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investments in the portfolio should be readily marketable.</w:t>
      </w:r>
    </w:p>
    <w:p>
      <w:pPr>
        <w:keepNext w:val="0"/>
        <w:spacing w:before="120" w:after="0" w:line="260" w:lineRule="exact"/>
        <w:ind w:left="1080" w:right="0" w:firstLine="0"/>
        <w:jc w:val="left"/>
      </w:pPr>
      <w:r>
        <w:rPr>
          <w:rFonts w:ascii="Times New Roman" w:hAnsi="Times New Roman" w:eastAsia="Times New Roman" w:cs="Times New Roman"/>
          <w:b w:val="0"/>
          <w:sz w:val="24"/>
        </w:rPr>
        <w:t>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[_____]-year investment horizon shall be used.</w:t>
      </w:r>
    </w:p>
    <w:p>
      <w:pPr>
        <w:keepNext w:val="0"/>
        <w:spacing w:before="120" w:after="0" w:line="260" w:lineRule="exact"/>
        <w:ind w:left="1080" w:right="0" w:firstLine="0"/>
        <w:jc w:val="left"/>
      </w:pPr>
      <w:r>
        <w:rPr>
          <w:rFonts w:ascii="Times New Roman" w:hAnsi="Times New Roman" w:eastAsia="Times New Roman" w:cs="Times New Roman"/>
          <w:b w:val="0"/>
          <w:sz w:val="24"/>
        </w:rPr>
        <w:t>5.7.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Permitted investments include: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Cash [and cash equivalents]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[Equity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[Debt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[Fixed income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5.8.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Prohibited investments include: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[Initial public offerings]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[Restricted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[Non-negotiable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[Derivatives]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[Junk bonds]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[Private placements]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[Commodities]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[Short sales]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[Margin transactions]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[Warrants, options, futures] –and– </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[________]</w:t>
      </w:r>
    </w:p>
    <w:p>
      <w:pPr>
        <w:keepNext w:val="0"/>
        <w:spacing w:before="120" w:after="0" w:line="260" w:lineRule="exact"/>
        <w:ind w:left="1080" w:right="0" w:firstLine="0"/>
        <w:jc w:val="left"/>
      </w:pPr>
      <w:r>
        <w:rPr>
          <w:rFonts w:ascii="Times New Roman" w:hAnsi="Times New Roman" w:eastAsia="Times New Roman" w:cs="Times New Roman"/>
          <w:b w:val="0"/>
          <w:sz w:val="24"/>
        </w:rPr>
        <w:t>5.9.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Investments in the securities of any one issuer shall not exceed [_____]% of the portfolio</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more than [_____]% of the portfolio may be invested in the securities of issuers in any one industry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Asset Allocation.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Money Market Funds: Minimum [_____]%, Maximum [_____]%</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Equities: Minimum [_____]%, Maximum [_____]%</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Fixed Income: Minimum [_____]%, Maximum [_____]%</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the Board shall review and update this policy, review the Company's assets, and review the performance of the investment managers. Furthermore, not less than once per calendar [quarter], the Board shall review the Company's investment portfolio.</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