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Investor and Purchaser Representative Questionnaire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INVESTOR QUESTIONNAIRE</w:t>
      </w:r>
    </w:p>
    <w:p>
      <w:pPr>
        <w:keepNext w:val="0"/>
        <w:spacing w:before="120" w:after="0" w:line="260" w:lineRule="exact"/>
        <w:ind w:left="720" w:right="0" w:firstLine="0"/>
        <w:jc w:val="left"/>
      </w:pPr>
      <w:r>
        <w:rPr>
          <w:rFonts w:ascii="Times New Roman" w:hAnsi="Times New Roman" w:eastAsia="Times New Roman" w:cs="Times New Roman"/>
          <w:b/>
          <w:sz w:val="24"/>
        </w:rPr>
        <w:t>General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The information contained in this Confidential Investor Questionnaire (the "Investor Questionnaire") is being furnished by the undersigned investor (the "Investor") to enable [name of company] (the "Company") to determine whether, under Section 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of the Securities Act of 1933, as amended (the "Act") and Regulation D ("Regulation D") promulgated thereunder, the Investor meets the qualification and suitability requirements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common stock, $[0.01] par value (the "Common Shares"),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placement offering (the "Offering") by the Company pursuant to the terms of the Confidential Private Placement Memorandum dated [date] (the "Memorandum"). This Investor Questionnaire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buy the Common Shares or any other security.</w:t>
      </w:r>
    </w:p>
    <w:p>
      <w:pPr>
        <w:keepNext w:val="0"/>
        <w:spacing w:before="200" w:after="0" w:line="260" w:lineRule="exact"/>
        <w:ind w:left="1080" w:right="0" w:firstLine="0"/>
        <w:jc w:val="both"/>
      </w:pPr>
      <w:r>
        <w:rPr>
          <w:rFonts w:ascii="Times New Roman" w:hAnsi="Times New Roman" w:eastAsia="Times New Roman" w:cs="Times New Roman"/>
          <w:b w:val="0"/>
          <w:sz w:val="24"/>
        </w:rPr>
        <w:t>Please complete this Investor Questionnaire as indicated and answer all applicable questions. Answers will be kept strictly confidential at all times. The Investor understands, however, that the Company may present this Investor Questionnaire to certain parties, including, without limitation, counsel to the Company and applicable governmental authorities.</w:t>
      </w:r>
    </w:p>
    <w:p>
      <w:pPr>
        <w:keepNext w:val="0"/>
        <w:spacing w:before="120" w:after="0" w:line="260" w:lineRule="exact"/>
        <w:ind w:left="1080" w:right="0" w:firstLine="0"/>
        <w:jc w:val="left"/>
      </w:pPr>
      <w:r>
        <w:rPr>
          <w:rFonts w:ascii="Times New Roman" w:hAnsi="Times New Roman" w:eastAsia="Times New Roman" w:cs="Times New Roman"/>
          <w:b/>
          <w:sz w:val="24"/>
        </w:rPr>
        <w:t>INVESTOR REPRESENTATIONS AND WARRANTIES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Investor understands that: (1) the Company will rely upon the information contained herein for the purposes of such determination; (2) the Common Shares will not be registered under the Act in reliance upon exemptions from registration provided by the Act and Regulation D; and (3) the purchase of the Common Shares will be solely for the account of the Investor and not for the account of any other person 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toward resale, assignment, fractionalization or distribution thereof.</w:t>
      </w:r>
    </w:p>
    <w:p>
      <w:pPr>
        <w:keepNext w:val="0"/>
        <w:spacing w:before="200" w:after="0" w:line="260" w:lineRule="exact"/>
        <w:ind w:left="1080" w:right="0" w:firstLine="0"/>
        <w:jc w:val="both"/>
      </w:pPr>
      <w:r>
        <w:rPr>
          <w:rFonts w:ascii="Times New Roman" w:hAnsi="Times New Roman" w:eastAsia="Times New Roman" w:cs="Times New Roman"/>
          <w:b w:val="0"/>
          <w:sz w:val="24"/>
        </w:rPr>
        <w:t>The Investor represents and warrants to the Company that he/she has adequate means of providing for his/her current financial needs and possible personal contingencies and has no need for the liquidity of this investment.</w:t>
      </w:r>
    </w:p>
    <w:p>
      <w:pPr>
        <w:keepNext w:val="0"/>
        <w:spacing w:before="200" w:after="0" w:line="260" w:lineRule="exact"/>
        <w:ind w:left="1080" w:right="0" w:firstLine="0"/>
        <w:jc w:val="both"/>
      </w:pPr>
      <w:r>
        <w:rPr>
          <w:rFonts w:ascii="Times New Roman" w:hAnsi="Times New Roman" w:eastAsia="Times New Roman" w:cs="Times New Roman"/>
          <w:b w:val="0"/>
          <w:sz w:val="24"/>
        </w:rPr>
        <w:t>The Investor herewith furnishes the Company with the following representations and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Securities regulations require the Company to identify investors by category. Please check the category that applies to you in the space provided below.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Investor </w:t>
      </w:r>
      <w:r>
        <w:rPr>
          <w:rFonts w:ascii="Times New Roman" w:hAnsi="Times New Roman" w:eastAsia="Times New Roman" w:cs="Times New Roman"/>
          <w:b w:val="0"/>
          <w:sz w:val="24"/>
        </w:rPr>
        <w:t xml:space="preserve">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w:t>
      </w:r>
      <w:r>
        <w:rPr>
          <w:rFonts w:ascii="Times New Roman" w:hAnsi="Times New Roman" w:eastAsia="Times New Roman" w:cs="Times New Roman"/>
          <w:b w:val="0"/>
          <w:sz w:val="24"/>
        </w:rPr>
        <w:t xml:space="preserve"> within the meaning of Regulation D. Qualification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is based on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The Investor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had (1)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income (exclusive of the income of his or her spouse or spousal equivalent) in excess of $200,000 in each of the two most recent years or (2) joint income with the Investor’s spouse or spousal equivalent in excess of $300,000 in each of such years and, in each case, reasonably expects to reach the same income level in the current year.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The Investor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as of the date of this Investor Questionnaire, the Investor (either individually or with his/her spouse or spousal equivalent)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worth in excess of $1,000,000 ("net worth" for purposes of this definition, unless otherwise noted, excludes the value of the individual's primary residence).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The Investor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executive officer, or general partner of the issuer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executive officer, or general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The Investor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as of the date of this Investor Questionnaire, holds in good standing one or more professional certifications or designations or credentials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educational institution that the Securities and Exchange Commission has designated as qualifying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for Accredited Investor status.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The Investor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qualifies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under one of the other categories set forth in Rule 501(</w:t>
      </w:r>
      <w:r>
        <w:rPr>
          <w:rFonts w:ascii="Times New Roman" w:hAnsi="Times New Roman" w:eastAsia="Times New Roman" w:cs="Times New Roman"/>
          <w:b/>
          <w:sz w:val="24"/>
        </w:rPr>
        <w:t>a</w:t>
      </w:r>
      <w:r>
        <w:rPr>
          <w:rFonts w:ascii="Times New Roman" w:hAnsi="Times New Roman" w:eastAsia="Times New Roman" w:cs="Times New Roman"/>
          <w:b w:val="0"/>
          <w:sz w:val="24"/>
        </w:rPr>
        <w:t>) of Regulation D applicable to legal entities.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Investor </w:t>
      </w:r>
      <w:r>
        <w:rPr>
          <w:rFonts w:ascii="Times New Roman" w:hAnsi="Times New Roman" w:eastAsia="Times New Roman" w:cs="Times New Roman"/>
          <w:b w:val="0"/>
          <w:sz w:val="24"/>
        </w:rPr>
        <w:t xml:space="preserve">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w:t>
      </w:r>
      <w:r>
        <w:rPr>
          <w:rFonts w:ascii="Times New Roman" w:hAnsi="Times New Roman" w:eastAsia="Times New Roman" w:cs="Times New Roman"/>
          <w:b w:val="0"/>
          <w:sz w:val="24"/>
        </w:rPr>
        <w:t xml:space="preserve"> and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worth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excluding the value of his or her home, home furnishings and automobiles) of at least three times the amount of his or her proposed investment in the Common Shares and can meet any additional suitability requirements certain states may impose on investors. The Company's board of directors reserves the right to require certain investors to utilize the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Representative in connection with this Offering.</w:t>
      </w:r>
    </w:p>
    <w:p>
      <w:pPr>
        <w:keepNext w:val="0"/>
        <w:spacing w:before="120" w:after="0" w:line="260" w:lineRule="exact"/>
        <w:ind w:left="720" w:right="0" w:firstLine="0"/>
        <w:jc w:val="left"/>
      </w:pPr>
      <w:r>
        <w:rPr>
          <w:rFonts w:ascii="Times New Roman" w:hAnsi="Times New Roman" w:eastAsia="Times New Roman" w:cs="Times New Roman"/>
          <w:b/>
          <w:sz w:val="24"/>
        </w:rPr>
        <w:t>FOR COMPLETION BY ALL INVESTORS</w:t>
      </w:r>
    </w:p>
    <w:p>
      <w:pPr>
        <w:keepNext w:val="0"/>
        <w:spacing w:before="200" w:after="0" w:line="260" w:lineRule="exact"/>
        <w:ind w:left="1080" w:right="0" w:firstLine="0"/>
        <w:jc w:val="both"/>
      </w:pPr>
      <w:r>
        <w:rPr>
          <w:rFonts w:ascii="Times New Roman" w:hAnsi="Times New Roman" w:eastAsia="Times New Roman" w:cs="Times New Roman"/>
          <w:b w:val="0"/>
          <w:sz w:val="24"/>
        </w:rPr>
        <w:t>(Please print or type)</w:t>
      </w:r>
    </w:p>
    <w:p>
      <w:pPr>
        <w:keepNext w:val="0"/>
        <w:spacing w:before="200" w:after="0" w:line="260" w:lineRule="exact"/>
        <w:ind w:left="1080" w:right="0" w:firstLine="0"/>
        <w:jc w:val="both"/>
      </w:pPr>
      <w:r>
        <w:rPr>
          <w:rFonts w:ascii="Times New Roman" w:hAnsi="Times New Roman" w:eastAsia="Times New Roman" w:cs="Times New Roman"/>
          <w:b w:val="0"/>
          <w:sz w:val="24"/>
        </w:rPr>
        <w:t>Number of Common Shares: ____________________ at $[price per share] per Common Share.</w:t>
      </w:r>
    </w:p>
    <w:p>
      <w:pPr>
        <w:keepNext w:val="0"/>
        <w:spacing w:before="200" w:after="0" w:line="260" w:lineRule="exact"/>
        <w:ind w:left="1080" w:right="0" w:firstLine="0"/>
        <w:jc w:val="both"/>
      </w:pPr>
      <w:r>
        <w:rPr>
          <w:rFonts w:ascii="Times New Roman" w:hAnsi="Times New Roman" w:eastAsia="Times New Roman" w:cs="Times New Roman"/>
          <w:b w:val="0"/>
          <w:sz w:val="24"/>
        </w:rPr>
        <w:t>Total Investment Amount: $________________________________________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Purchaser Information (if purchaser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Name: 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Social Security Number: 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Marital Status: _________________ Date of Birth: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Citizen of: 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Home Address: 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Home Telephone Number: (_______) 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Nature of Business: 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Name of Employer: 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Address: 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Office Telephone Number: (_______)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Title: ______________________ </w:t>
      </w:r>
    </w:p>
    <w:p>
      <w:pPr>
        <w:keepNext w:val="0"/>
        <w:spacing w:before="200" w:after="0" w:line="260" w:lineRule="exact"/>
        <w:ind w:left="1440" w:right="0" w:firstLine="0"/>
        <w:jc w:val="both"/>
      </w:pPr>
      <w:r>
        <w:rPr>
          <w:rFonts w:ascii="Times New Roman" w:hAnsi="Times New Roman" w:eastAsia="Times New Roman" w:cs="Times New Roman"/>
          <w:b w:val="0"/>
          <w:sz w:val="24"/>
        </w:rPr>
        <w:t>I prefer to have correspondence sent to my:</w:t>
      </w:r>
    </w:p>
    <w:p>
      <w:pPr>
        <w:keepNext w:val="0"/>
        <w:spacing w:before="200" w:after="0" w:line="260" w:lineRule="exact"/>
        <w:ind w:left="1440" w:right="0" w:firstLine="0"/>
        <w:jc w:val="both"/>
      </w:pPr>
      <w:r>
        <w:rPr>
          <w:rFonts w:ascii="Times New Roman" w:hAnsi="Times New Roman" w:eastAsia="Times New Roman" w:cs="Times New Roman"/>
          <w:b w:val="0"/>
          <w:sz w:val="24"/>
        </w:rPr>
        <w:t>_________ home address _________ business address</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Co-Purchaser Information (if co-purchaser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p>
    <w:p>
      <w:pPr>
        <w:keepNext w:val="0"/>
        <w:spacing w:before="200" w:after="0" w:line="260" w:lineRule="exact"/>
        <w:ind w:left="1440" w:right="0" w:firstLine="0"/>
        <w:jc w:val="both"/>
      </w:pPr>
      <w:r>
        <w:rPr>
          <w:rFonts w:ascii="Times New Roman" w:hAnsi="Times New Roman" w:eastAsia="Times New Roman" w:cs="Times New Roman"/>
          <w:b w:val="0"/>
          <w:sz w:val="24"/>
        </w:rPr>
        <w:t>Name: 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Social Security Number: 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Marital Status: _________________ Date of Birth: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Citizen of: 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Home Address: 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Home Telephone Number: (_______) 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Nature of Business: 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Name of Employer: 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Address: 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Office Telephone Number: (_______)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Title: ______________________ </w:t>
      </w:r>
    </w:p>
    <w:p>
      <w:pPr>
        <w:keepNext w:val="0"/>
        <w:spacing w:before="200" w:after="0" w:line="260" w:lineRule="exact"/>
        <w:ind w:left="1440" w:right="0" w:firstLine="0"/>
        <w:jc w:val="both"/>
      </w:pPr>
      <w:r>
        <w:rPr>
          <w:rFonts w:ascii="Times New Roman" w:hAnsi="Times New Roman" w:eastAsia="Times New Roman" w:cs="Times New Roman"/>
          <w:b w:val="0"/>
          <w:sz w:val="24"/>
        </w:rPr>
        <w:t>I prefer to have correspondence sent to my:</w:t>
      </w:r>
    </w:p>
    <w:p>
      <w:pPr>
        <w:keepNext w:val="0"/>
        <w:spacing w:before="200" w:after="0" w:line="260" w:lineRule="exact"/>
        <w:ind w:left="1440" w:right="0" w:firstLine="0"/>
        <w:jc w:val="both"/>
      </w:pPr>
      <w:r>
        <w:rPr>
          <w:rFonts w:ascii="Times New Roman" w:hAnsi="Times New Roman" w:eastAsia="Times New Roman" w:cs="Times New Roman"/>
          <w:b w:val="0"/>
          <w:sz w:val="24"/>
        </w:rPr>
        <w:t>_________ home address _________ business address</w:t>
      </w:r>
    </w:p>
    <w:p>
      <w:pPr>
        <w:keepNext w:val="0"/>
        <w:spacing w:before="200" w:after="0" w:line="260" w:lineRule="exact"/>
        <w:ind w:left="1080" w:right="0" w:firstLine="0"/>
        <w:jc w:val="both"/>
      </w:pPr>
      <w:r>
        <w:rPr>
          <w:rFonts w:ascii="Times New Roman" w:hAnsi="Times New Roman" w:eastAsia="Times New Roman" w:cs="Times New Roman"/>
          <w:b w:val="0"/>
          <w:sz w:val="24"/>
        </w:rPr>
        <w:t>Indicate Type of Ownership of Common Shares:</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Purchaser Information (if purchaser is not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Name: _______________________________________________________________________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Federal Tax ID Number: _________________________________________________________ </w:t>
      </w:r>
    </w:p>
    <w:p>
      <w:pPr>
        <w:keepNext w:val="0"/>
        <w:spacing w:before="200" w:after="0" w:line="260" w:lineRule="exact"/>
        <w:ind w:left="1440" w:right="0" w:firstLine="0"/>
        <w:jc w:val="both"/>
      </w:pPr>
      <w:r>
        <w:rPr>
          <w:rFonts w:ascii="Times New Roman" w:hAnsi="Times New Roman" w:eastAsia="Times New Roman" w:cs="Times New Roman"/>
          <w:b w:val="0"/>
          <w:sz w:val="24"/>
        </w:rPr>
        <w:t>Address: 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Telephone Number: (_______) 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Email Address: 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FOR COMPLETION BY NON-ACCREDITED INVESTORS ONLY:</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INFORMATION</w:t>
      </w:r>
      <w:r>
        <w:rPr>
          <w:rFonts w:ascii="Times New Roman" w:hAnsi="Times New Roman" w:eastAsia="Times New Roman" w:cs="Times New Roman"/>
          <w:sz w:val="24"/>
        </w:rPr>
        <w:br/>
      </w:r>
      <w:r>
        <w:rPr>
          <w:rFonts w:ascii="Times New Roman" w:hAnsi="Times New Roman" w:eastAsia="Times New Roman" w:cs="Times New Roman"/>
          <w:b/>
          <w:sz w:val="24"/>
        </w:rPr>
        <w:t>(for investors who are natural persons)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Occupation or Profession: _________________________________________________________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Period Employed: _______________________________________________________________ </w:t>
      </w:r>
    </w:p>
    <w:p>
      <w:pPr>
        <w:keepNext w:val="0"/>
        <w:spacing w:before="200" w:after="0" w:line="260" w:lineRule="exact"/>
        <w:ind w:left="1440" w:right="0" w:firstLine="0"/>
        <w:jc w:val="both"/>
      </w:pPr>
      <w:r>
        <w:rPr>
          <w:rFonts w:ascii="Times New Roman" w:hAnsi="Times New Roman" w:eastAsia="Times New Roman" w:cs="Times New Roman"/>
          <w:b w:val="0"/>
          <w:sz w:val="24"/>
        </w:rPr>
        <w:t>Prior Employer (if retired or current employment is less than five years):</w:t>
      </w:r>
    </w:p>
    <w:p>
      <w:pPr>
        <w:keepNext w:val="0"/>
        <w:spacing w:before="200" w:after="0" w:line="260" w:lineRule="exact"/>
        <w:ind w:left="1440" w:right="0" w:firstLine="0"/>
        <w:jc w:val="both"/>
      </w:pPr>
      <w:r>
        <w:rPr>
          <w:rFonts w:ascii="Times New Roman" w:hAnsi="Times New Roman" w:eastAsia="Times New Roman" w:cs="Times New Roman"/>
          <w:b w:val="0"/>
          <w:sz w:val="24"/>
        </w:rPr>
        <w:t>Name of Prior Employer: 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Position: _______________________________________________________________________ </w:t>
      </w:r>
    </w:p>
    <w:p>
      <w:pPr>
        <w:keepNext w:val="0"/>
        <w:spacing w:before="200" w:after="0" w:line="260" w:lineRule="exact"/>
        <w:ind w:left="1440" w:right="0" w:firstLine="0"/>
        <w:jc w:val="both"/>
      </w:pPr>
      <w:r>
        <w:rPr>
          <w:rFonts w:ascii="Times New Roman" w:hAnsi="Times New Roman" w:eastAsia="Times New Roman" w:cs="Times New Roman"/>
          <w:b w:val="0"/>
          <w:sz w:val="24"/>
        </w:rPr>
        <w:t>Nature of Duties: 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Period Employed: 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Educational Background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My net worth is $___________________ of which $___________________ is cash or cash equivalents. </w:t>
      </w:r>
    </w:p>
    <w:p>
      <w:pPr>
        <w:keepNext w:val="0"/>
        <w:spacing w:before="200" w:after="0" w:line="260" w:lineRule="exact"/>
        <w:ind w:left="1440" w:right="0" w:firstLine="0"/>
        <w:jc w:val="both"/>
      </w:pPr>
      <w:r>
        <w:rPr>
          <w:rFonts w:ascii="Times New Roman" w:hAnsi="Times New Roman" w:eastAsia="Times New Roman" w:cs="Times New Roman"/>
          <w:b w:val="0"/>
          <w:sz w:val="24"/>
        </w:rPr>
        <w:t>I do not reasonably expect that the amounts set forth in the previous sentence will change materially in the foreseeable future. ____________________ (Investor initials)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EXPERIENCE</w:t>
      </w:r>
      <w:r>
        <w:rPr>
          <w:rFonts w:ascii="Times New Roman" w:hAnsi="Times New Roman" w:eastAsia="Times New Roman" w:cs="Times New Roman"/>
          <w:sz w:val="24"/>
        </w:rPr>
        <w:br/>
      </w:r>
      <w:r>
        <w:rPr>
          <w:rFonts w:ascii="Times New Roman" w:hAnsi="Times New Roman" w:eastAsia="Times New Roman" w:cs="Times New Roman"/>
          <w:b/>
          <w:sz w:val="24"/>
        </w:rPr>
        <w:t>(for investors who are natural persons)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you previously invested in other public or private offerings?</w:t>
      </w:r>
    </w:p>
    <w:p>
      <w:pPr>
        <w:keepNext w:val="0"/>
        <w:spacing w:before="200" w:after="0" w:line="260" w:lineRule="exact"/>
        <w:ind w:left="1440" w:right="0" w:firstLine="0"/>
        <w:jc w:val="both"/>
      </w:pPr>
      <w:r>
        <w:rPr>
          <w:rFonts w:ascii="Times New Roman" w:hAnsi="Times New Roman" w:eastAsia="Times New Roman" w:cs="Times New Roman"/>
          <w:b w:val="0"/>
          <w:sz w:val="24"/>
        </w:rPr>
        <w:t>(If "Yes," please provide the following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Please provide additional information regarding your experience with or knowledge of, if any, investments in newly organized businesses and operating risks associated with such investments:</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The undersigned represents to the Company that (</w:t>
      </w:r>
      <w:r>
        <w:rPr>
          <w:rFonts w:ascii="Times New Roman" w:hAnsi="Times New Roman" w:eastAsia="Times New Roman" w:cs="Times New Roman"/>
          <w:b/>
          <w:sz w:val="24"/>
        </w:rPr>
        <w:t>a</w:t>
      </w:r>
      <w:r>
        <w:rPr>
          <w:rFonts w:ascii="Times New Roman" w:hAnsi="Times New Roman" w:eastAsia="Times New Roman" w:cs="Times New Roman"/>
          <w:b w:val="0"/>
          <w:sz w:val="24"/>
        </w:rPr>
        <w:t>) the information contained in this Investor Questionnaire is complete and accurate and may be relied upon by the Company and (b) the undersigned will notify the Company immediately of any material change in any of such information occurring prior to the termination of the Offering.</w:t>
      </w:r>
    </w:p>
    <w:p>
      <w:pPr>
        <w:keepNext w:val="0"/>
        <w:spacing w:before="200" w:after="0" w:line="260" w:lineRule="exact"/>
        <w:ind w:left="1440" w:right="0" w:firstLine="0"/>
        <w:jc w:val="both"/>
      </w:pPr>
      <w:r>
        <w:rPr>
          <w:rFonts w:ascii="Times New Roman" w:hAnsi="Times New Roman" w:eastAsia="Times New Roman" w:cs="Times New Roman"/>
          <w:b w:val="0"/>
          <w:sz w:val="24"/>
        </w:rPr>
        <w:t>Date ___________________, _____</w:t>
      </w:r>
    </w:p>
    <w:p>
      <w:pPr>
        <w:keepNext w:val="0"/>
        <w:spacing w:before="120" w:after="0" w:line="260" w:lineRule="exact"/>
        <w:ind w:left="1080" w:right="0" w:firstLine="0"/>
        <w:jc w:val="left"/>
      </w:pPr>
      <w:r>
        <w:rPr>
          <w:rFonts w:ascii="Times New Roman" w:hAnsi="Times New Roman" w:eastAsia="Times New Roman" w:cs="Times New Roman"/>
          <w:b/>
          <w:sz w:val="24"/>
        </w:rPr>
        <w:t>SIGNATURE PAGE FOR ALL INVESTORS</w:t>
      </w:r>
    </w:p>
    <w:p>
      <w:pPr>
        <w:keepNext w:val="0"/>
        <w:spacing w:before="120" w:after="0" w:line="260" w:lineRule="exact"/>
        <w:ind w:left="1080" w:right="0" w:firstLine="0"/>
        <w:jc w:val="left"/>
      </w:pPr>
      <w:r>
        <w:rPr>
          <w:rFonts w:ascii="Times New Roman" w:hAnsi="Times New Roman" w:eastAsia="Times New Roman" w:cs="Times New Roman"/>
          <w:b w:val="0"/>
          <w:sz w:val="24"/>
        </w:rPr>
        <w:t>For investors who are natural persons: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of Purchaser)</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(Printed Name of Purchaser)</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of Co-Purchaser)</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(Printed Name of Co-Purchaser)</w:t>
      </w:r>
    </w:p>
    <w:p>
      <w:pPr>
        <w:keepNext w:val="0"/>
        <w:spacing w:before="120" w:after="0" w:line="260" w:lineRule="exact"/>
        <w:ind w:left="1080" w:right="0" w:firstLine="0"/>
        <w:jc w:val="left"/>
      </w:pPr>
      <w:r>
        <w:rPr>
          <w:rFonts w:ascii="Times New Roman" w:hAnsi="Times New Roman" w:eastAsia="Times New Roman" w:cs="Times New Roman"/>
          <w:b w:val="0"/>
          <w:sz w:val="24"/>
        </w:rPr>
        <w:t>For investors who are not natural persons: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(Printed Name of Entity)</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of Signatory)</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(Printed Name of Signatory and)</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(Investors utilizing the services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Purchaser Representative must complete the following Section </w:t>
      </w:r>
      <w:r>
        <w:rPr>
          <w:rFonts w:ascii="Times New Roman" w:hAnsi="Times New Roman" w:eastAsia="Times New Roman" w:cs="Times New Roman"/>
          <w:b/>
          <w:sz w:val="24"/>
        </w:rPr>
        <w:t>II.</w:t>
      </w:r>
      <w:r>
        <w:rPr>
          <w:rFonts w:ascii="Times New Roman" w:hAnsi="Times New Roman" w:eastAsia="Times New Roman" w:cs="Times New Roman"/>
          <w:b/>
          <w:sz w:val="24"/>
        </w:rPr>
        <w:t>: Confidential Purchaser Representative Questionnaire. Accredited Investors do not need to complete the following section.)</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PURCHASER REPRESENTATIVE QUESTIONNAIRE</w:t>
      </w:r>
    </w:p>
    <w:p>
      <w:pPr>
        <w:keepNext w:val="0"/>
        <w:spacing w:before="200" w:after="0" w:line="260" w:lineRule="exact"/>
        <w:ind w:left="720" w:right="0" w:firstLine="0"/>
        <w:jc w:val="both"/>
      </w:pPr>
      <w:r>
        <w:rPr>
          <w:rFonts w:ascii="Times New Roman" w:hAnsi="Times New Roman" w:eastAsia="Times New Roman" w:cs="Times New Roman"/>
          <w:b w:val="0"/>
          <w:sz w:val="24"/>
        </w:rPr>
        <w:t>The information contained herein is being furnished by the undersigned Purchaser Representative to enable the Company to determine whether Common Shares may be sold to:</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(please print name of Investor)</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Section 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of the Act and Regulation D promulgated thereunder. The undersigned Purchaser Representative understands that: (1) the Company will rely upon the information contained herein for the purposes of such determination; (2) the Common Shares will not be registered under the Act in reliance upon the exemption from registration provided by the Act and Regulation D; and (3) purchase of the Common Shares will be solely for the account of the Investor and not for the account of any other person 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toward resale, assignment, fractionalization or distribution thereof.</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Purchaser Representative herewith furnishes the Company with the following representations and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General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Name: 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Occupation or Profession: 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Name of Business or Firm: 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Position or Title: 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Business Address: 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Business Telephone Number: (_______) 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description of the responsibilities of the undersigned's present occupation or position, indicating the period of time of such practice or employment and the field of professional specialization, if any: ____________________________________________________________ </w:t>
      </w:r>
    </w:p>
    <w:p>
      <w:pPr>
        <w:keepNext w:val="0"/>
        <w:spacing w:before="200" w:after="0" w:line="260" w:lineRule="exact"/>
        <w:ind w:left="1080" w:right="0" w:firstLine="0"/>
        <w:jc w:val="both"/>
      </w:pPr>
      <w:r>
        <w:rPr>
          <w:rFonts w:ascii="Times New Roman" w:hAnsi="Times New Roman" w:eastAsia="Times New Roman" w:cs="Times New Roman"/>
          <w:b w:val="0"/>
          <w:sz w:val="24"/>
        </w:rPr>
        <w:t>Business or professional education and degrees received are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any professional licenses or registrations, including bar admissions, accounting certifications, real estate brokerage licenses and/or Securities and Exchange Commission (SEC), Financial Industry Regulatory Authority (FINRA), or state broker-dealer registrations, which the undersigned holds: 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undersigned has had prior experience in advising clients with respect to investments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nature similar to that presently offered.</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____________Yes ____________ No</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previously has rendered advice to the Investor with respect to investments of this type.</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____________Yes ____________ No</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has known the Investor for _______________ years, in the following capacity: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__________________________________________________________________ </w:t>
      </w:r>
    </w:p>
    <w:p>
      <w:pPr>
        <w:keepNext w:val="0"/>
        <w:spacing w:before="200" w:after="0" w:line="260" w:lineRule="exact"/>
        <w:ind w:left="1080" w:right="0" w:firstLine="0"/>
        <w:jc w:val="both"/>
      </w:pPr>
      <w:r>
        <w:rPr>
          <w:rFonts w:ascii="Times New Roman" w:hAnsi="Times New Roman" w:eastAsia="Times New Roman" w:cs="Times New Roman"/>
          <w:b w:val="0"/>
          <w:sz w:val="24"/>
        </w:rPr>
        <w:t>In advising the Investor in connection with the contemplated investment in the Common Shares, will the undersigned be relying, in part, on the Investor's own expertise in certain areas?</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____________Yes ____________ No</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the specific expertise upon which the undersigned is relying.)</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advising the Investor in connection with the contemplated investment in the Common Shares, will the undersigned be relying, in part, on the expertise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Purchaser Representative?</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____________Yes ____________ No</w:t>
      </w:r>
    </w:p>
    <w:p>
      <w:pPr>
        <w:keepNext w:val="0"/>
        <w:spacing w:before="200" w:after="0" w:line="260" w:lineRule="exact"/>
        <w:ind w:left="1080" w:right="0" w:firstLine="0"/>
        <w:jc w:val="both"/>
      </w:pPr>
      <w:r>
        <w:rPr>
          <w:rFonts w:ascii="Times New Roman" w:hAnsi="Times New Roman" w:eastAsia="Times New Roman" w:cs="Times New Roman"/>
          <w:b w:val="0"/>
          <w:sz w:val="24"/>
        </w:rPr>
        <w:t>(If "Yes," provide the name and address of such additional purchaser representative and the nature of the expertise on which you are relying.)</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hereby represents that he or she, either alone, or together with other Purchaser Representatives or the Investor, has such knowledge and experience in financial and business matters so as to be capable of evaluating the relative merits and risks of the proposed investment. In this connection, the undersigned offers the following additional information (e.g., investment experience, business experience, profession and education):</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undersigned hereby represents that there is no material relationship between the undersigned or his or her affiliates and the Company or its affiliates (as defined in Rule 501(b) of Regulation D) that now exists or is mutually understood to be contemplated or that has existed at any time during the previous two years, nor has any compensation been received or will any compensation be received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relationship, except as follows: (Either state "No Exceptions" or describe any such relationship and any compensation received or to be received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relationship.)</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undersigned hereby represents that any exceptions set forth in the preceding answer have been disclosed, in writing, to the Investor prior to said Investor's acknowledgment of the undersigned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Representative for the purpose of the prospective investment.</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____________Yes ____________ No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undersigned hereby represents that he or she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partner, director, officer or other employee of the Company or any of its affiliates,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10 percent or more of any class of the equity securities or other equity interest in the Company, except as follows: (Either state "No Exceptions" or set forth exceptions and give details.)</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represents to the Company that (1) the information contained in this Confidential Purchaser Representative Questionnaire is complete and accurate and may be relied upon by the Company and (2) the undersigned will notify the Company immediately of any material change in any of such information occurring prior to the termination of the Offering.</w:t>
      </w:r>
    </w:p>
    <w:p>
      <w:pPr>
        <w:keepNext w:val="0"/>
        <w:spacing w:before="120" w:after="0" w:line="260" w:lineRule="exact"/>
        <w:ind w:left="360" w:right="0" w:firstLine="0"/>
        <w:jc w:val="left"/>
      </w:pPr>
      <w:r>
        <w:rPr>
          <w:rFonts w:ascii="Times New Roman" w:hAnsi="Times New Roman" w:eastAsia="Times New Roman" w:cs="Times New Roman"/>
          <w:b/>
          <w:sz w:val="24"/>
        </w:rPr>
        <w:t>ACKNOWLEDGMENT OF USE OF PURCHASER REPRESENTATIVE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______________________________________ has served as my purchaser representative, in connection with evaluating the merits and risks of my prospective investment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shares of Common Stock in the Company. I represent to you that in my opinion he or she has such knowledge and experience in financial and business matters such that he or she is capable of evaluating the merits and risks of that prospective investment and that he or she has represented to me in writing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He or she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partner, director, officer or other employee of the Company or any of its affiliates,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of 10 percent or more of any class of the equity securities or other equity interest in the Company;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for the following relationships that have previously been disclosed by him or in writing to me, neither he or she nor his or her affiliates have any material relationship with the Company, or any of its affiliates, no such material relationship has existed at any time during the previous two years and no such material relationship is mutually understood to be contemplated. </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acknowledge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Confidential Purchaser Representative Questionnaire furnished by my purchaser representative to the Company in connection with this Offering.</w:t>
      </w: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For investors who are natural persons: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of 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Co-Purchaser)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of Co-Purchaser)</w:t>
      </w:r>
    </w:p>
    <w:p>
      <w:pPr>
        <w:keepNext w:val="0"/>
        <w:spacing w:before="120" w:after="0" w:line="260" w:lineRule="exact"/>
        <w:ind w:left="360" w:right="0" w:firstLine="0"/>
        <w:jc w:val="left"/>
      </w:pPr>
      <w:r>
        <w:rPr>
          <w:rFonts w:ascii="Times New Roman" w:hAnsi="Times New Roman" w:eastAsia="Times New Roman" w:cs="Times New Roman"/>
          <w:b w:val="0"/>
          <w:sz w:val="24"/>
        </w:rPr>
        <w:t>For investors who are not natural persons: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