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IOWA</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Iowa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Iowa.</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