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Iowa Quitclaim Deed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Iowa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