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IOWA SPECIAL (LIMITED) WARRANTY DEED</w:t>
      </w:r>
    </w:p>
    <w:p>
      <w:pPr>
        <w:spacing w:line="276" w:lineRule="auto"/>
        <w:jc w:val="both"/>
      </w:pPr>
      <w:r>
        <w:rPr>
          <w:rFonts w:ascii="Times New Roman" w:hAnsi="Times New Roman" w:eastAsia="Times New Roman" w:cs="Times New Roman"/>
          <w:sz w:val="24"/>
        </w:rPr>
        <w:t xml:space="preserve"> A Groundwater Hazard Statement is attached to this Deed. </w:t>
      </w:r>
    </w:p>
    <w:p>
      <w:pPr>
        <w:spacing w:line="276" w:lineRule="auto"/>
        <w:jc w:val="both"/>
      </w:pPr>
      <w:r>
        <w:rPr>
          <w:rFonts w:ascii="Times New Roman" w:hAnsi="Times New Roman" w:eastAsia="Times New Roman" w:cs="Times New Roman"/>
          <w:sz w:val="24"/>
        </w:rPr>
        <w:t xml:space="preserve"> There is no known private burial site, well, solid waste disposal site, underground storage tank, hazardous waste, or private sewage disposal system on the property as described in Iowa Code section 558.69, and therefore the transaction is exempt from the requirement to submit a groundwater hazard statement.</w:t>
      </w:r>
    </w:p>
    <w:p>
      <w:pPr>
        <w:spacing w:line="276" w:lineRule="auto"/>
        <w:jc w:val="both"/>
      </w:pPr>
    </w:p>
    <w:p>
      <w:pPr>
        <w:spacing w:line="276" w:lineRule="auto"/>
      </w:pPr>
      <w:r>
        <w:rPr>
          <w:rFonts w:ascii="Times New Roman" w:hAnsi="Times New Roman" w:eastAsia="Times New Roman" w:cs="Times New Roman"/>
          <w:b/>
          <w:sz w:val="24"/>
        </w:rPr>
        <w:t>KNOW ALL PERSONS BY THESE PRESENTS</w:t>
      </w:r>
      <w:r>
        <w:rPr>
          <w:rFonts w:ascii="Times New Roman" w:hAnsi="Times New Roman" w:eastAsia="Times New Roman" w:cs="Times New Roman"/>
          <w:sz w:val="24"/>
        </w:rPr>
        <w:t>, That __</w:t>
      </w:r>
      <w:r>
        <w:rPr>
          <w:rFonts w:ascii="Times New Roman" w:hAnsi="Times New Roman" w:eastAsia="Times New Roman" w:cs="Times New Roman"/>
          <w:sz w:val="24"/>
        </w:rPr>
        <w:t>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________________________ County, State of Iowa,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spacing w:before="0" w:after="160" w:line="259" w:lineRule="auto"/>
      </w:pPr>
    </w:p>
    <w:p>
      <w:pPr>
        <w:spacing w:before="0" w:after="0"/>
      </w:pPr>
    </w:p>
    <w:p>
      <w:pPr/>
      <w:r>
        <w:rPr>
          <w:rFonts w:ascii="Times New Roman" w:hAnsi="Times New Roman" w:eastAsia="Times New Roman" w:cs="Times New Roman"/>
          <w:sz w:val="24"/>
        </w:rPr>
        <w:t>STATE OF IOWA)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