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Issuer Authentication Order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[Date]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[Trustee's name], as Trustee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[Trustee's 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Re: Company Order in connection with $[aggregate principal amount] in aggregate principal amount of [interest rate]% Notes due [maturity year]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Ladies and Gentlemen: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Pursuant to Section [2.2] of the Indenture, dated as of [date of indenture] (the "Indenture), between [issuer's name] (the "Company") and you, as Trustee, you are hereby requested to authenticate and deliver, in the manner provided by the Indenture, $[aggregate principal amount] in aggregate principal amount of the Company's [interest rate]% Notes due [maturity year] (the "Notes"), registered in the name of CEDE &amp; Co., as nominee of The Depository Trust Company ("DTC"), and to hold such Notes as custodian for DTC.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Very truly yours,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[Issuer's 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[TITLE]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By: 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[TITLE]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