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JET SKI BILL OF SALE</w:t>
      </w:r>
    </w:p>
    <w:p>
      <w:pPr>
        <w:jc w:val="center"/>
      </w:pPr>
    </w:p>
    <w:p>
      <w:pPr>
        <w:spacing w:line="480" w:lineRule="auto"/>
      </w:pPr>
      <w:r>
        <w:rPr>
          <w:rFonts w:ascii="Times New Roman" w:hAnsi="Times New Roman" w:eastAsia="Times New Roman" w:cs="Times New Roman"/>
          <w:b/>
          <w:sz w:val="24"/>
        </w:rPr>
        <w:t>I. Date</w:t>
      </w:r>
      <w:r>
        <w:rPr>
          <w:rFonts w:ascii="Times New Roman" w:hAnsi="Times New Roman" w:eastAsia="Times New Roman" w:cs="Times New Roman"/>
          <w:sz w:val="24"/>
        </w:rPr>
        <w:t>. This agreement was agreed to and signed on the ___ day of ______________, 20___.</w:t>
      </w:r>
    </w:p>
    <w:p>
      <w:pPr>
        <w:spacing w:line="480" w:lineRule="auto"/>
      </w:pPr>
      <w:r>
        <w:rPr>
          <w:rFonts w:ascii="Times New Roman" w:hAnsi="Times New Roman" w:eastAsia="Times New Roman" w:cs="Times New Roman"/>
          <w:b/>
          <w:sz w:val="24"/>
        </w:rPr>
        <w:t>II. The Parties</w:t>
      </w:r>
      <w:r>
        <w:rPr>
          <w:rFonts w:ascii="Times New Roman" w:hAnsi="Times New Roman" w:eastAsia="Times New Roman" w:cs="Times New Roman"/>
          <w:sz w:val="24"/>
        </w:rPr>
        <w:t xml:space="preserve">. </w:t>
      </w:r>
    </w:p>
    <w:p>
      <w:pPr>
        <w:spacing w:line="480" w:lineRule="auto"/>
      </w:pPr>
      <w:r>
        <w:rPr>
          <w:rFonts w:ascii="Times New Roman" w:hAnsi="Times New Roman" w:eastAsia="Times New Roman" w:cs="Times New Roman"/>
          <w:sz w:val="24"/>
        </w:rPr>
        <w:t xml:space="preserve">The Buyer: ____________________ Mailing Address: __________________________ </w:t>
      </w:r>
    </w:p>
    <w:p>
      <w:pPr>
        <w:spacing w:line="480" w:lineRule="auto"/>
      </w:pPr>
      <w:r>
        <w:rPr>
          <w:rFonts w:ascii="Times New Roman" w:hAnsi="Times New Roman" w:eastAsia="Times New Roman" w:cs="Times New Roman"/>
          <w:sz w:val="24"/>
        </w:rPr>
        <w:t xml:space="preserve">The Seller: ____________________ Mailing Address: __________________________ </w:t>
      </w:r>
    </w:p>
    <w:p>
      <w:pPr>
        <w:spacing w:line="480" w:lineRule="auto"/>
      </w:pPr>
      <w:r>
        <w:rPr>
          <w:rFonts w:ascii="Times New Roman" w:hAnsi="Times New Roman" w:eastAsia="Times New Roman" w:cs="Times New Roman"/>
          <w:sz w:val="24"/>
        </w:rPr>
        <w:t>Hereinafter known as the “Parties” agree to the following:</w:t>
      </w:r>
    </w:p>
    <w:p>
      <w:pPr>
        <w:spacing w:line="480" w:lineRule="auto"/>
      </w:pPr>
      <w:r>
        <w:rPr>
          <w:rFonts w:ascii="Times New Roman" w:hAnsi="Times New Roman" w:eastAsia="Times New Roman" w:cs="Times New Roman"/>
          <w:b/>
          <w:sz w:val="24"/>
        </w:rPr>
        <w:t>III. Jet Ski Details.</w:t>
      </w:r>
      <w:r>
        <w:rPr>
          <w:rFonts w:ascii="Times New Roman" w:hAnsi="Times New Roman" w:eastAsia="Times New Roman" w:cs="Times New Roman"/>
          <w:sz w:val="24"/>
        </w:rPr>
        <w:t xml:space="preserve"> </w:t>
      </w:r>
    </w:p>
    <w:p>
      <w:pPr>
        <w:spacing w:line="480" w:lineRule="auto"/>
      </w:pPr>
      <w:r>
        <w:rPr>
          <w:rFonts w:ascii="Times New Roman" w:hAnsi="Times New Roman" w:eastAsia="Times New Roman" w:cs="Times New Roman"/>
          <w:sz w:val="24"/>
        </w:rPr>
        <w:t>The Seller agrees to sell the following described Jet Ski:</w:t>
      </w:r>
    </w:p>
    <w:p>
      <w:pPr>
        <w:spacing w:line="480" w:lineRule="auto"/>
      </w:pPr>
      <w:r>
        <w:rPr>
          <w:rFonts w:ascii="Times New Roman" w:hAnsi="Times New Roman" w:eastAsia="Times New Roman" w:cs="Times New Roman"/>
          <w:sz w:val="24"/>
        </w:rPr>
        <w:t>Number (#) of Strokes/Cylinders: ________/________ Displacement _________ cc</w:t>
      </w:r>
    </w:p>
    <w:p>
      <w:pPr>
        <w:spacing w:line="480" w:lineRule="auto"/>
      </w:pPr>
      <w:r>
        <w:rPr>
          <w:rFonts w:ascii="Times New Roman" w:hAnsi="Times New Roman" w:eastAsia="Times New Roman" w:cs="Times New Roman"/>
          <w:sz w:val="24"/>
        </w:rPr>
        <w:t xml:space="preserve">Make _________ Model _________ Year _________ </w:t>
      </w:r>
    </w:p>
    <w:p>
      <w:pPr>
        <w:spacing w:line="480" w:lineRule="auto"/>
      </w:pPr>
      <w:r>
        <w:rPr>
          <w:rFonts w:ascii="Times New Roman" w:hAnsi="Times New Roman" w:eastAsia="Times New Roman" w:cs="Times New Roman"/>
          <w:sz w:val="24"/>
        </w:rPr>
        <w:t xml:space="preserve">Hull Identification Number (HIN) _________ Color _________ </w:t>
      </w:r>
    </w:p>
    <w:p>
      <w:pPr>
        <w:spacing w:line="480" w:lineRule="auto"/>
      </w:pPr>
      <w:r>
        <w:rPr>
          <w:rFonts w:ascii="Times New Roman" w:hAnsi="Times New Roman" w:eastAsia="Times New Roman" w:cs="Times New Roman"/>
          <w:sz w:val="24"/>
        </w:rPr>
        <w:t>Other: ________________________________________________________________</w:t>
      </w:r>
    </w:p>
    <w:p>
      <w:pPr>
        <w:spacing w:line="480" w:lineRule="auto"/>
      </w:pPr>
      <w:r>
        <w:rPr>
          <w:rFonts w:ascii="Times New Roman" w:hAnsi="Times New Roman" w:eastAsia="Times New Roman" w:cs="Times New Roman"/>
          <w:sz w:val="24"/>
        </w:rPr>
        <w:t>Jet Ski is to be sold in “as-is” condition.</w:t>
      </w:r>
    </w:p>
    <w:p>
      <w:pPr>
        <w:spacing w:line="480" w:lineRule="auto"/>
      </w:pPr>
      <w:r>
        <w:rPr>
          <w:rFonts w:ascii="Times New Roman" w:hAnsi="Times New Roman" w:eastAsia="Times New Roman" w:cs="Times New Roman"/>
          <w:b/>
          <w:sz w:val="24"/>
        </w:rPr>
        <w:t>IV. Legal Details</w:t>
      </w:r>
      <w:r>
        <w:rPr>
          <w:rFonts w:ascii="Times New Roman" w:hAnsi="Times New Roman" w:eastAsia="Times New Roman" w:cs="Times New Roman"/>
          <w:sz w:val="24"/>
        </w:rPr>
        <w:t>.</w:t>
      </w:r>
    </w:p>
    <w:p>
      <w:pPr>
        <w:spacing w:line="480" w:lineRule="auto"/>
      </w:pPr>
      <w:r>
        <w:rPr>
          <w:rFonts w:ascii="Times New Roman" w:hAnsi="Times New Roman" w:eastAsia="Times New Roman" w:cs="Times New Roman"/>
          <w:sz w:val="24"/>
        </w:rPr>
        <w:t xml:space="preserve">Odometer ______________________ in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Hours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Kilometers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Knots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Miles </w:t>
      </w:r>
    </w:p>
    <w:p>
      <w:pPr>
        <w:spacing w:line="480" w:lineRule="auto"/>
      </w:pPr>
      <w:r>
        <w:rPr>
          <w:rFonts w:ascii="Times New Roman" w:hAnsi="Times New Roman" w:eastAsia="Times New Roman" w:cs="Times New Roman"/>
          <w:sz w:val="24"/>
        </w:rPr>
        <w:t>Registration Number: ______________________ HIN: ______________________</w:t>
      </w:r>
    </w:p>
    <w:p>
      <w:pPr>
        <w:spacing w:line="480" w:lineRule="auto"/>
      </w:pPr>
      <w:r>
        <w:rPr>
          <w:rFonts w:ascii="Times New Roman" w:hAnsi="Times New Roman" w:eastAsia="Times New Roman" w:cs="Times New Roman"/>
          <w:b/>
          <w:sz w:val="24"/>
        </w:rPr>
        <w:t>V. Purchase Price</w:t>
      </w:r>
      <w:r>
        <w:rPr>
          <w:rFonts w:ascii="Times New Roman" w:hAnsi="Times New Roman" w:eastAsia="Times New Roman" w:cs="Times New Roman"/>
          <w:sz w:val="24"/>
        </w:rPr>
        <w:t xml:space="preserve">. </w:t>
      </w:r>
    </w:p>
    <w:p>
      <w:pPr>
        <w:spacing w:line="480" w:lineRule="auto"/>
      </w:pPr>
      <w:r>
        <w:rPr>
          <w:rFonts w:ascii="Times New Roman" w:hAnsi="Times New Roman" w:eastAsia="Times New Roman" w:cs="Times New Roman"/>
          <w:sz w:val="24"/>
        </w:rPr>
        <w:t>The Parties agree that the total amount to be paid by the Buyer to the Seller for the Jet Ski will be $__________________ (US Dollars).</w:t>
      </w:r>
    </w:p>
    <w:p>
      <w:pPr>
        <w:spacing w:line="480" w:lineRule="auto"/>
      </w:pPr>
      <w:r>
        <w:rPr>
          <w:rFonts w:ascii="Times New Roman" w:hAnsi="Times New Roman" w:eastAsia="Times New Roman" w:cs="Times New Roman"/>
          <w:b/>
          <w:sz w:val="24"/>
        </w:rPr>
        <w:t>VI. Payment</w:t>
      </w:r>
      <w:r>
        <w:rPr>
          <w:rFonts w:ascii="Times New Roman" w:hAnsi="Times New Roman" w:eastAsia="Times New Roman" w:cs="Times New Roman"/>
          <w:sz w:val="24"/>
        </w:rPr>
        <w:t>.</w:t>
      </w:r>
    </w:p>
    <w:p>
      <w:pPr>
        <w:spacing w:line="480" w:lineRule="auto"/>
      </w:pPr>
      <w:r>
        <w:rPr>
          <w:rFonts w:ascii="Times New Roman" w:hAnsi="Times New Roman" w:eastAsia="Times New Roman" w:cs="Times New Roman"/>
          <w:sz w:val="24"/>
        </w:rPr>
        <w:t>Payment shall be made to the Seller on the ___ day of ______________, 20___ (Hereinafter known as the “Date of Sale”). Also, on the Date of Sale, the Jet Ski shall transfer possession from the Seller to the Buyer free of all liens and encumbrances.</w:t>
      </w:r>
    </w:p>
    <w:p>
      <w:pPr>
        <w:spacing w:line="480" w:lineRule="auto"/>
      </w:pPr>
      <w:r>
        <w:rPr>
          <w:rFonts w:ascii="Times New Roman" w:hAnsi="Times New Roman" w:eastAsia="Times New Roman" w:cs="Times New Roman"/>
          <w:b/>
          <w:sz w:val="24"/>
        </w:rPr>
        <w:t>VII. Security Deposit &amp; Inspection</w:t>
      </w:r>
      <w:r>
        <w:rPr>
          <w:rFonts w:ascii="Times New Roman" w:hAnsi="Times New Roman" w:eastAsia="Times New Roman" w:cs="Times New Roman"/>
          <w:sz w:val="24"/>
        </w:rPr>
        <w:t>.</w:t>
      </w:r>
    </w:p>
    <w:p>
      <w:pPr>
        <w:spacing w:line="480" w:lineRule="auto"/>
      </w:pPr>
      <w:r>
        <w:rPr>
          <w:rFonts w:ascii="Times New Roman" w:hAnsi="Times New Roman" w:eastAsia="Times New Roman" w:cs="Times New Roman"/>
          <w:sz w:val="24"/>
        </w:rPr>
        <w:t>The Buyer agrees to put forth a Security Deposit in the amount of $____________ (US Dollars) that is bound to an inspection in accordance with Section 6. All of which will be put towards the Purchase Price on the Date of Sale.</w:t>
      </w:r>
    </w:p>
    <w:p>
      <w:pPr>
        <w:spacing w:line="480" w:lineRule="auto"/>
      </w:pPr>
      <w:r>
        <w:rPr>
          <w:rFonts w:ascii="Times New Roman" w:hAnsi="Times New Roman" w:eastAsia="Times New Roman" w:cs="Times New Roman"/>
          <w:b/>
          <w:sz w:val="24"/>
        </w:rPr>
        <w:t>VIII. Inspection</w:t>
      </w:r>
      <w:r>
        <w:rPr>
          <w:rFonts w:ascii="Times New Roman" w:hAnsi="Times New Roman" w:eastAsia="Times New Roman" w:cs="Times New Roman"/>
          <w:sz w:val="24"/>
        </w:rPr>
        <w:t>.</w:t>
      </w:r>
    </w:p>
    <w:p>
      <w:pPr>
        <w:spacing w:line="480" w:lineRule="auto"/>
      </w:pPr>
      <w:r>
        <w:rPr>
          <w:rFonts w:ascii="Times New Roman" w:hAnsi="Times New Roman" w:eastAsia="Times New Roman" w:cs="Times New Roman"/>
          <w:sz w:val="24"/>
        </w:rPr>
        <w:t xml:space="preserve">The Parties agree that the Buyer shall have up to ___ days to have a technician perform an inspection to verify the Jet Ski is in good operating condition. Upon approval, the Buyer shall be bound to this agreement, if not approved, the Buyer shall be allowed to retrieve their Security Deposit with the Seller. </w:t>
      </w:r>
    </w:p>
    <w:p>
      <w:pPr>
        <w:spacing w:line="480" w:lineRule="auto"/>
      </w:pPr>
      <w:r>
        <w:rPr>
          <w:rFonts w:ascii="Times New Roman" w:hAnsi="Times New Roman" w:eastAsia="Times New Roman" w:cs="Times New Roman"/>
          <w:b/>
          <w:sz w:val="24"/>
        </w:rPr>
        <w:t>IX. Signature</w:t>
      </w:r>
      <w:r>
        <w:rPr>
          <w:rFonts w:ascii="Times New Roman" w:hAnsi="Times New Roman" w:eastAsia="Times New Roman" w:cs="Times New Roman"/>
          <w:sz w:val="24"/>
        </w:rPr>
        <w:t>.</w:t>
      </w:r>
    </w:p>
    <w:p>
      <w:pPr>
        <w:spacing w:line="480" w:lineRule="auto"/>
      </w:pPr>
    </w:p>
    <w:p>
      <w:pPr>
        <w:spacing w:line="480" w:lineRule="auto"/>
      </w:pPr>
      <w:r>
        <w:rPr>
          <w:rFonts w:ascii="Times New Roman" w:hAnsi="Times New Roman" w:eastAsia="Times New Roman" w:cs="Times New Roman"/>
          <w:b/>
          <w:sz w:val="24"/>
        </w:rPr>
        <w:t>Buyer’s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r>
        <w:rPr>
          <w:rFonts w:ascii="Times New Roman" w:hAnsi="Times New Roman" w:eastAsia="Times New Roman" w:cs="Times New Roman"/>
          <w:sz w:val="24"/>
        </w:rPr>
        <w:t xml:space="preserve"> Print _______________ Date ___________</w:t>
      </w:r>
    </w:p>
    <w:p>
      <w:pPr>
        <w:spacing w:line="480" w:lineRule="auto"/>
      </w:pPr>
    </w:p>
    <w:p>
      <w:pPr>
        <w:spacing w:line="480" w:lineRule="auto"/>
      </w:pPr>
      <w:r>
        <w:rPr>
          <w:rFonts w:ascii="Times New Roman" w:hAnsi="Times New Roman" w:eastAsia="Times New Roman" w:cs="Times New Roman"/>
          <w:b/>
          <w:sz w:val="24"/>
        </w:rPr>
        <w:t>Seller’s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r>
        <w:rPr>
          <w:rFonts w:ascii="Times New Roman" w:hAnsi="Times New Roman" w:eastAsia="Times New Roman" w:cs="Times New Roman"/>
          <w:sz w:val="24"/>
        </w:rPr>
        <w:t xml:space="preserve"> Print _______________ Date ___________</w:t>
      </w:r>
    </w:p>
    <w:p>
      <w:pPr>
        <w:spacing w:line="480" w:lineRule="auto"/>
      </w:pPr>
    </w:p>
    <w:p>
      <w:pPr>
        <w:spacing w:line="480" w:lineRule="auto"/>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r>
        <w:rPr>
          <w:rFonts w:ascii="Times New Roman" w:hAnsi="Times New Roman" w:eastAsia="Times New Roman" w:cs="Times New Roman"/>
          <w:sz w:val="24"/>
        </w:rPr>
        <w:t xml:space="preserve"> Print _______________ Date ___________</w:t>
      </w:r>
    </w:p>
    <w:p>
      <w:pPr>
        <w:spacing w:line="480" w:lineRule="auto"/>
      </w:pPr>
    </w:p>
    <w:p>
      <w:pPr>
        <w:spacing w:line="480" w:lineRule="auto"/>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r>
        <w:rPr>
          <w:rFonts w:ascii="Times New Roman" w:hAnsi="Times New Roman" w:eastAsia="Times New Roman" w:cs="Times New Roman"/>
          <w:sz w:val="24"/>
        </w:rPr>
        <w:t xml:space="preserve"> Print _______________ Date ___________</w:t>
      </w: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