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240" w:after="12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JOB COUNTER-OFFER LETTER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sz w:val="24"/>
        </w:rPr>
        <w:t>[ORGANIZATION NAME]</w:t>
      </w:r>
    </w:p>
    <w:p>
      <w:pPr/>
      <w:r>
        <w:rPr>
          <w:rFonts w:ascii="Times New Roman" w:hAnsi="Times New Roman" w:eastAsia="Times New Roman" w:cs="Times New Roman"/>
          <w:sz w:val="24"/>
        </w:rPr>
        <w:t>[ADDRESS 1]</w:t>
      </w:r>
    </w:p>
    <w:p>
      <w:pPr/>
      <w:r>
        <w:rPr>
          <w:rFonts w:ascii="Times New Roman" w:hAnsi="Times New Roman" w:eastAsia="Times New Roman" w:cs="Times New Roman"/>
          <w:sz w:val="24"/>
        </w:rPr>
        <w:t>[ADDRESS 2]</w:t>
      </w:r>
    </w:p>
    <w:p>
      <w:pPr/>
      <w:r>
        <w:rPr>
          <w:rFonts w:ascii="Times New Roman" w:hAnsi="Times New Roman" w:eastAsia="Times New Roman" w:cs="Times New Roman"/>
          <w:sz w:val="24"/>
        </w:rPr>
        <w:t>[PHONE]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Dear </w:t>
      </w:r>
      <w:r>
        <w:rPr>
          <w:rFonts w:ascii="Times New Roman" w:hAnsi="Times New Roman" w:eastAsia="Times New Roman" w:cs="Times New Roman"/>
          <w:sz w:val="24"/>
        </w:rPr>
        <w:t>[REPRESENTATIVE'S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Thank you sincerely for your time and interest in our last meeting; needless to say, I’m incredibly grateful for the offer, and look forward to working with you and your team now and in the future as your next </w:t>
      </w:r>
      <w:r>
        <w:rPr>
          <w:rFonts w:ascii="Times New Roman" w:hAnsi="Times New Roman" w:eastAsia="Times New Roman" w:cs="Times New Roman"/>
          <w:sz w:val="24"/>
        </w:rPr>
        <w:t>[POSITION OFFERED]</w:t>
      </w:r>
      <w:r>
        <w:rPr>
          <w:rFonts w:ascii="Times New Roman" w:hAnsi="Times New Roman" w:eastAsia="Times New Roman" w:cs="Times New Roman"/>
          <w:sz w:val="24"/>
        </w:rPr>
        <w:t>. Before formalizing our relationship, however, I want to ask that we discuss further the salary of the position.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sz w:val="24"/>
        </w:rPr>
        <w:t>It is my belief with my skill set and experience that I would like to counter your offer with a proposed salary of $</w:t>
      </w:r>
      <w:r>
        <w:rPr>
          <w:rFonts w:ascii="Times New Roman" w:hAnsi="Times New Roman" w:eastAsia="Times New Roman" w:cs="Times New Roman"/>
          <w:sz w:val="24"/>
        </w:rPr>
        <w:t>[SALARY AMOUNT]</w:t>
      </w:r>
      <w:r>
        <w:rPr>
          <w:rFonts w:ascii="Times New Roman" w:hAnsi="Times New Roman" w:eastAsia="Times New Roman" w:cs="Times New Roman"/>
          <w:sz w:val="24"/>
        </w:rPr>
        <w:t>. I believe this is justified due to the current job market for this position.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sz w:val="24"/>
        </w:rPr>
        <w:t>Before drafting this letter, I spent time researching comparative salaries for comparable positions, and hope my above proposal strikes you, as it does me, as fair. I look forward to the opportunity to sit down with you and continue this discussion at your earliest convenience, and again, thank you kindly for your time and continued interest.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Best Regards,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