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0" w:after="0" w:line="276" w:lineRule="auto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JOB LETTER OF INTENT</w:t>
      </w:r>
    </w:p>
    <w:p>
      <w:pPr>
        <w:spacing w:before="0" w:after="60" w:line="276" w:lineRule="auto"/>
      </w:pPr>
    </w:p>
    <w:p>
      <w:pPr>
        <w:spacing w:before="0" w:after="60" w:line="276" w:lineRule="auto"/>
      </w:pPr>
      <w:r>
        <w:rPr>
          <w:rFonts w:ascii="Times New Roman" w:hAnsi="Times New Roman" w:eastAsia="Times New Roman" w:cs="Times New Roman"/>
          <w:sz w:val="24"/>
        </w:rPr>
        <w:t>[SENDER NAME]</w:t>
      </w:r>
    </w:p>
    <w:p>
      <w:pPr>
        <w:spacing w:before="0" w:after="60" w:line="276" w:lineRule="auto"/>
      </w:pPr>
      <w:r>
        <w:rPr>
          <w:rFonts w:ascii="Times New Roman" w:hAnsi="Times New Roman" w:eastAsia="Times New Roman" w:cs="Times New Roman"/>
          <w:sz w:val="24"/>
        </w:rPr>
        <w:t>[SENDER ADDRESS]</w:t>
      </w:r>
    </w:p>
    <w:p>
      <w:pPr>
        <w:spacing w:before="0" w:after="60" w:line="276" w:lineRule="auto"/>
      </w:pPr>
      <w:r>
        <w:rPr>
          <w:rFonts w:ascii="Times New Roman" w:hAnsi="Times New Roman" w:eastAsia="Times New Roman" w:cs="Times New Roman"/>
          <w:sz w:val="24"/>
        </w:rPr>
        <w:t>[SENDER CITY, STATE, ZIP CODE]</w:t>
      </w:r>
    </w:p>
    <w:p>
      <w:pPr>
        <w:spacing w:before="0" w:after="60" w:line="276" w:lineRule="auto"/>
      </w:pPr>
    </w:p>
    <w:p>
      <w:pPr>
        <w:spacing w:before="0" w:after="60" w:line="276" w:lineRule="auto"/>
      </w:pPr>
      <w:r>
        <w:rPr>
          <w:rFonts w:ascii="Times New Roman" w:hAnsi="Times New Roman" w:eastAsia="Times New Roman" w:cs="Times New Roman"/>
          <w:sz w:val="24"/>
        </w:rPr>
        <w:t xml:space="preserve">Date: </w:t>
      </w:r>
      <w:r>
        <w:rPr>
          <w:rFonts w:ascii="Times New Roman" w:hAnsi="Times New Roman" w:eastAsia="Times New Roman" w:cs="Times New Roman"/>
          <w:sz w:val="24"/>
        </w:rPr>
        <w:t>[DATE]</w:t>
      </w:r>
    </w:p>
    <w:p>
      <w:pPr>
        <w:spacing w:before="0" w:after="60" w:line="276" w:lineRule="auto"/>
      </w:pPr>
    </w:p>
    <w:p>
      <w:pPr>
        <w:spacing w:before="0" w:after="60" w:line="276" w:lineRule="auto"/>
      </w:pPr>
      <w:r>
        <w:rPr>
          <w:rFonts w:ascii="Times New Roman" w:hAnsi="Times New Roman" w:eastAsia="Times New Roman" w:cs="Times New Roman"/>
          <w:sz w:val="24"/>
        </w:rPr>
        <w:t>[RECIPIENT NAME]</w:t>
      </w:r>
    </w:p>
    <w:p>
      <w:pPr>
        <w:spacing w:before="0" w:after="60" w:line="276" w:lineRule="auto"/>
      </w:pPr>
      <w:r>
        <w:rPr>
          <w:rFonts w:ascii="Times New Roman" w:hAnsi="Times New Roman" w:eastAsia="Times New Roman" w:cs="Times New Roman"/>
          <w:sz w:val="24"/>
        </w:rPr>
        <w:t>[RECIPIENT ADDRESS]</w:t>
      </w:r>
    </w:p>
    <w:p>
      <w:pPr>
        <w:spacing w:before="0" w:after="60" w:line="276" w:lineRule="auto"/>
      </w:pPr>
      <w:r>
        <w:rPr>
          <w:rFonts w:ascii="Times New Roman" w:hAnsi="Times New Roman" w:eastAsia="Times New Roman" w:cs="Times New Roman"/>
          <w:sz w:val="24"/>
        </w:rPr>
        <w:t>[RECIPIENT CITY, STATE, ZIP CODE]</w:t>
      </w:r>
    </w:p>
    <w:p>
      <w:pPr>
        <w:spacing w:before="0" w:after="60" w:line="276" w:lineRule="auto"/>
      </w:pPr>
    </w:p>
    <w:p>
      <w:pPr>
        <w:spacing w:before="0" w:after="60" w:line="276" w:lineRule="auto"/>
      </w:pPr>
      <w:r>
        <w:rPr>
          <w:rFonts w:ascii="Times New Roman" w:hAnsi="Times New Roman" w:eastAsia="Times New Roman" w:cs="Times New Roman"/>
          <w:sz w:val="24"/>
        </w:rPr>
        <w:t xml:space="preserve">Dear </w:t>
      </w:r>
      <w:r>
        <w:rPr>
          <w:rFonts w:ascii="Times New Roman" w:hAnsi="Times New Roman" w:eastAsia="Times New Roman" w:cs="Times New Roman"/>
          <w:sz w:val="24"/>
        </w:rPr>
        <w:t>[RECIPIENT NAME]</w:t>
      </w:r>
      <w:r>
        <w:rPr>
          <w:rFonts w:ascii="Times New Roman" w:hAnsi="Times New Roman" w:eastAsia="Times New Roman" w:cs="Times New Roman"/>
          <w:sz w:val="24"/>
        </w:rPr>
        <w:t>,</w:t>
      </w:r>
    </w:p>
    <w:p>
      <w:pPr>
        <w:spacing w:before="0" w:after="60" w:line="276" w:lineRule="auto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sz w:val="24"/>
        </w:rPr>
        <w:t>[INTRODUCTION, REASON FOR WRITING]</w:t>
      </w:r>
    </w:p>
    <w:p>
      <w:pPr>
        <w:spacing w:before="0" w:after="60" w:line="276" w:lineRule="auto"/>
      </w:pPr>
    </w:p>
    <w:p>
      <w:pPr>
        <w:spacing w:before="0" w:after="60" w:line="276" w:lineRule="auto"/>
        <w:jc w:val="both"/>
      </w:pPr>
      <w:r>
        <w:rPr>
          <w:rFonts w:ascii="Times New Roman" w:hAnsi="Times New Roman" w:eastAsia="Times New Roman" w:cs="Times New Roman"/>
          <w:sz w:val="24"/>
        </w:rPr>
        <w:t>[RELEVANT EXPERIENCE, EDUCATION, SOFT/HARD SKILLS, HOW SKILLS WOULD BENEFIT COMPANY]</w:t>
      </w:r>
    </w:p>
    <w:p>
      <w:pPr>
        <w:spacing w:before="0" w:after="60" w:line="276" w:lineRule="auto"/>
        <w:jc w:val="both"/>
      </w:pPr>
    </w:p>
    <w:p>
      <w:pPr>
        <w:spacing w:before="0" w:after="60" w:line="276" w:lineRule="auto"/>
        <w:jc w:val="both"/>
      </w:pPr>
      <w:r>
        <w:rPr>
          <w:rFonts w:ascii="Times New Roman" w:hAnsi="Times New Roman" w:eastAsia="Times New Roman" w:cs="Times New Roman"/>
          <w:sz w:val="24"/>
        </w:rPr>
        <w:t>[THANK YOU, CALL TO ACTION]</w:t>
      </w:r>
    </w:p>
    <w:p>
      <w:pPr>
        <w:spacing w:before="0" w:after="60" w:line="276" w:lineRule="auto"/>
      </w:pPr>
    </w:p>
    <w:p>
      <w:pPr>
        <w:spacing w:before="0" w:after="60" w:line="276" w:lineRule="auto"/>
      </w:pPr>
      <w:r>
        <w:rPr>
          <w:rFonts w:ascii="Times New Roman" w:hAnsi="Times New Roman" w:eastAsia="Times New Roman" w:cs="Times New Roman"/>
          <w:sz w:val="24"/>
        </w:rPr>
        <w:t>Sincerely,</w:t>
      </w:r>
    </w:p>
    <w:p>
      <w:pPr>
        <w:spacing w:before="0" w:after="60" w:line="276" w:lineRule="auto"/>
      </w:pPr>
    </w:p>
    <w:p>
      <w:pPr>
        <w:spacing w:before="0" w:after="60" w:line="240" w:lineRule="auto"/>
      </w:pPr>
      <w:r>
        <w:rPr>
          <w:rFonts w:ascii="Times New Roman" w:hAnsi="Times New Roman" w:eastAsia="Times New Roman" w:cs="Times New Roman"/>
          <w:sz w:val="24"/>
        </w:rPr>
        <w:t>______________________</w:t>
      </w:r>
      <w:r>
        <w:rPr>
          <w:rFonts w:ascii="Times New Roman" w:hAnsi="Times New Roman" w:eastAsia="Times New Roman" w:cs="Times New Roman"/>
          <w:sz w:val="24"/>
        </w:rPr>
        <w:t xml:space="preserve"> </w:t>
      </w:r>
    </w:p>
    <w:p>
      <w:pPr>
        <w:spacing w:before="0" w:after="60" w:line="240" w:lineRule="auto"/>
      </w:pPr>
      <w:r>
        <w:rPr>
          <w:rFonts w:ascii="Times New Roman" w:hAnsi="Times New Roman" w:eastAsia="Times New Roman" w:cs="Times New Roman"/>
          <w:sz w:val="24"/>
        </w:rPr>
        <w:t>[Signature]</w:t>
      </w:r>
    </w:p>
    <w:p>
      <w:pPr>
        <w:spacing w:before="0" w:after="60" w:line="276" w:lineRule="auto"/>
      </w:pPr>
    </w:p>
    <w:p>
      <w:pPr>
        <w:spacing w:before="0" w:after="60" w:line="240" w:lineRule="auto"/>
      </w:pPr>
      <w:r>
        <w:rPr>
          <w:rFonts w:ascii="Times New Roman" w:hAnsi="Times New Roman" w:eastAsia="Times New Roman" w:cs="Times New Roman"/>
          <w:sz w:val="24"/>
        </w:rPr>
        <w:t xml:space="preserve">______________________ </w:t>
      </w:r>
    </w:p>
    <w:p>
      <w:pPr>
        <w:spacing w:before="0" w:after="60" w:line="240" w:lineRule="auto"/>
      </w:pPr>
      <w:r>
        <w:rPr>
          <w:rFonts w:ascii="Times New Roman" w:hAnsi="Times New Roman" w:eastAsia="Times New Roman" w:cs="Times New Roman"/>
          <w:sz w:val="24"/>
        </w:rPr>
        <w:t>[Print Name]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