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JOB PROMOTION LETTER OF INTENT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[EMPLOYEE NAME]</w:t>
      </w:r>
    </w:p>
    <w:p>
      <w:pPr/>
      <w:r>
        <w:rPr>
          <w:rFonts w:ascii="Times New Roman" w:hAnsi="Times New Roman" w:eastAsia="Times New Roman" w:cs="Times New Roman"/>
          <w:sz w:val="24"/>
        </w:rPr>
        <w:t>[EMPLOYEE ADDRESS]</w:t>
      </w:r>
    </w:p>
    <w:p>
      <w:pPr/>
      <w:r>
        <w:rPr>
          <w:rFonts w:ascii="Times New Roman" w:hAnsi="Times New Roman" w:eastAsia="Times New Roman" w:cs="Times New Roman"/>
          <w:sz w:val="24"/>
        </w:rPr>
        <w:t>EMPLOYEE CITY, STATE, 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[EMPLOYER NAME]</w:t>
      </w:r>
    </w:p>
    <w:p>
      <w:pPr/>
      <w:r>
        <w:rPr>
          <w:rFonts w:ascii="Times New Roman" w:hAnsi="Times New Roman" w:eastAsia="Times New Roman" w:cs="Times New Roman"/>
          <w:sz w:val="24"/>
        </w:rPr>
        <w:t>[EMPLOYER ADDRESS]</w:t>
      </w:r>
    </w:p>
    <w:p>
      <w:pPr/>
      <w:r>
        <w:rPr>
          <w:rFonts w:ascii="Times New Roman" w:hAnsi="Times New Roman" w:eastAsia="Times New Roman" w:cs="Times New Roman"/>
          <w:sz w:val="24"/>
        </w:rPr>
        <w:t>[EMPLOYER CITY, STATE, 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[EMPLOYER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[EMPLOYEE NAME]</w:t>
      </w:r>
      <w:r>
        <w:rPr>
          <w:rFonts w:ascii="Times New Roman" w:hAnsi="Times New Roman" w:eastAsia="Times New Roman" w:cs="Times New Roman"/>
          <w:sz w:val="24"/>
        </w:rPr>
        <w:t xml:space="preserve">, am writing this Letter of Intent to put forward my request to be considered as a candidate for the position of </w:t>
      </w:r>
      <w:r>
        <w:rPr>
          <w:rFonts w:ascii="Times New Roman" w:hAnsi="Times New Roman" w:eastAsia="Times New Roman" w:cs="Times New Roman"/>
          <w:sz w:val="24"/>
        </w:rPr>
        <w:t>[REQUESTED POSITION]</w:t>
      </w:r>
      <w:r>
        <w:rPr>
          <w:rFonts w:ascii="Times New Roman" w:hAnsi="Times New Roman" w:eastAsia="Times New Roman" w:cs="Times New Roman"/>
          <w:sz w:val="24"/>
        </w:rPr>
        <w:t xml:space="preserve">.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my time working as </w:t>
      </w:r>
      <w:r>
        <w:rPr>
          <w:rFonts w:ascii="Times New Roman" w:hAnsi="Times New Roman" w:eastAsia="Times New Roman" w:cs="Times New Roman"/>
          <w:sz w:val="24"/>
        </w:rPr>
        <w:t>[CURRENT POSITION]</w:t>
      </w:r>
      <w:r>
        <w:rPr>
          <w:rFonts w:ascii="Times New Roman" w:hAnsi="Times New Roman" w:eastAsia="Times New Roman" w:cs="Times New Roman"/>
          <w:sz w:val="24"/>
        </w:rPr>
        <w:t xml:space="preserve">, I have proven myself to be an asset to </w:t>
      </w:r>
      <w:r>
        <w:rPr>
          <w:rFonts w:ascii="Times New Roman" w:hAnsi="Times New Roman" w:eastAsia="Times New Roman" w:cs="Times New Roman"/>
          <w:sz w:val="24"/>
        </w:rPr>
        <w:t>[NAME OF ORGANIZATION]</w:t>
      </w:r>
      <w:r>
        <w:rPr>
          <w:rFonts w:ascii="Times New Roman" w:hAnsi="Times New Roman" w:eastAsia="Times New Roman" w:cs="Times New Roman"/>
          <w:sz w:val="24"/>
        </w:rPr>
        <w:t xml:space="preserve"> by: </w:t>
      </w:r>
      <w:r>
        <w:rPr>
          <w:rFonts w:ascii="Times New Roman" w:hAnsi="Times New Roman" w:eastAsia="Times New Roman" w:cs="Times New Roman"/>
          <w:sz w:val="24"/>
        </w:rPr>
        <w:t>[DESCRIPTION OF HOW EMPLOYEE HAS BEEN A VALUABLE EMPLOYEE]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Furthermore, I have distinguished myself by: </w:t>
      </w:r>
      <w:r>
        <w:rPr>
          <w:rFonts w:ascii="Times New Roman" w:hAnsi="Times New Roman" w:eastAsia="Times New Roman" w:cs="Times New Roman"/>
          <w:sz w:val="24"/>
        </w:rPr>
        <w:t>[GIVE 1 OR 2 EXAMPLES OF THE EMPLOYEE'S OUTSTANDING ACHIEVEMENTS]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As </w:t>
      </w:r>
      <w:r>
        <w:rPr>
          <w:rFonts w:ascii="Times New Roman" w:hAnsi="Times New Roman" w:eastAsia="Times New Roman" w:cs="Times New Roman"/>
          <w:sz w:val="24"/>
        </w:rPr>
        <w:t>[REQUESTED POSITION]</w:t>
      </w:r>
      <w:r>
        <w:rPr>
          <w:rFonts w:ascii="Times New Roman" w:hAnsi="Times New Roman" w:eastAsia="Times New Roman" w:cs="Times New Roman"/>
          <w:sz w:val="24"/>
        </w:rPr>
        <w:t xml:space="preserve">, I will be able to bring additional value to </w:t>
      </w:r>
      <w:r>
        <w:rPr>
          <w:rFonts w:ascii="Times New Roman" w:hAnsi="Times New Roman" w:eastAsia="Times New Roman" w:cs="Times New Roman"/>
          <w:sz w:val="24"/>
        </w:rPr>
        <w:t>[NAME OF ORGANIZATION]</w:t>
      </w:r>
      <w:r>
        <w:rPr>
          <w:rFonts w:ascii="Times New Roman" w:hAnsi="Times New Roman" w:eastAsia="Times New Roman" w:cs="Times New Roman"/>
          <w:sz w:val="24"/>
        </w:rPr>
        <w:t xml:space="preserve"> by </w:t>
      </w:r>
      <w:r>
        <w:rPr>
          <w:rFonts w:ascii="Times New Roman" w:hAnsi="Times New Roman" w:eastAsia="Times New Roman" w:cs="Times New Roman"/>
          <w:sz w:val="24"/>
        </w:rPr>
        <w:t>[DESCRIPTION OF HOW EMPLOYEE WILL BE ABLE TO DO MORE FOR THE EMPLOYER FOLLOWING THEIR PROMOTION]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If you have any questions regarding this request or if you require any documentation or references, please contact me at </w:t>
      </w:r>
      <w:r>
        <w:rPr>
          <w:rFonts w:ascii="Times New Roman" w:hAnsi="Times New Roman" w:eastAsia="Times New Roman" w:cs="Times New Roman"/>
          <w:sz w:val="24"/>
        </w:rPr>
        <w:t>[PHONE NUMBER/EMAIL ADDRESS]</w:t>
      </w:r>
      <w:r>
        <w:rPr>
          <w:rFonts w:ascii="Times New Roman" w:hAnsi="Times New Roman" w:eastAsia="Times New Roman" w:cs="Times New Roman"/>
          <w:sz w:val="24"/>
        </w:rPr>
        <w:t xml:space="preserve">. Thank you for your time and consideration regarding my candidacy for </w:t>
      </w:r>
      <w:r>
        <w:rPr>
          <w:rFonts w:ascii="Times New Roman" w:hAnsi="Times New Roman" w:eastAsia="Times New Roman" w:cs="Times New Roman"/>
          <w:sz w:val="24"/>
        </w:rPr>
        <w:t>[REQUESTED POSITION/TITLE]</w:t>
      </w:r>
      <w:r>
        <w:rPr>
          <w:rFonts w:ascii="Times New Roman" w:hAnsi="Times New Roman" w:eastAsia="Times New Roman" w:cs="Times New Roman"/>
          <w:sz w:val="24"/>
        </w:rPr>
        <w:t xml:space="preserve">.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