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Joinder to 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JOINDER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JOINDER to the Limited Liability Company Operating Agreement of [Company], LLC,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limited liability company (the "Company"), dated as of [Date], as amended or restated from time to time, by and among the Members of the Company (the "Agreement"), is made and entered into as of [Date] by and between the Company and [Name] ("Holder"). Capitalized terms used herein but not otherwise defined shall have the meanings set forth in the Agreement.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on the date hereof, Holder has acquired [number] Units from [name], the Company requires Holder,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of such Units,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Agreement, and Holder agrees to do so in accordance with the terms hereof. </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contained herein and other good and valuable consideration, the receipt and sufficiency of which are hereby acknowledged, the parties to this Joinder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Agreement to be Bound.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Holder hereby (i) acknowledges that it has received and reviewed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copy of the Agreement and (ii) agrees that upon execution of this Joinder, it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Agreement and shall be fully bound by, and subject to, all of the covenants, terms and conditions of the Agreement as though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party thereto and shall be deemed, and is hereby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for all purposes thereof and entitled to all the rights incidental thereto. </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purposes of Members [Exhibit or Schedule], the address of the Holder is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[Name], [Address]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and the rights of the parties hereunder shall be interpreted in accordance with the laws of the State of [State], and all rights and remedies shall be governed by such laws without regard to principles of conflicts of laws. </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Joinder may be executed in separate counterparts each of which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agreement. </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Joinder to the Limited Liability Company Operating Agreement of [Company], LLC as of the date set forth in the first paragraph hereof.</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[Company], LLC </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[Signer's Name], </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[HOLDER]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[Signer's Name], </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