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Joinder to Shareholders’ Agreement</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JOINDER TO SHAREHOLDERS AGREEMENT</w:t>
      </w:r>
    </w:p>
    <w:p>
      <w:pPr>
        <w:keepNext w:val="0"/>
        <w:spacing w:before="200" w:after="0" w:line="260" w:lineRule="exact"/>
        <w:ind w:left="360" w:right="0" w:firstLine="0"/>
        <w:jc w:val="both"/>
      </w:pPr>
      <w:r>
        <w:rPr>
          <w:rFonts w:ascii="Times New Roman" w:hAnsi="Times New Roman" w:eastAsia="Times New Roman" w:cs="Times New Roman"/>
          <w:b w:val="0"/>
          <w:sz w:val="24"/>
        </w:rPr>
        <w:t>This Joinder Agreement (this “</w:t>
      </w:r>
      <w:r>
        <w:rPr>
          <w:rFonts w:ascii="Times New Roman" w:hAnsi="Times New Roman" w:eastAsia="Times New Roman" w:cs="Times New Roman"/>
          <w:b/>
          <w:sz w:val="24"/>
        </w:rPr>
        <w:t>Joinder Agreement</w:t>
      </w:r>
      <w:r>
        <w:rPr>
          <w:rFonts w:ascii="Times New Roman" w:hAnsi="Times New Roman" w:eastAsia="Times New Roman" w:cs="Times New Roman"/>
          <w:b w:val="0"/>
          <w:sz w:val="24"/>
        </w:rPr>
        <w:t>”) is made as of the date written below by the undersigned (the “</w:t>
      </w:r>
      <w:r>
        <w:rPr>
          <w:rFonts w:ascii="Times New Roman" w:hAnsi="Times New Roman" w:eastAsia="Times New Roman" w:cs="Times New Roman"/>
          <w:b/>
          <w:sz w:val="24"/>
        </w:rPr>
        <w:t>Joining Party</w:t>
      </w:r>
      <w:r>
        <w:rPr>
          <w:rFonts w:ascii="Times New Roman" w:hAnsi="Times New Roman" w:eastAsia="Times New Roman" w:cs="Times New Roman"/>
          <w:b w:val="0"/>
          <w:sz w:val="24"/>
        </w:rPr>
        <w:t>”) in accordance with the Amended and Restated Shareholders’ Agreement dated as of [month day, 20__] (the “</w:t>
      </w:r>
      <w:r>
        <w:rPr>
          <w:rFonts w:ascii="Times New Roman" w:hAnsi="Times New Roman" w:eastAsia="Times New Roman" w:cs="Times New Roman"/>
          <w:b/>
          <w:sz w:val="24"/>
        </w:rPr>
        <w:t>Shareholders’ Agreement</w:t>
      </w:r>
      <w:r>
        <w:rPr>
          <w:rFonts w:ascii="Times New Roman" w:hAnsi="Times New Roman" w:eastAsia="Times New Roman" w:cs="Times New Roman"/>
          <w:b w:val="0"/>
          <w:sz w:val="24"/>
        </w:rPr>
        <w:t xml:space="preserve">”) among [party], [party], and the other parties listed on the signature pages thereof, as the same may be amended from time to time. Capitalized terms used, but not defined, herein shall have the meaning ascribed to such terms in the Shareholders’ Agreement.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Joining Party hereby acknowledges, agrees and confirms that, by its execution of this Joinder Agreement, the Joining Party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Shareholders’ Agreement as of the date hereof and shall have all of the rights and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thereunder as if it had executed the Shareholders’ Agreement. The Joining Party hereby ratifies, as of the date hereof, and agrees to be bound by, all of the terms, provisions and conditions contained in the Shareholders Agreement. </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has executed this Joinder Agreement as of the date written below.</w:t>
      </w:r>
    </w:p>
    <w:p>
      <w:pPr>
        <w:keepNext w:val="0"/>
        <w:spacing w:before="200" w:after="0" w:line="260" w:lineRule="exact"/>
        <w:ind w:left="360" w:right="0" w:firstLine="0"/>
        <w:jc w:val="both"/>
      </w:pPr>
      <w:r>
        <w:rPr>
          <w:rFonts w:ascii="Times New Roman" w:hAnsi="Times New Roman" w:eastAsia="Times New Roman" w:cs="Times New Roman"/>
          <w:b w:val="0"/>
          <w:sz w:val="24"/>
        </w:rPr>
        <w:t>Date: _________________, ________</w:t>
      </w:r>
    </w:p>
    <w:p>
      <w:pPr>
        <w:keepNext w:val="0"/>
        <w:spacing w:before="120" w:after="0" w:line="260" w:lineRule="exact"/>
        <w:ind w:left="360" w:right="0" w:firstLine="0"/>
        <w:jc w:val="right"/>
      </w:pPr>
      <w:r>
        <w:rPr>
          <w:rFonts w:ascii="Times New Roman" w:hAnsi="Times New Roman" w:eastAsia="Times New Roman" w:cs="Times New Roman"/>
          <w:b w:val="0"/>
          <w:sz w:val="24"/>
        </w:rPr>
        <w:t>[name of joining party]</w:t>
      </w:r>
    </w:p>
    <w:p>
      <w:pPr>
        <w:keepNext w:val="0"/>
        <w:spacing w:before="120" w:after="0" w:line="260" w:lineRule="exact"/>
        <w:ind w:left="360" w:right="0" w:firstLine="0"/>
        <w:jc w:val="righ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right"/>
      </w:pPr>
      <w:r>
        <w:rPr>
          <w:rFonts w:ascii="Times New Roman" w:hAnsi="Times New Roman" w:eastAsia="Times New Roman" w:cs="Times New Roman"/>
          <w:b w:val="0"/>
          <w:sz w:val="24"/>
        </w:rPr>
        <w:t>Name:</w:t>
      </w:r>
    </w:p>
    <w:p>
      <w:pPr>
        <w:keepNext w:val="0"/>
        <w:spacing w:before="120" w:after="0" w:line="260" w:lineRule="exact"/>
        <w:ind w:left="360" w:right="0" w:firstLine="0"/>
        <w:jc w:val="right"/>
      </w:pPr>
      <w:r>
        <w:rPr>
          <w:rFonts w:ascii="Times New Roman" w:hAnsi="Times New Roman" w:eastAsia="Times New Roman" w:cs="Times New Roman"/>
          <w:b w:val="0"/>
          <w:sz w:val="24"/>
        </w:rPr>
        <w:t>Title:</w:t>
      </w:r>
    </w:p>
    <w:p>
      <w:pPr>
        <w:keepNext w:val="0"/>
        <w:spacing w:before="200" w:after="0" w:line="260" w:lineRule="exact"/>
        <w:ind w:left="360" w:right="0" w:firstLine="0"/>
        <w:jc w:val="right"/>
      </w:pPr>
      <w:r>
        <w:rPr>
          <w:rFonts w:ascii="Times New Roman" w:hAnsi="Times New Roman" w:eastAsia="Times New Roman" w:cs="Times New Roman"/>
          <w:b w:val="0"/>
          <w:sz w:val="24"/>
        </w:rPr>
        <w:t>Address for Notices: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