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Completion Board Minutes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NUMBER: [company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[Company name] </w:t>
      </w:r>
      <w:r>
        <w:rPr>
          <w:rFonts w:ascii="Times New Roman" w:hAnsi="Times New Roman" w:eastAsia="Times New Roman" w:cs="Times New Roman"/>
          <w:b/>
          <w:sz w:val="24"/>
        </w:rPr>
        <w:t>LIMITED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(the </w:t>
      </w:r>
      <w:r>
        <w:rPr>
          <w:rFonts w:ascii="Times New Roman" w:hAnsi="Times New Roman" w:eastAsia="Times New Roman" w:cs="Times New Roman"/>
          <w:b/>
          <w:sz w:val="24"/>
        </w:rPr>
        <w:t>Meeting</w:t>
      </w:r>
      <w:r>
        <w:rPr>
          <w:rFonts w:ascii="Times New Roman" w:hAnsi="Times New Roman" w:eastAsia="Times New Roman" w:cs="Times New Roman"/>
          <w:b w:val="0"/>
          <w:sz w:val="24"/>
        </w:rPr>
        <w:t xml:space="preserve">) of [full name of company] Limited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Held at [place of meeting]</w:t>
      </w:r>
    </w:p>
    <w:p>
      <w:pPr>
        <w:keepNext w:val="0"/>
        <w:spacing w:before="200" w:after="0" w:line="260" w:lineRule="exact"/>
        <w:ind w:left="360" w:right="0" w:firstLine="0"/>
        <w:jc w:val="both"/>
      </w:pPr>
      <w:r>
        <w:rPr>
          <w:rFonts w:ascii="Times New Roman" w:hAnsi="Times New Roman" w:eastAsia="Times New Roman" w:cs="Times New Roman"/>
          <w:b w:val="0"/>
          <w:sz w:val="24"/>
        </w:rPr>
        <w:t>Held on [day, month and year of meeting] at [time of meeting] [am OR pm]</w:t>
      </w:r>
    </w:p>
    <w:p>
      <w:pPr>
        <w:keepNext w:val="0"/>
        <w:spacing w:before="200" w:after="0" w:line="260" w:lineRule="exact"/>
        <w:ind w:left="360" w:right="0" w:firstLine="0"/>
        <w:jc w:val="both"/>
      </w:pPr>
      <w:r>
        <w:rPr>
          <w:rFonts w:ascii="Times New Roman" w:hAnsi="Times New Roman" w:eastAsia="Times New Roman" w:cs="Times New Roman"/>
          <w:b/>
          <w:sz w:val="24"/>
        </w:rPr>
        <w:t>PRESENT</w:t>
      </w:r>
      <w:r>
        <w:rPr>
          <w:rFonts w:ascii="Times New Roman" w:hAnsi="Times New Roman" w:eastAsia="Times New Roman" w:cs="Times New Roman"/>
          <w:b w:val="0"/>
          <w:sz w:val="24"/>
        </w:rPr>
        <w:t>: [name of director to be chairman] (</w:t>
      </w:r>
      <w:r>
        <w:rPr>
          <w:rFonts w:ascii="Times New Roman" w:hAnsi="Times New Roman" w:eastAsia="Times New Roman" w:cs="Times New Roman"/>
          <w:b/>
          <w:sz w:val="24"/>
        </w:rPr>
        <w:t>Chairman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[names of directors who are physically present]</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telephone as permitted by the Company’s articles of association] (by telephone)]</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other means as permitted by the Company’s articles of association] (by [other means])]</w:t>
      </w:r>
    </w:p>
    <w:p>
      <w:pPr>
        <w:keepNext w:val="0"/>
        <w:spacing w:before="200" w:after="0" w:line="260" w:lineRule="exact"/>
        <w:ind w:left="360" w:right="0" w:firstLine="0"/>
        <w:jc w:val="both"/>
      </w:pPr>
      <w:r>
        <w:rPr>
          <w:rFonts w:ascii="Times New Roman" w:hAnsi="Times New Roman" w:eastAsia="Times New Roman" w:cs="Times New Roman"/>
          <w:b/>
          <w:sz w:val="24"/>
        </w:rPr>
        <w:t>[IN ATTENDANCE:]</w:t>
      </w:r>
      <w:r>
        <w:rPr>
          <w:rFonts w:ascii="Times New Roman" w:hAnsi="Times New Roman" w:eastAsia="Times New Roman" w:cs="Times New Roman"/>
          <w:b w:val="0"/>
          <w:sz w:val="24"/>
        </w:rPr>
        <w:t xml:space="preserve"> [[names of those in attendance, who do not count towards the quorum (eg the company secretary, any legal advisers) (if any)]]</w:t>
      </w:r>
    </w:p>
    <w:p>
      <w:pPr>
        <w:keepNext w:val="0"/>
        <w:spacing w:before="200" w:after="0" w:line="260" w:lineRule="exact"/>
        <w:ind w:left="360" w:right="0" w:firstLine="0"/>
        <w:jc w:val="both"/>
      </w:pPr>
      <w:r>
        <w:rPr>
          <w:rFonts w:ascii="Times New Roman" w:hAnsi="Times New Roman" w:eastAsia="Times New Roman" w:cs="Times New Roman"/>
          <w:b/>
          <w:sz w:val="24"/>
        </w:rPr>
        <w:t>[APOLOGIES:]</w:t>
      </w:r>
      <w:r>
        <w:rPr>
          <w:rFonts w:ascii="Times New Roman" w:hAnsi="Times New Roman" w:eastAsia="Times New Roman" w:cs="Times New Roman"/>
          <w:b w:val="0"/>
          <w:sz w:val="24"/>
        </w:rPr>
        <w:t xml:space="preserve"> [[names of directors who are unable to attend meeting (if any)]]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Notice and Quorum.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was appointed Chairman of the Meeting. The Chairman reported that due notice of the Meeting had been given in accordance with the Company’s articles of association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 xml:space="preserve">) and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Accordingly, the Chairman declared the Meeting open.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reported that the purpose of the Meeting was to consider and, if thought fit, approve certain documents and various matters relating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of the joint venture as outlined in clause [clause number] of the Joint Venture Agreement dated [date] and entered into between [name], the joint venture company (the </w:t>
      </w:r>
      <w:r>
        <w:rPr>
          <w:rFonts w:ascii="Times New Roman" w:hAnsi="Times New Roman" w:eastAsia="Times New Roman" w:cs="Times New Roman"/>
          <w:b/>
          <w:sz w:val="24"/>
        </w:rPr>
        <w:t>JVC</w:t>
      </w:r>
      <w:r>
        <w:rPr>
          <w:rFonts w:ascii="Times New Roman" w:hAnsi="Times New Roman" w:eastAsia="Times New Roman" w:cs="Times New Roman"/>
          <w:b w:val="0"/>
          <w:sz w:val="24"/>
        </w:rPr>
        <w:t xml:space="preserve">) (1), the Company (2) and [name of second shareholder] (3) (the </w:t>
      </w:r>
      <w:r>
        <w:rPr>
          <w:rFonts w:ascii="Times New Roman" w:hAnsi="Times New Roman" w:eastAsia="Times New Roman" w:cs="Times New Roman"/>
          <w:b/>
          <w:sz w:val="24"/>
        </w:rPr>
        <w:t>JVA</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of the transfer of the business and assets of [division] of the Company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to the JVC on the terms of the Business Transfer Agreement dated [date] and entered into between the Company (1) and the JVC (2) (the </w:t>
      </w:r>
      <w:r>
        <w:rPr>
          <w:rFonts w:ascii="Times New Roman" w:hAnsi="Times New Roman" w:eastAsia="Times New Roman" w:cs="Times New Roman"/>
          <w:b/>
          <w:sz w:val="24"/>
        </w:rPr>
        <w:t>Transfer Agreement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reported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meeting of the JVC had also been convened for such purposes and that the board meeting of the JVC would be held immediately after the close of this Meeting.</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Interests.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drew the attention of the Meeting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notice in writing from [name of director] dated [date of notice] made and sent to the other directors of the Company in accordance with section 538 (1)(b) of the Companies Ordinance (Cap 622) (the </w:t>
      </w:r>
      <w:r>
        <w:rPr>
          <w:rFonts w:ascii="Times New Roman" w:hAnsi="Times New Roman" w:eastAsia="Times New Roman" w:cs="Times New Roman"/>
          <w:b/>
          <w:sz w:val="24"/>
        </w:rPr>
        <w:t>CO</w:t>
      </w:r>
      <w:r>
        <w:rPr>
          <w:rFonts w:ascii="Times New Roman" w:hAnsi="Times New Roman" w:eastAsia="Times New Roman" w:cs="Times New Roman"/>
          <w:b w:val="0"/>
          <w:sz w:val="24"/>
        </w:rPr>
        <w:t>), which the Chairman noted was deemed to form part of the proceedings at the Meeting[; and OR.]</w:t>
      </w:r>
    </w:p>
    <w:p>
      <w:pPr>
        <w:keepNext w:val="0"/>
        <w:spacing w:before="200" w:after="0" w:line="260" w:lineRule="exact"/>
        <w:ind w:left="1080" w:right="0" w:firstLine="0"/>
        <w:jc w:val="both"/>
      </w:pPr>
      <w:r>
        <w:rPr>
          <w:rFonts w:ascii="Times New Roman" w:hAnsi="Times New Roman" w:eastAsia="Times New Roman" w:cs="Times New Roman"/>
          <w:b w:val="0"/>
          <w:sz w:val="24"/>
        </w:rPr>
        <w:t>AND/OR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general notice from [name of director] dated [date] made and given to the other directors of the Company in accordance with section 538 (1)(c) of CO, which the Chairman then read to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OR Each of the directors present]confirmed that they had no interest in the business of the Meeting that they were required to declare by section 536 of CO or the Articles, which they had not previously duly declared in accordance with the relevant provisions[. OR ; and]</w:t>
      </w:r>
    </w:p>
    <w:p>
      <w:pPr>
        <w:keepNext w:val="0"/>
        <w:spacing w:before="200" w:after="0" w:line="260" w:lineRule="exact"/>
        <w:ind w:left="720" w:right="0" w:firstLine="0"/>
        <w:jc w:val="both"/>
      </w:pPr>
      <w:r>
        <w:rPr>
          <w:rFonts w:ascii="Times New Roman" w:hAnsi="Times New Roman" w:eastAsia="Times New Roman" w:cs="Times New Roman"/>
          <w:b w:val="0"/>
          <w:sz w:val="24"/>
        </w:rPr>
        <w:t>AND/OR</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OR Each of the directors present]declared the nature and extent of their interests in the business of the Meeting in so far as required by section 536 of CO [and the Articles], to the extent that these had not previously been duly declared in accordance with the relevant provisions[. OR :]]</w:t>
      </w:r>
    </w:p>
    <w:p>
      <w:pPr>
        <w:keepNext w:val="0"/>
        <w:spacing w:before="200" w:after="0" w:line="260" w:lineRule="exact"/>
        <w:ind w:left="720" w:right="0" w:firstLine="0"/>
        <w:jc w:val="both"/>
      </w:pPr>
      <w:r>
        <w:rPr>
          <w:rFonts w:ascii="Times New Roman" w:hAnsi="Times New Roman" w:eastAsia="Times New Roman" w:cs="Times New Roman"/>
          <w:b/>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sz w:val="24"/>
        </w:rPr>
        <w:t>NATURE AND EXTENT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[Nature and extent of interest]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that none of the directors present were otherwise prevented from doing so.</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not entitled to vote or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subject to certain [restrictions being observed AND/OR [and] approvals being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the director is interested and that none of the directors present were otherwise prevented from doing so. The Chairman further noted that [the restrictions in the Articles were being observed AND/OR [and] the approvals required by the Articles had been obtained] where relevant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to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were produced to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JVA signed on behalf of the JVC, the Company and [name of second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Agreement signed on behalf of the Company and the JVC;</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disclosure letter and accompanying bundles from the Company to the JVC setting out specific disclosures that the Company intended to make against the warranties in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providing evidence of satisfaction of the conditions to completion of the JVA and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transfers or assignments required in relation to specific assets to be transferred pursuant to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letters to be sent to customers, suppliers and/or employees of the business to inform them of the transfer];]</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agreements which the Company may be required to execute in relation to the joint venture or the Business transfer];]</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budget for the current financial year of the JVC initialled on behalf of each of the JVC, the Company and [name of second shareholder] (the </w:t>
      </w:r>
      <w:r>
        <w:rPr>
          <w:rFonts w:ascii="Times New Roman" w:hAnsi="Times New Roman" w:eastAsia="Times New Roman" w:cs="Times New Roman"/>
          <w:b/>
          <w:sz w:val="24"/>
        </w:rPr>
        <w:t>Annual Budget</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from the Company to subscribe for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[price per share] per share credited as fully paid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amount of [nominal amount] of HK$[amount] [rate]% [unsecured] loan notes 20[year] in the JVC (</w:t>
      </w:r>
      <w:r>
        <w:rPr>
          <w:rFonts w:ascii="Times New Roman" w:hAnsi="Times New Roman" w:eastAsia="Times New Roman" w:cs="Times New Roman"/>
          <w:b/>
          <w:sz w:val="24"/>
        </w:rPr>
        <w:t>Loan Notes</w:t>
      </w:r>
      <w:r>
        <w:rPr>
          <w:rFonts w:ascii="Times New Roman" w:hAnsi="Times New Roman" w:eastAsia="Times New Roman" w:cs="Times New Roman"/>
          <w:b w:val="0"/>
          <w:sz w:val="24"/>
        </w:rPr>
        <w:t>) at par].</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Documents.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of the documents referred to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was considered in turn and the Chairman noted that the consideration payable by the Company for the issue to it by the JVC of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[and the nominal amount of [nominal amount] of Loan Notes in the JVC at par] is [the transfer of the Business to the JVC on the terms of the Transfer Agreement AND/OR [and] the payment of HK$[amount] to be satisfied in cash].</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due and careful consideration of each of the documents referred to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IT WAS RESOLVED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of the Company (or in the case of any document that needs to be signed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any two directors [or any one director and the company secretary] or any director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attests his signature) is authorised to execute and deliver such of the documents referred to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are required in relation to the completion of the JVA and/or the Transfer Agreement[, subject to such amendments as the director in the director’s sole discretion thinks fit OR in the form produced to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of the Company is authorised to approve any ancillary documents which the director may consider necessary or desirable in connection with completion of the JVA and/or the transfer of the Business to the Company and to execute the same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is approved and adopted; and</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of the Company is authorised to execute and deliver to the JVC the application referred to in paragraph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Close of Meeting.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the Chairman declared the Meeting closed.</w:t>
      </w:r>
    </w:p>
    <w:p>
      <w:pPr>
        <w:keepNext w:val="0"/>
        <w:spacing w:before="200" w:after="0" w:line="260" w:lineRule="exact"/>
        <w:ind w:left="360" w:right="0" w:firstLine="0"/>
        <w:jc w:val="both"/>
      </w:pPr>
      <w:r>
        <w:rPr>
          <w:rFonts w:ascii="Times New Roman" w:hAnsi="Times New Roman" w:eastAsia="Times New Roman" w:cs="Times New Roman"/>
          <w:b w:val="0"/>
          <w:sz w:val="24"/>
        </w:rPr>
        <w:t>Chairman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