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Jury Trial Demand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NO. [case file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DEMAND FOR TRIAL BY JURY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[name of clerk], Clerk: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[Party designation (e.g., Plaintiff)] [name of party demanding jury] demands trial by jury in this case.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Payment in the amount of $[amount], for the [district court / county court] jury fee accompanies this demand.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State Bar of Texas No. [state bar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[fax number,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 (e.g., Plaintiff)] [party name]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certify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copy of the above Notice of Submission of [moving party designation (e.g., Defendant] [moving party name]'s Motion [identify motion type (e.g., to Dismiss)] has this day been served on the following [party/parties] by [manner of service (e.g., electronically by transmission to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electronic filing service provider for service through the state's electronic filing manager)]: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[counsel/party name(s), address(es), party designation(s)]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SIGNED: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(attorney signature)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 (e.g., Plaintiff)] [party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