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Jury Trial Demand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SUPERIOR COURT OF THE STATE OF WASHINGTON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FOR [county name] COUNTY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Pursuant to Washington Civil Rule 38(b), [Plaintiff or Defendant] [party name] hereby respectfully demands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jury trial in the above entitled action, as further specified below.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[Plaintiff or Defendant] demands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jury of [12 or 6] jurors.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[Plaintiff or Defendant] demands that all issues in this case that are triable by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jury be tried by the jury.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applicable jury fee is hereby deposited with the clerk of the court, along with this demand.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submitted,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_______________________________ (attorney signature)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Washington State Bar Association No. [state bar I.D. number]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[e-mail address]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[Plaintiff or Defendant] [party name]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