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Kansas 14-Day Notice to Quit for Non-Compliance</w:t>
      </w:r>
    </w:p>
    <w:p>
      <w:pPr>
        <w:spacing w:before="4" w:after="0"/>
        <w:jc w:val="center"/>
      </w:pPr>
      <w:r>
        <w:rPr>
          <w:rFonts w:ascii="Times New Roman" w:hAnsi="Times New Roman" w:eastAsia="Times New Roman" w:cs="Times New Roman"/>
          <w:sz w:val="24"/>
        </w:rPr>
        <w:t>(In Accordance with K.S.A. 58-2564)</w:t>
      </w:r>
    </w:p>
    <w:p>
      <w:pPr>
        <w:spacing w:before="4" w:after="0"/>
        <w:jc w:val="center"/>
      </w:pPr>
    </w:p>
    <w:p>
      <w:pPr/>
    </w:p>
    <w:p>
      <w:pPr>
        <w:spacing w:before="6" w:after="0"/>
      </w:pPr>
      <w:r>
        <w:rPr>
          <w:rFonts w:ascii="Times New Roman" w:hAnsi="Times New Roman" w:eastAsia="Times New Roman" w:cs="Times New Roman"/>
          <w:sz w:val="24"/>
        </w:rPr>
        <w:t>Date: _______________________</w:t>
      </w:r>
    </w:p>
    <w:p>
      <w:pPr>
        <w:spacing w:before="6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To: _________________________ </w:t>
      </w:r>
    </w:p>
    <w:p>
      <w:pPr>
        <w:spacing w:before="0" w:after="0"/>
      </w:pPr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 xml:space="preserve">Rental (Premises) Street Address: </w:t>
      </w:r>
      <w:r>
        <w:rPr>
          <w:rFonts w:ascii="Times New Roman" w:hAnsi="Times New Roman" w:eastAsia="Times New Roman" w:cs="Times New Roman"/>
          <w:sz w:val="24"/>
        </w:rPr>
        <w:t xml:space="preserve">___________________________ </w:t>
      </w:r>
      <w:r>
        <w:rPr>
          <w:rFonts w:ascii="Times New Roman" w:hAnsi="Times New Roman" w:eastAsia="Times New Roman" w:cs="Times New Roman"/>
          <w:sz w:val="24"/>
        </w:rPr>
        <w:t xml:space="preserve">Unit #: </w:t>
      </w: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________________________________ State: Kansas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 xml:space="preserve">You are hereby notified that you have materially breached your rental agreement and your lease will terminate on this _______ day of ______________________, 20_________, a date no less than thirty (30) days of this notice, unless within </w:t>
      </w:r>
      <w:r>
        <w:rPr>
          <w:rFonts w:ascii="Times New Roman" w:hAnsi="Times New Roman" w:eastAsia="Times New Roman" w:cs="Times New Roman"/>
          <w:b/>
          <w:sz w:val="24"/>
        </w:rPr>
        <w:t>fourteen (14) days of this notice</w:t>
      </w:r>
      <w:r>
        <w:rPr>
          <w:rFonts w:ascii="Times New Roman" w:hAnsi="Times New Roman" w:eastAsia="Times New Roman" w:cs="Times New Roman"/>
          <w:sz w:val="24"/>
        </w:rPr>
        <w:t>, the following acts and omissions that constitute the breach are remedied:</w:t>
      </w:r>
    </w:p>
    <w:p>
      <w:pPr>
        <w:spacing w:line="276" w:lineRule="auto"/>
      </w:pPr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spacing w:line="252" w:lineRule="auto"/>
      </w:pPr>
    </w:p>
    <w:p>
      <w:pPr>
        <w:spacing w:line="252" w:lineRule="auto"/>
      </w:pPr>
      <w:r>
        <w:rPr>
          <w:rFonts w:ascii="Times New Roman" w:hAnsi="Times New Roman" w:eastAsia="Times New Roman" w:cs="Times New Roman"/>
          <w:sz w:val="24"/>
        </w:rPr>
        <w:t>If you do not remedy the violation(s) listed above by doing the following:</w:t>
      </w:r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 xml:space="preserve">___________________________________________________________________________, within fourteen (14) days of the date you receive this notice, your tenancy will terminate after thirty (30) days, and you will be required to move out by _______/_______/__________ at ____________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PM. If you have not remedied the problem(s) and have not moved out by the date above, a lawsuit may be filed to evict you. If you remedy the problem(s) within fourteen (14) days, the rental agreement will not terminate. In the event that a similar breach occurs after the fourteen-day period prescribed herein, you may be given a notice to terminate the tenancy and NOT be given an opportunity to fix the violation.</w:t>
      </w:r>
    </w:p>
    <w:p>
      <w:pPr/>
    </w:p>
    <w:p>
      <w:pPr>
        <w:spacing w:line="276" w:lineRule="auto"/>
      </w:pPr>
      <w:r>
        <w:rPr>
          <w:rFonts w:ascii="Times New Roman" w:hAnsi="Times New Roman" w:eastAsia="Times New Roman" w:cs="Times New Roman"/>
          <w:sz w:val="24"/>
        </w:rPr>
        <w:t xml:space="preserve">Landlord/Agent Signature: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</w:t>
      </w:r>
      <w:r>
        <w:rPr>
          <w:rFonts w:ascii="Times New Roman" w:hAnsi="Times New Roman" w:eastAsia="Times New Roman" w:cs="Times New Roman"/>
          <w:sz w:val="24"/>
        </w:rPr>
        <w:t>Printed Name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line="276" w:lineRule="auto"/>
      </w:pPr>
    </w:p>
    <w:p>
      <w:pPr>
        <w:spacing w:before="0" w:after="0"/>
      </w:pP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 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I certify that on the _____ day of ____________________, 20_____ I served this notice to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__________________________ by: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Delivering it personally to the person in possession.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Delivering it on the premises to a member of the tenant’s family or household, whose suitable age exceeds that of 12 years, and discretion with a request that it be delivered to the person in possession.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Registered/Certified Mail, with a return receipt, addressed to the person in possession.</w:t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Posting a copy in a conspicuous place at the premises since no person was found thereon.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