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40" w:lineRule="auto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3-DAY NOTICE FOR NONPAYMENT OF RENT</w:t>
      </w:r>
    </w:p>
    <w:p>
      <w:pPr>
        <w:spacing w:before="0" w:after="0" w:line="240" w:lineRule="auto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AND NOTICE TO LEAVE PROPERTY</w:t>
      </w:r>
    </w:p>
    <w:p>
      <w:pPr>
        <w:spacing w:before="0" w:after="0" w:line="240" w:lineRule="auto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(IN-PERSON DELIVERY)</w:t>
      </w:r>
    </w:p>
    <w:p>
      <w:pPr>
        <w:spacing w:before="0" w:after="0" w:line="240" w:lineRule="auto"/>
      </w:pPr>
    </w:p>
    <w:p>
      <w:pPr>
        <w:spacing w:before="0" w:after="0" w:line="240" w:lineRule="auto"/>
        <w:jc w:val="both"/>
      </w:pPr>
    </w:p>
    <w:p>
      <w:pPr>
        <w:spacing w:before="0" w:after="0" w:line="240" w:lineRule="auto"/>
        <w:jc w:val="both"/>
      </w:pPr>
      <w:r>
        <w:rPr>
          <w:rFonts w:ascii="Times New Roman" w:hAnsi="Times New Roman" w:eastAsia="Times New Roman" w:cs="Times New Roman"/>
          <w:b/>
          <w:sz w:val="24"/>
        </w:rPr>
        <w:t>TO:</w:t>
      </w:r>
      <w:r>
        <w:rPr>
          <w:rFonts w:ascii="Times New Roman" w:hAnsi="Times New Roman" w:eastAsia="Times New Roman" w:cs="Times New Roman"/>
          <w:sz w:val="24"/>
        </w:rPr>
        <w:t xml:space="preserve"> ___________________________________________________________________ </w:t>
      </w:r>
    </w:p>
    <w:p>
      <w:pPr>
        <w:spacing w:before="0" w:after="0" w:line="360" w:lineRule="auto"/>
        <w:jc w:val="both"/>
      </w:pPr>
      <w:r>
        <w:rPr>
          <w:rFonts w:ascii="Times New Roman" w:hAnsi="Times New Roman" w:eastAsia="Times New Roman" w:cs="Times New Roman"/>
          <w:sz w:val="24"/>
        </w:rPr>
        <w:t xml:space="preserve">          </w:t>
      </w:r>
      <w:r>
        <w:rPr>
          <w:rFonts w:ascii="Times New Roman" w:hAnsi="Times New Roman" w:eastAsia="Times New Roman" w:cs="Times New Roman"/>
          <w:sz w:val="24"/>
        </w:rPr>
        <w:tab/>
        <w:tab/>
        <w:tab/>
        <w:tab/>
      </w:r>
      <w:r>
        <w:rPr>
          <w:rFonts w:ascii="Times New Roman" w:hAnsi="Times New Roman" w:eastAsia="Times New Roman" w:cs="Times New Roman"/>
          <w:sz w:val="24"/>
        </w:rPr>
        <w:t>(Tenant’s first and last name)</w:t>
      </w:r>
    </w:p>
    <w:p>
      <w:pPr>
        <w:spacing w:before="0" w:after="0" w:line="240" w:lineRule="auto"/>
      </w:pPr>
      <w:r>
        <w:rPr>
          <w:rFonts w:ascii="Times New Roman" w:hAnsi="Times New Roman" w:eastAsia="Times New Roman" w:cs="Times New Roman"/>
          <w:b/>
          <w:sz w:val="24"/>
        </w:rPr>
        <w:t>FROM:</w:t>
      </w:r>
      <w:r>
        <w:rPr>
          <w:rFonts w:ascii="Times New Roman" w:hAnsi="Times New Roman" w:eastAsia="Times New Roman" w:cs="Times New Roman"/>
          <w:sz w:val="24"/>
        </w:rPr>
        <w:t xml:space="preserve"> _____________________________________________________________________________</w:t>
      </w:r>
    </w:p>
    <w:p>
      <w:pPr>
        <w:spacing w:line="240" w:lineRule="auto"/>
      </w:pPr>
      <w:r>
        <w:rPr>
          <w:rFonts w:ascii="Times New Roman" w:hAnsi="Times New Roman" w:eastAsia="Times New Roman" w:cs="Times New Roman"/>
          <w:sz w:val="24"/>
        </w:rPr>
        <w:tab/>
        <w:tab/>
        <w:tab/>
        <w:tab/>
        <w:t xml:space="preserve">             (Landlord’s first and last name)</w:t>
      </w:r>
    </w:p>
    <w:p>
      <w:pPr>
        <w:spacing w:before="0" w:after="0" w:line="240" w:lineRule="auto"/>
        <w:jc w:val="both"/>
      </w:pPr>
    </w:p>
    <w:p>
      <w:pPr>
        <w:spacing w:before="0" w:after="0" w:line="240" w:lineRule="auto"/>
        <w:jc w:val="both"/>
      </w:pPr>
      <w:r>
        <w:rPr>
          <w:rFonts w:ascii="Times New Roman" w:hAnsi="Times New Roman" w:eastAsia="Times New Roman" w:cs="Times New Roman"/>
          <w:b/>
          <w:sz w:val="24"/>
        </w:rPr>
        <w:t xml:space="preserve">ADDRESS OF PROPERTY: </w:t>
      </w:r>
      <w:r>
        <w:rPr>
          <w:rFonts w:ascii="Times New Roman" w:hAnsi="Times New Roman" w:eastAsia="Times New Roman" w:cs="Times New Roman"/>
          <w:sz w:val="24"/>
        </w:rPr>
        <w:t>_______________________________________________</w:t>
      </w:r>
    </w:p>
    <w:p>
      <w:pPr>
        <w:spacing w:before="0" w:after="0" w:line="240" w:lineRule="auto"/>
        <w:jc w:val="both"/>
      </w:pPr>
      <w:r>
        <w:rPr>
          <w:rFonts w:ascii="Times New Roman" w:hAnsi="Times New Roman" w:eastAsia="Times New Roman" w:cs="Times New Roman"/>
          <w:sz w:val="24"/>
        </w:rPr>
        <w:t>(Street address, city, state, and zip code)</w:t>
      </w:r>
    </w:p>
    <w:p>
      <w:pPr>
        <w:spacing w:before="0" w:after="0" w:line="240" w:lineRule="auto"/>
        <w:jc w:val="both"/>
      </w:pPr>
    </w:p>
    <w:p>
      <w:pPr>
        <w:spacing w:before="0" w:after="0" w:line="240" w:lineRule="auto"/>
        <w:jc w:val="both"/>
      </w:pPr>
      <w:r>
        <w:rPr>
          <w:rFonts w:ascii="Times New Roman" w:hAnsi="Times New Roman" w:eastAsia="Times New Roman" w:cs="Times New Roman"/>
          <w:b/>
          <w:sz w:val="24"/>
        </w:rPr>
        <w:t>Notice Delivered</w:t>
      </w:r>
      <w:r>
        <w:rPr>
          <w:rFonts w:ascii="Times New Roman" w:hAnsi="Times New Roman" w:eastAsia="Times New Roman" w:cs="Times New Roman"/>
          <w:sz w:val="24"/>
        </w:rPr>
        <w:t xml:space="preserve">: ______________________ at _______________________ </w:t>
      </w:r>
    </w:p>
    <w:p>
      <w:pPr>
        <w:spacing w:before="0" w:after="0" w:line="360" w:lineRule="auto"/>
        <w:jc w:val="both"/>
      </w:pPr>
      <w:r>
        <w:rPr>
          <w:rFonts w:ascii="Times New Roman" w:hAnsi="Times New Roman" w:eastAsia="Times New Roman" w:cs="Times New Roman"/>
          <w:b/>
          <w:sz w:val="24"/>
        </w:rPr>
        <w:t xml:space="preserve">                                             </w:t>
      </w:r>
      <w:r>
        <w:rPr>
          <w:rFonts w:ascii="Times New Roman" w:hAnsi="Times New Roman" w:eastAsia="Times New Roman" w:cs="Times New Roman"/>
          <w:sz w:val="24"/>
        </w:rPr>
        <w:t>(Date)</w:t>
        <w:tab/>
        <w:tab/>
        <w:tab/>
        <w:tab/>
        <w:t xml:space="preserve">      (Time</w:t>
      </w:r>
      <w:r>
        <w:rPr>
          <w:rFonts w:ascii="Times New Roman" w:hAnsi="Times New Roman" w:eastAsia="Times New Roman" w:cs="Times New Roman"/>
          <w:sz w:val="24"/>
        </w:rPr>
        <w:t>)</w:t>
      </w:r>
      <w:r>
        <w:rPr>
          <w:rFonts w:ascii="Times New Roman" w:hAnsi="Times New Roman" w:eastAsia="Times New Roman" w:cs="Times New Roman"/>
          <w:b/>
          <w:sz w:val="24"/>
        </w:rPr>
        <w:tab/>
        <w:tab/>
        <w:tab/>
        <w:tab/>
      </w:r>
    </w:p>
    <w:p>
      <w:pPr>
        <w:spacing w:before="0" w:after="0" w:line="240" w:lineRule="auto"/>
        <w:jc w:val="both"/>
      </w:pPr>
      <w:r>
        <w:rPr>
          <w:rFonts w:ascii="Times New Roman" w:hAnsi="Times New Roman" w:eastAsia="Times New Roman" w:cs="Times New Roman"/>
          <w:b/>
          <w:sz w:val="24"/>
        </w:rPr>
        <w:t>WITHIN 3 DAYS</w:t>
      </w:r>
      <w:r>
        <w:rPr>
          <w:rFonts w:ascii="Times New Roman" w:hAnsi="Times New Roman" w:eastAsia="Times New Roman" w:cs="Times New Roman"/>
          <w:sz w:val="24"/>
        </w:rPr>
        <w:t xml:space="preserve">, _______________________ at ___________________, you must pay </w:t>
      </w:r>
    </w:p>
    <w:p>
      <w:pPr>
        <w:spacing w:before="0" w:after="0" w:line="360" w:lineRule="auto"/>
        <w:jc w:val="both"/>
      </w:pPr>
      <w:r>
        <w:rPr>
          <w:rFonts w:ascii="Times New Roman" w:hAnsi="Times New Roman" w:eastAsia="Times New Roman" w:cs="Times New Roman"/>
          <w:sz w:val="24"/>
        </w:rPr>
        <w:tab/>
        <w:tab/>
        <w:tab/>
        <w:t xml:space="preserve">          </w:t>
      </w:r>
      <w:r>
        <w:rPr>
          <w:rFonts w:ascii="Times New Roman" w:hAnsi="Times New Roman" w:eastAsia="Times New Roman" w:cs="Times New Roman"/>
          <w:sz w:val="24"/>
        </w:rPr>
        <w:t>(Date)</w:t>
        <w:tab/>
        <w:tab/>
        <w:tab/>
        <w:t xml:space="preserve">      (Time)</w:t>
      </w:r>
    </w:p>
    <w:p>
      <w:pPr>
        <w:spacing w:before="0" w:after="0" w:line="360" w:lineRule="auto"/>
        <w:jc w:val="both"/>
      </w:pPr>
      <w:r>
        <w:rPr>
          <w:rFonts w:ascii="Times New Roman" w:hAnsi="Times New Roman" w:eastAsia="Times New Roman" w:cs="Times New Roman"/>
          <w:sz w:val="24"/>
        </w:rPr>
        <w:t xml:space="preserve">rent in the amount of </w:t>
      </w:r>
      <w:r>
        <w:rPr>
          <w:rFonts w:ascii="Times New Roman" w:hAnsi="Times New Roman" w:eastAsia="Times New Roman" w:cs="Times New Roman"/>
          <w:sz w:val="24"/>
        </w:rPr>
        <w:t xml:space="preserve">$___________________. </w:t>
      </w:r>
    </w:p>
    <w:p>
      <w:pPr>
        <w:spacing w:before="0" w:after="0" w:line="240" w:lineRule="auto"/>
        <w:jc w:val="both"/>
      </w:pPr>
    </w:p>
    <w:p>
      <w:pPr>
        <w:spacing w:before="0" w:after="0" w:line="240" w:lineRule="auto"/>
        <w:jc w:val="both"/>
      </w:pPr>
      <w:r>
        <w:rPr>
          <w:rFonts w:ascii="Times New Roman" w:hAnsi="Times New Roman" w:eastAsia="Times New Roman" w:cs="Times New Roman"/>
          <w:sz w:val="24"/>
        </w:rPr>
        <w:t xml:space="preserve">If you do not pay this amount, your rental agreement will be terminated for nonpayment of rent, and if you have not moved out of the property, a lawsuit for eviction will be filed against you to remove you from the property.  </w:t>
      </w:r>
    </w:p>
    <w:p>
      <w:pPr>
        <w:spacing w:before="0" w:after="0" w:line="240" w:lineRule="auto"/>
        <w:jc w:val="both"/>
      </w:pPr>
    </w:p>
    <w:p>
      <w:pPr>
        <w:spacing w:before="0" w:after="0" w:line="240" w:lineRule="auto"/>
        <w:jc w:val="both"/>
      </w:pPr>
      <w:r>
        <w:rPr>
          <w:rFonts w:ascii="Times New Roman" w:hAnsi="Times New Roman" w:eastAsia="Times New Roman" w:cs="Times New Roman"/>
          <w:b/>
          <w:sz w:val="24"/>
        </w:rPr>
        <w:t>I delivered this notice in the following manner:</w:t>
      </w:r>
    </w:p>
    <w:p>
      <w:pPr>
        <w:spacing w:before="0" w:after="0" w:line="240" w:lineRule="auto"/>
        <w:jc w:val="both"/>
      </w:pPr>
    </w:p>
    <w:p>
      <w:pPr>
        <w:spacing w:before="0" w:after="0" w:line="240" w:lineRule="auto"/>
        <w:ind w:hanging="360"/>
        <w:jc w:val="both"/>
      </w:pP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by personally handing a copy of this notice to ____________________, who is</w:t>
      </w:r>
    </w:p>
    <w:p>
      <w:pPr>
        <w:spacing w:before="0" w:after="0" w:line="240" w:lineRule="auto"/>
        <w:ind w:hanging="360"/>
        <w:jc w:val="both"/>
      </w:pPr>
      <w:r>
        <w:rPr>
          <w:rFonts w:ascii="Times New Roman" w:hAnsi="Times New Roman" w:eastAsia="Times New Roman" w:cs="Times New Roman"/>
          <w:sz w:val="24"/>
        </w:rPr>
        <w:tab/>
        <w:tab/>
        <w:tab/>
        <w:tab/>
        <w:tab/>
        <w:tab/>
        <w:tab/>
        <w:tab/>
        <w:tab/>
      </w:r>
      <w:r>
        <w:rPr>
          <w:rFonts w:ascii="Times New Roman" w:hAnsi="Times New Roman" w:eastAsia="Times New Roman" w:cs="Times New Roman"/>
          <w:sz w:val="24"/>
        </w:rPr>
        <w:t xml:space="preserve">(Name) </w:t>
      </w:r>
    </w:p>
    <w:p>
      <w:pPr>
        <w:spacing w:before="0" w:after="0" w:line="240" w:lineRule="auto"/>
        <w:ind w:hanging="360"/>
        <w:jc w:val="both"/>
      </w:pPr>
      <w:r>
        <w:rPr>
          <w:rFonts w:ascii="Times New Roman" w:hAnsi="Times New Roman" w:eastAsia="Times New Roman" w:cs="Times New Roman"/>
          <w:sz w:val="24"/>
        </w:rPr>
        <w:tab/>
        <w:t>either the Tenant or a person over the age of 12 who lives at the property.</w:t>
      </w:r>
    </w:p>
    <w:p>
      <w:pPr>
        <w:spacing w:before="0" w:after="0" w:line="240" w:lineRule="auto"/>
        <w:jc w:val="both"/>
      </w:pPr>
    </w:p>
    <w:p>
      <w:pPr>
        <w:spacing w:before="0" w:after="0" w:line="240" w:lineRule="auto"/>
        <w:jc w:val="both"/>
      </w:pPr>
      <w:r>
        <w:rPr>
          <w:rFonts w:ascii="Times New Roman" w:hAnsi="Times New Roman" w:eastAsia="Times New Roman" w:cs="Times New Roman"/>
          <w:b/>
          <w:sz w:val="24"/>
        </w:rPr>
        <w:t>OR, because no such person was found at the property, I delivered this notice:</w:t>
      </w:r>
    </w:p>
    <w:p>
      <w:pPr>
        <w:spacing w:before="0" w:after="0" w:line="240" w:lineRule="auto"/>
        <w:jc w:val="both"/>
      </w:pPr>
    </w:p>
    <w:p>
      <w:pPr>
        <w:spacing w:before="0" w:after="0" w:line="240" w:lineRule="auto"/>
        <w:jc w:val="both"/>
      </w:pP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by posting a copy of this notice in a clearly visible place on the property.</w:t>
      </w:r>
    </w:p>
    <w:p>
      <w:pPr>
        <w:spacing w:before="0" w:after="0" w:line="240" w:lineRule="auto"/>
        <w:jc w:val="both"/>
      </w:pPr>
    </w:p>
    <w:p>
      <w:pPr>
        <w:spacing w:before="0" w:after="0" w:line="240" w:lineRule="auto"/>
        <w:jc w:val="both"/>
      </w:pPr>
    </w:p>
    <w:p>
      <w:pPr>
        <w:spacing w:before="0" w:after="0" w:line="240" w:lineRule="auto"/>
        <w:jc w:val="both"/>
      </w:pPr>
      <w:r>
        <w:rPr>
          <w:rFonts w:ascii="Times New Roman" w:hAnsi="Times New Roman" w:eastAsia="Times New Roman" w:cs="Times New Roman"/>
          <w:sz w:val="24"/>
        </w:rPr>
        <w:tab/>
        <w:tab/>
        <w:tab/>
        <w:tab/>
        <w:tab/>
        <w:tab/>
        <w:t>______________________________________</w:t>
      </w:r>
    </w:p>
    <w:p>
      <w:pPr>
        <w:spacing w:before="0" w:after="0" w:line="240" w:lineRule="auto"/>
        <w:jc w:val="both"/>
      </w:pPr>
      <w:r>
        <w:rPr>
          <w:rFonts w:ascii="Times New Roman" w:hAnsi="Times New Roman" w:eastAsia="Times New Roman" w:cs="Times New Roman"/>
          <w:sz w:val="24"/>
        </w:rPr>
        <w:tab/>
      </w:r>
      <w:r>
        <w:rPr>
          <w:rFonts w:ascii="Times New Roman" w:hAnsi="Times New Roman" w:eastAsia="Times New Roman" w:cs="Times New Roman"/>
          <w:sz w:val="24"/>
        </w:rPr>
        <w:t>Signature of Person Delivering Notice</w:t>
      </w:r>
    </w:p>
    <w:p>
      <w:pPr>
        <w:spacing w:before="0" w:after="0" w:line="240" w:lineRule="auto"/>
        <w:jc w:val="both"/>
      </w:pPr>
    </w:p>
    <w:p>
      <w:pPr>
        <w:spacing w:before="0" w:after="0" w:line="240" w:lineRule="auto"/>
        <w:jc w:val="both"/>
      </w:pPr>
      <w:r>
        <w:rPr>
          <w:rFonts w:ascii="Times New Roman" w:hAnsi="Times New Roman" w:eastAsia="Times New Roman" w:cs="Times New Roman"/>
          <w:sz w:val="24"/>
        </w:rPr>
        <w:tab/>
        <w:tab/>
        <w:tab/>
        <w:tab/>
        <w:tab/>
        <w:tab/>
        <w:t>______________________________________</w:t>
      </w:r>
    </w:p>
    <w:p>
      <w:pPr>
        <w:spacing w:before="0" w:after="0" w:line="240" w:lineRule="auto"/>
        <w:jc w:val="both"/>
      </w:pPr>
      <w:r>
        <w:rPr>
          <w:rFonts w:ascii="Times New Roman" w:hAnsi="Times New Roman" w:eastAsia="Times New Roman" w:cs="Times New Roman"/>
          <w:sz w:val="24"/>
        </w:rPr>
        <w:tab/>
      </w:r>
      <w:r>
        <w:rPr>
          <w:rFonts w:ascii="Times New Roman" w:hAnsi="Times New Roman" w:eastAsia="Times New Roman" w:cs="Times New Roman"/>
          <w:sz w:val="24"/>
        </w:rPr>
        <w:t>Printed Name of Person Delivering Notice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