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74" w:after="0"/>
        <w:jc w:val="center"/>
      </w:pPr>
      <w:r>
        <w:rPr>
          <w:rFonts w:ascii="Times New Roman" w:hAnsi="Times New Roman" w:eastAsia="Times New Roman" w:cs="Times New Roman"/>
          <w:sz w:val="24"/>
        </w:rPr>
        <w:t>KANSAS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THIRTY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(30)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NOTICE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QUIT</w:t>
      </w:r>
    </w:p>
    <w:p>
      <w:pPr>
        <w:spacing w:before="28" w:after="0"/>
        <w:jc w:val="center"/>
      </w:pP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Accordance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§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58-2564</w:t>
      </w:r>
    </w:p>
    <w:p>
      <w:pPr/>
    </w:p>
    <w:p>
      <w:pPr/>
    </w:p>
    <w:p>
      <w:pPr/>
    </w:p>
    <w:p>
      <w:pPr>
        <w:spacing w:before="2" w:after="0"/>
      </w:pPr>
    </w:p>
    <w:p>
      <w:pPr/>
      <w:r>
        <w:rPr>
          <w:rFonts w:ascii="Times New Roman" w:hAnsi="Times New Roman" w:eastAsia="Times New Roman" w:cs="Times New Roman"/>
          <w:b/>
          <w:sz w:val="24"/>
        </w:rPr>
        <w:t>To: ____________________________</w:t>
      </w:r>
    </w:p>
    <w:p>
      <w:pPr/>
    </w:p>
    <w:p>
      <w:pPr/>
    </w:p>
    <w:p>
      <w:pPr/>
    </w:p>
    <w:p>
      <w:pPr/>
    </w:p>
    <w:p>
      <w:pPr>
        <w:spacing w:before="90" w:after="0" w:line="276" w:lineRule="auto"/>
      </w:pP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tenant(s)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 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described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above:</w:t>
      </w:r>
    </w:p>
    <w:p>
      <w:pPr>
        <w:spacing w:before="202" w:after="0" w:line="276" w:lineRule="auto"/>
      </w:pPr>
      <w:r>
        <w:rPr>
          <w:rFonts w:ascii="Times New Roman" w:hAnsi="Times New Roman" w:eastAsia="Times New Roman" w:cs="Times New Roman"/>
          <w:b/>
          <w:sz w:val="24"/>
        </w:rPr>
        <w:t>YOU ARE HEREBY NOTIFIED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pursuant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lease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dated __________ day of ______________________, 20____________,  </w:t>
      </w:r>
    </w:p>
    <w:p>
      <w:pPr>
        <w:spacing w:before="203" w:after="0" w:line="276" w:lineRule="auto"/>
      </w:pPr>
      <w:r>
        <w:rPr>
          <w:rFonts w:ascii="Times New Roman" w:hAnsi="Times New Roman" w:eastAsia="Times New Roman" w:cs="Times New Roman"/>
          <w:sz w:val="24"/>
        </w:rPr>
        <w:t>your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tenancy located at __________________________________________________________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1" w:after="0" w:line="276" w:lineRule="auto"/>
      </w:pPr>
    </w:p>
    <w:p>
      <w:pPr>
        <w:spacing w:before="90" w:after="0" w:line="276" w:lineRule="auto"/>
      </w:pPr>
      <w:r>
        <w:rPr>
          <w:rFonts w:ascii="Times New Roman" w:hAnsi="Times New Roman" w:eastAsia="Times New Roman" w:cs="Times New Roman"/>
          <w:sz w:val="24"/>
        </w:rPr>
        <w:t>is hereby terminated effective  ______ day of _________________________, 20___________</w:t>
      </w:r>
      <w:r>
        <w:rPr>
          <w:rFonts w:ascii="Times New Roman" w:hAnsi="Times New Roman" w:eastAsia="Times New Roman" w:cs="Times New Roman"/>
          <w:b/>
          <w:sz w:val="24"/>
        </w:rPr>
        <w:t>,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said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date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being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least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thirty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(30)</w:t>
      </w:r>
      <w:r>
        <w:rPr>
          <w:rFonts w:ascii="Times New Roman" w:hAnsi="Times New Roman" w:eastAsia="Times New Roman" w:cs="Times New Roman"/>
          <w:sz w:val="24"/>
        </w:rPr>
        <w:t xml:space="preserve"> days from the date of service of this notice upon you, due to a reoccurrence of a similar breach to that of your non-compliance on ______________ day of _____________________, 20_________. The violation of the lease agreement is described as follows:</w:t>
      </w:r>
    </w:p>
    <w:p>
      <w:pPr>
        <w:spacing w:before="90" w:after="0" w:line="276" w:lineRule="auto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before="204" w:after="0"/>
        <w:jc w:val="center"/>
      </w:pPr>
    </w:p>
    <w:p>
      <w:pPr>
        <w:spacing w:before="204" w:after="0"/>
      </w:pPr>
      <w:r>
        <w:rPr>
          <w:rFonts w:ascii="Times New Roman" w:hAnsi="Times New Roman" w:eastAsia="Times New Roman" w:cs="Times New Roman"/>
          <w:b/>
          <w:sz w:val="24"/>
        </w:rPr>
        <w:t>YOU ARE FURTHER NOTIFIED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hereby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required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vacate</w:t>
      </w:r>
    </w:p>
    <w:p>
      <w:pPr>
        <w:spacing w:before="204" w:after="0" w:line="415" w:lineRule="auto"/>
        <w:ind w:hanging="1"/>
      </w:pP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surrender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possession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 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demised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premises 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before ________ day of ________________________, 20_________,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and that upon your failure to vacate and surrender possession, the landlord will commence an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appropriate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proceeding to recover possession of 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premises.</w:t>
      </w:r>
    </w:p>
    <w:p>
      <w:pPr/>
    </w:p>
    <w:p>
      <w:pPr>
        <w:spacing w:line="276" w:lineRule="auto"/>
      </w:pPr>
      <w:r>
        <w:rPr>
          <w:rFonts w:ascii="Times New Roman" w:hAnsi="Times New Roman" w:eastAsia="Times New Roman" w:cs="Times New Roman"/>
          <w:sz w:val="24"/>
        </w:rPr>
        <w:t xml:space="preserve">Landlord/Agent Signature: </w:t>
      </w:r>
      <w:r>
        <w:rPr>
          <w:rFonts w:ascii="Times New Roman" w:hAnsi="Times New Roman" w:eastAsia="Times New Roman" w:cs="Times New Roman"/>
          <w:sz w:val="24"/>
        </w:rPr>
        <w:t>_______________________</w:t>
      </w:r>
      <w:r>
        <w:rPr>
          <w:rFonts w:ascii="Times New Roman" w:hAnsi="Times New Roman" w:eastAsia="Times New Roman" w:cs="Times New Roman"/>
          <w:sz w:val="24"/>
        </w:rPr>
        <w:t xml:space="preserve">   </w:t>
      </w:r>
      <w:r>
        <w:rPr>
          <w:rFonts w:ascii="Times New Roman" w:hAnsi="Times New Roman" w:eastAsia="Times New Roman" w:cs="Times New Roman"/>
          <w:sz w:val="24"/>
        </w:rPr>
        <w:t>Printed 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</w:p>
    <w:p>
      <w:pPr>
        <w:spacing w:before="1" w:after="0"/>
        <w:ind w:firstLine="720"/>
      </w:pP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1" w:after="0"/>
        <w:ind w:firstLine="720"/>
      </w:pPr>
    </w:p>
    <w:p>
      <w:pPr>
        <w:spacing w:before="1" w:after="0"/>
        <w:ind w:firstLine="720"/>
      </w:pPr>
    </w:p>
    <w:p>
      <w:pPr>
        <w:spacing w:before="1" w:after="0"/>
        <w:ind w:firstLine="720"/>
      </w:pPr>
    </w:p>
    <w:p>
      <w:pPr>
        <w:spacing w:before="1" w:after="0"/>
        <w:ind w:firstLine="720"/>
      </w:pPr>
    </w:p>
    <w:p>
      <w:pPr>
        <w:spacing w:before="1" w:after="0"/>
        <w:ind w:firstLine="720"/>
      </w:pPr>
    </w:p>
    <w:p>
      <w:pPr>
        <w:spacing w:before="1" w:after="0"/>
        <w:ind w:firstLine="720"/>
      </w:pPr>
    </w:p>
    <w:p>
      <w:pPr>
        <w:spacing w:before="1" w:after="0"/>
        <w:ind w:firstLine="720"/>
      </w:pPr>
    </w:p>
    <w:p>
      <w:pPr>
        <w:spacing w:before="1" w:after="0"/>
        <w:ind w:firstLine="720"/>
      </w:pPr>
    </w:p>
    <w:p>
      <w:pPr>
        <w:spacing w:before="1" w:after="0"/>
        <w:ind w:firstLine="720"/>
      </w:pPr>
    </w:p>
    <w:p>
      <w:pPr>
        <w:spacing w:before="1" w:after="0"/>
        <w:ind w:firstLine="720"/>
      </w:pP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 </w:t>
      </w:r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>I certify that on the _____ day of ____________________, 20_____ I served this notice to</w:t>
      </w:r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 xml:space="preserve"> </w:t>
      </w:r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>__________________________ by:</w:t>
      </w:r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 xml:space="preserve"> </w:t>
      </w:r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Delivering it personally to the person in possession.</w:t>
      </w:r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Delivering it on the premises to a member of the tenant’s family or household, whose suitable age exceeds that of 12 years, and discretion with a request that it be delivered to the person in possession.</w:t>
      </w:r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Registered/Certified Mail, with a return receipt, addressed to the person in possession.</w:t>
      </w:r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Posting a copy in a conspicuous place at the premises since no person was found thereon.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 xml:space="preserve">Signature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</w:p>
    <w:p>
      <w:pPr>
        <w:spacing w:before="1" w:after="0"/>
        <w:ind w:firstLine="720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