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06" w:lineRule="exact"/>
        <w:jc w:val="center"/>
      </w:pPr>
      <w:r>
        <w:rPr>
          <w:rFonts w:ascii="Times New Roman" w:hAnsi="Times New Roman" w:eastAsia="Times New Roman" w:cs="Times New Roman"/>
          <w:sz w:val="24"/>
        </w:rPr>
        <w:t>KANSAS DURABLE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</w:p>
    <w:p>
      <w:pPr>
        <w:spacing w:before="74" w:after="0"/>
      </w:pPr>
      <w:r>
        <w:rPr>
          <w:rFonts w:ascii="Times New Roman" w:hAnsi="Times New Roman" w:eastAsia="Times New Roman" w:cs="Times New Roman"/>
          <w:sz w:val="24"/>
        </w:rPr>
        <w:t>K.S.A.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58-632</w:t>
      </w:r>
    </w:p>
    <w:p>
      <w:pPr>
        <w:spacing w:before="97" w:after="0" w:line="319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 OF PRINCIPAL]</w:t>
      </w:r>
      <w:r>
        <w:rPr>
          <w:rFonts w:ascii="Times New Roman" w:hAnsi="Times New Roman" w:eastAsia="Times New Roman" w:cs="Times New Roman"/>
          <w:sz w:val="24"/>
        </w:rPr>
        <w:t>, designate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appoint:</w:t>
      </w:r>
    </w:p>
    <w:p>
      <w:pPr>
        <w:spacing w:before="150" w:after="0"/>
      </w:pPr>
      <w:r>
        <w:rPr>
          <w:rFonts w:ascii="Times New Roman" w:hAnsi="Times New Roman" w:eastAsia="Times New Roman" w:cs="Times New Roman"/>
          <w:sz w:val="24"/>
        </w:rPr>
        <w:t xml:space="preserve">Name: </w:t>
      </w:r>
      <w:r>
        <w:rPr>
          <w:rFonts w:ascii="Times New Roman" w:hAnsi="Times New Roman" w:eastAsia="Times New Roman" w:cs="Times New Roman"/>
          <w:sz w:val="24"/>
        </w:rPr>
        <w:t>[NAME OF ATTORNEY-IN-FACT]</w:t>
      </w:r>
    </w:p>
    <w:p>
      <w:pPr>
        <w:spacing w:before="150" w:after="0"/>
      </w:pPr>
      <w:r>
        <w:rPr>
          <w:rFonts w:ascii="Times New Roman" w:hAnsi="Times New Roman" w:eastAsia="Times New Roman" w:cs="Times New Roman"/>
          <w:sz w:val="24"/>
        </w:rPr>
        <w:t xml:space="preserve">Address: </w:t>
      </w:r>
      <w:r>
        <w:rPr>
          <w:rFonts w:ascii="Times New Roman" w:hAnsi="Times New Roman" w:eastAsia="Times New Roman" w:cs="Times New Roman"/>
          <w:sz w:val="24"/>
        </w:rPr>
        <w:t>[ADDRESS OF ATTORNEY-IN-FACT]</w:t>
      </w:r>
    </w:p>
    <w:p>
      <w:pPr>
        <w:spacing w:before="150" w:after="0"/>
      </w:pPr>
      <w:r>
        <w:rPr>
          <w:rFonts w:ascii="Times New Roman" w:hAnsi="Times New Roman" w:eastAsia="Times New Roman" w:cs="Times New Roman"/>
          <w:sz w:val="24"/>
        </w:rPr>
        <w:t xml:space="preserve">Phone Number: </w:t>
      </w:r>
      <w:r>
        <w:rPr>
          <w:rFonts w:ascii="Times New Roman" w:hAnsi="Times New Roman" w:eastAsia="Times New Roman" w:cs="Times New Roman"/>
          <w:sz w:val="24"/>
        </w:rPr>
        <w:t>[PHONE NUMBER OF ATTORNEY IN FACT]</w:t>
      </w:r>
    </w:p>
    <w:p>
      <w:pPr>
        <w:spacing w:before="150" w:after="0"/>
      </w:pPr>
      <w:r>
        <w:rPr>
          <w:rFonts w:ascii="Times New Roman" w:hAnsi="Times New Roman" w:eastAsia="Times New Roman" w:cs="Times New Roman"/>
          <w:sz w:val="24"/>
        </w:rPr>
        <w:t xml:space="preserve">to be my agent for health care decisions and pursuant to the language stated </w:t>
      </w:r>
      <w:r>
        <w:rPr>
          <w:rFonts w:ascii="Times New Roman" w:hAnsi="Times New Roman" w:eastAsia="Times New Roman" w:cs="Times New Roman"/>
          <w:sz w:val="24"/>
        </w:rPr>
        <w:t xml:space="preserve">below, </w:t>
      </w:r>
      <w:r>
        <w:rPr>
          <w:rFonts w:ascii="Times New Roman" w:hAnsi="Times New Roman" w:eastAsia="Times New Roman" w:cs="Times New Roman"/>
          <w:sz w:val="24"/>
        </w:rPr>
        <w:t>on my behalf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to:</w:t>
      </w:r>
    </w:p>
    <w:p>
      <w:pPr>
        <w:spacing w:before="73" w:after="0" w:line="247" w:lineRule="auto"/>
        <w:ind w:firstLine="360"/>
      </w:pPr>
      <w:r>
        <w:rPr>
          <w:rFonts w:ascii="Times New Roman" w:hAnsi="Times New Roman" w:eastAsia="Times New Roman" w:cs="Times New Roman"/>
          <w:sz w:val="24"/>
        </w:rPr>
        <w:t>Consent,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refuse consent,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 withdraw consent to any care,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treatment,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service or procedure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maintain, diagnose or treat a physical or mental condition, and to make decisions about organ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donation,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autopsy and disposition of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body;</w:t>
      </w:r>
    </w:p>
    <w:p>
      <w:pPr>
        <w:spacing w:before="61" w:after="0" w:line="247" w:lineRule="auto"/>
        <w:ind w:firstLine="360"/>
      </w:pPr>
      <w:r>
        <w:rPr>
          <w:rFonts w:ascii="Times New Roman" w:hAnsi="Times New Roman" w:eastAsia="Times New Roman" w:cs="Times New Roman"/>
          <w:sz w:val="24"/>
        </w:rPr>
        <w:t>make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necessary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arrangements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hospital,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psychiatric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hospital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psychiatric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treatment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facility,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hospice,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nursing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similar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institution;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employ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discharge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personnel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physicians,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psychiatrists,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psychologists,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dentists,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nurses,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therapists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who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licensed,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certified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otherwise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authorized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permitted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laws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administer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deem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necessary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physical,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mental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emotional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well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being;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</w:p>
    <w:p>
      <w:pPr>
        <w:spacing w:before="61" w:after="0" w:line="247" w:lineRule="auto"/>
        <w:ind w:firstLine="360"/>
      </w:pPr>
      <w:r>
        <w:rPr>
          <w:rFonts w:ascii="Times New Roman" w:hAnsi="Times New Roman" w:eastAsia="Times New Roman" w:cs="Times New Roman"/>
          <w:sz w:val="24"/>
        </w:rPr>
        <w:t>request,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receive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review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information,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verbal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written,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regarding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affairs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 physical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mental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medical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hospital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records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execute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releases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documents that may be required in order to obtain such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information.</w:t>
      </w:r>
    </w:p>
    <w:p>
      <w:pPr>
        <w:spacing w:before="89" w:after="0"/>
      </w:pPr>
      <w:r>
        <w:rPr>
          <w:rFonts w:ascii="Times New Roman" w:hAnsi="Times New Roman" w:eastAsia="Times New Roman" w:cs="Times New Roman"/>
          <w:sz w:val="24"/>
        </w:rPr>
        <w:t>In exercising the grant of authority set forth above my agent for health care 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shall:</w:t>
      </w:r>
    </w:p>
    <w:p>
      <w:pPr>
        <w:spacing w:before="89" w:after="0"/>
      </w:pPr>
      <w:r>
        <w:rPr>
          <w:rFonts w:ascii="Times New Roman" w:hAnsi="Times New Roman" w:eastAsia="Times New Roman" w:cs="Times New Roman"/>
          <w:sz w:val="24"/>
        </w:rPr>
        <w:t>[LIST INSTRUCTIONS]</w:t>
      </w:r>
    </w:p>
    <w:p>
      <w:pPr>
        <w:spacing w:before="89" w:after="0"/>
      </w:pPr>
      <w:r>
        <w:rPr>
          <w:rFonts w:ascii="Times New Roman" w:hAnsi="Times New Roman" w:eastAsia="Times New Roman" w:cs="Times New Roman"/>
          <w:sz w:val="24"/>
        </w:rPr>
        <w:t>(Here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inserted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instructions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desires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followed by the agent in exercising the authority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granted).</w:t>
      </w:r>
    </w:p>
    <w:p>
      <w:pPr>
        <w:spacing w:before="89" w:after="0"/>
      </w:pPr>
    </w:p>
    <w:p>
      <w:pPr>
        <w:spacing w:before="32" w:after="0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LIMITATIONS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AUTHORITY</w:t>
      </w:r>
    </w:p>
    <w:p>
      <w:pPr>
        <w:spacing w:before="73" w:after="0" w:line="247" w:lineRule="auto"/>
        <w:ind w:firstLine="360"/>
      </w:pPr>
      <w:r>
        <w:rPr>
          <w:rFonts w:ascii="Times New Roman" w:hAnsi="Times New Roman" w:eastAsia="Times New Roman" w:cs="Times New Roman"/>
          <w:sz w:val="24"/>
        </w:rPr>
        <w:t>The powers of the agent herein shall be limited to the extent set out in writing in 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include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invalidate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previously existing declaration made in accordance with the natural death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act.</w:t>
      </w:r>
    </w:p>
    <w:p>
      <w:pPr>
        <w:spacing w:before="61" w:after="0"/>
        <w:ind w:hanging="488"/>
      </w:pPr>
      <w:r>
        <w:rPr>
          <w:rFonts w:ascii="Times New Roman" w:hAnsi="Times New Roman" w:eastAsia="Times New Roman" w:cs="Times New Roman"/>
          <w:sz w:val="24"/>
        </w:rPr>
        <w:t>The agent shall be prohibited from authorizing consent for the following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items:</w:t>
      </w:r>
    </w:p>
    <w:p>
      <w:pPr>
        <w:spacing w:before="61" w:after="0"/>
      </w:pP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[LIST ITEMS]</w:t>
      </w:r>
    </w:p>
    <w:p>
      <w:pPr>
        <w:spacing w:before="93" w:after="0" w:line="247" w:lineRule="auto"/>
        <w:ind w:firstLine="360"/>
      </w:pP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subject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additional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following limitations:</w:t>
      </w:r>
    </w:p>
    <w:p>
      <w:pPr>
        <w:spacing w:before="93" w:after="0" w:line="247" w:lineRule="auto"/>
      </w:pP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[LIST ADDITIONAL INFORMATION]</w:t>
      </w:r>
    </w:p>
    <w:p>
      <w:pPr>
        <w:spacing w:before="4" w:after="0"/>
      </w:pPr>
    </w:p>
    <w:p>
      <w:pPr>
        <w:spacing w:line="20" w:lineRule="exact"/>
      </w:pPr>
    </w:p>
    <w:p>
      <w:pPr/>
    </w:p>
    <w:p>
      <w:pPr>
        <w:spacing w:before="0" w:after="0" w:line="287" w:lineRule="exact"/>
      </w:pPr>
      <w:r>
        <w:rPr>
          <w:rFonts w:ascii="Times New Roman" w:hAnsi="Times New Roman" w:eastAsia="Times New Roman" w:cs="Times New Roman"/>
          <w:sz w:val="24"/>
        </w:rPr>
        <w:t>EFFECTIVE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TIME</w:t>
      </w:r>
    </w:p>
    <w:p>
      <w:pPr>
        <w:spacing w:before="73" w:after="0" w:line="247" w:lineRule="auto"/>
        <w:ind w:firstLine="744"/>
      </w:pP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become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effective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(immediately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affected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subsequent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disability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incapacity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upon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occurrence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disability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incapacity).</w:t>
      </w:r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sz w:val="24"/>
        </w:rPr>
        <w:t>REVOCATION</w:t>
      </w:r>
    </w:p>
    <w:p>
      <w:pPr>
        <w:spacing w:before="73" w:after="0" w:line="247" w:lineRule="auto"/>
        <w:ind w:firstLine="756"/>
      </w:pP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previously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revoked.</w:t>
      </w:r>
    </w:p>
    <w:p>
      <w:pPr>
        <w:spacing w:before="61" w:after="0" w:line="247" w:lineRule="auto"/>
        <w:ind w:firstLine="756"/>
      </w:pPr>
      <w:r>
        <w:rPr>
          <w:rFonts w:ascii="Times New Roman" w:hAnsi="Times New Roman" w:eastAsia="Times New Roman" w:cs="Times New Roman"/>
          <w:sz w:val="24"/>
        </w:rPr>
        <w:t>(This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durable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decisions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shall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writing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executed,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manner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required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out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another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manner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revocation,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desired</w:t>
      </w:r>
      <w:r>
        <w:rPr>
          <w:rFonts w:ascii="Times New Roman" w:hAnsi="Times New Roman" w:eastAsia="Times New Roman" w:cs="Times New Roman"/>
          <w:sz w:val="24"/>
        </w:rPr>
        <w:t>.)</w:t>
      </w:r>
    </w:p>
    <w:p>
      <w:pPr>
        <w:spacing w:before="61" w:after="0"/>
        <w:jc w:val="center"/>
      </w:pPr>
      <w:r>
        <w:rPr>
          <w:rFonts w:ascii="Times New Roman" w:hAnsi="Times New Roman" w:eastAsia="Times New Roman" w:cs="Times New Roman"/>
          <w:sz w:val="24"/>
        </w:rPr>
        <w:t>EXECUTION</w:t>
      </w:r>
    </w:p>
    <w:p>
      <w:pPr>
        <w:spacing w:before="101" w:after="0"/>
      </w:pPr>
      <w:r>
        <w:rPr>
          <w:rFonts w:ascii="Times New Roman" w:hAnsi="Times New Roman" w:eastAsia="Times New Roman" w:cs="Times New Roman"/>
          <w:sz w:val="24"/>
        </w:rPr>
        <w:t>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</w:t>
      </w:r>
      <w:r>
        <w:rPr>
          <w:rFonts w:ascii="Times New Roman" w:hAnsi="Times New Roman" w:eastAsia="Times New Roman" w:cs="Times New Roman"/>
          <w:sz w:val="24"/>
        </w:rPr>
        <w:t>[NAME OF DOCUMENT]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at </w:t>
      </w:r>
      <w:r>
        <w:rPr>
          <w:rFonts w:ascii="Times New Roman" w:hAnsi="Times New Roman" w:eastAsia="Times New Roman" w:cs="Times New Roman"/>
          <w:sz w:val="24"/>
        </w:rPr>
        <w:t>[CITY]</w:t>
      </w:r>
      <w:r>
        <w:rPr>
          <w:rFonts w:ascii="Times New Roman" w:hAnsi="Times New Roman" w:eastAsia="Times New Roman" w:cs="Times New Roman"/>
          <w:sz w:val="24"/>
        </w:rPr>
        <w:t>, Kansas.</w:t>
      </w:r>
    </w:p>
    <w:p>
      <w:pPr/>
    </w:p>
    <w:p>
      <w:pPr>
        <w:spacing w:before="8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  <w:t xml:space="preserve"> </w:t>
      </w:r>
      <w:r>
        <w:rPr>
          <w:rFonts w:ascii="Times New Roman" w:hAnsi="Times New Roman" w:eastAsia="Times New Roman" w:cs="Times New Roman"/>
          <w:sz w:val="24"/>
        </w:rPr>
        <w:t>Principal.</w:t>
      </w:r>
    </w:p>
    <w:p>
      <w:pPr>
        <w:spacing w:before="73" w:after="0" w:line="247" w:lineRule="auto"/>
        <w:ind w:firstLine="744"/>
      </w:pPr>
      <w:r>
        <w:rPr>
          <w:rFonts w:ascii="Times New Roman" w:hAnsi="Times New Roman" w:eastAsia="Times New Roman" w:cs="Times New Roman"/>
          <w:sz w:val="24"/>
        </w:rPr>
        <w:t>This document must be: (1) Witnessed by two individuals of lawful age who are not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agent,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not related to the principal by blood, marriage or adoption, not entitled to any portion of </w:t>
      </w:r>
      <w:r>
        <w:rPr>
          <w:rFonts w:ascii="Times New Roman" w:hAnsi="Times New Roman" w:eastAsia="Times New Roman" w:cs="Times New Roman"/>
          <w:sz w:val="24"/>
        </w:rPr>
        <w:t>principal’s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financially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responsible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principal’s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health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care;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(2)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public.</w:t>
      </w:r>
    </w:p>
    <w:p>
      <w:pPr/>
    </w:p>
    <w:p>
      <w:pPr>
        <w:spacing w:before="7" w:after="0"/>
      </w:pPr>
    </w:p>
    <w:p>
      <w:pPr>
        <w:spacing w:line="20" w:lineRule="exact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before="4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[WITNESS NAME]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[WITNESS NAME]</w:t>
      </w:r>
    </w:p>
    <w:p>
      <w:pPr/>
      <w:r>
        <w:rPr>
          <w:rFonts w:ascii="Times New Roman" w:hAnsi="Times New Roman" w:eastAsia="Times New Roman" w:cs="Times New Roman"/>
          <w:sz w:val="24"/>
        </w:rPr>
        <w:t>Witness</w:t>
        <w:tab/>
        <w:t>Witness</w:t>
      </w:r>
    </w:p>
    <w:p>
      <w:pPr>
        <w:spacing w:before="11" w:after="0"/>
      </w:pPr>
    </w:p>
    <w:p>
      <w:pPr>
        <w:spacing w:before="11" w:after="0"/>
        <w:ind w:firstLine="720"/>
      </w:pPr>
      <w:r>
        <w:rPr>
          <w:rFonts w:ascii="Times New Roman" w:hAnsi="Times New Roman" w:eastAsia="Times New Roman" w:cs="Times New Roman"/>
          <w:sz w:val="24"/>
        </w:rPr>
        <w:t>[WITNESS ADDRESS]</w:t>
      </w:r>
      <w:r>
        <w:rPr>
          <w:rFonts w:ascii="Times New Roman" w:hAnsi="Times New Roman" w:eastAsia="Times New Roman" w:cs="Times New Roman"/>
          <w:sz w:val="24"/>
        </w:rPr>
        <w:tab/>
        <w:tab/>
        <w:tab/>
      </w:r>
      <w:r>
        <w:rPr>
          <w:rFonts w:ascii="Times New Roman" w:hAnsi="Times New Roman" w:eastAsia="Times New Roman" w:cs="Times New Roman"/>
          <w:sz w:val="24"/>
        </w:rPr>
        <w:t>[WITNESS 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          </w:t>
      </w:r>
      <w:r>
        <w:rPr>
          <w:rFonts w:ascii="Times New Roman" w:hAnsi="Times New Roman" w:eastAsia="Times New Roman" w:cs="Times New Roman"/>
          <w:sz w:val="24"/>
        </w:rPr>
        <w:t>Address</w:t>
        <w:tab/>
      </w:r>
      <w:r>
        <w:rPr>
          <w:rFonts w:ascii="Times New Roman" w:hAnsi="Times New Roman" w:eastAsia="Times New Roman" w:cs="Times New Roman"/>
          <w:sz w:val="24"/>
        </w:rPr>
        <w:t>Address</w:t>
      </w:r>
    </w:p>
    <w:p>
      <w:pPr/>
    </w:p>
    <w:p>
      <w:pPr/>
    </w:p>
    <w:p>
      <w:pPr>
        <w:spacing w:before="4" w:after="0"/>
      </w:pPr>
    </w:p>
    <w:p>
      <w:pPr/>
    </w:p>
    <w:p>
      <w:pPr>
        <w:spacing w:before="8" w:after="0"/>
      </w:pPr>
    </w:p>
    <w:p>
      <w:pPr>
        <w:spacing w:before="0" w:after="0" w:line="643" w:lineRule="auto"/>
        <w:ind w:hanging="1"/>
      </w:pPr>
      <w:r>
        <w:rPr>
          <w:rFonts w:ascii="Times New Roman" w:hAnsi="Times New Roman" w:eastAsia="Times New Roman" w:cs="Times New Roman"/>
          <w:sz w:val="24"/>
        </w:rPr>
        <w:t xml:space="preserve">STATE 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before="0" w:after="0" w:line="643" w:lineRule="auto"/>
        <w:ind w:hanging="1"/>
      </w:pPr>
      <w:r>
        <w:rPr>
          <w:rFonts w:ascii="Times New Roman" w:hAnsi="Times New Roman" w:eastAsia="Times New Roman" w:cs="Times New Roman"/>
          <w:sz w:val="24"/>
        </w:rPr>
        <w:t>COUNTY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(OR)</w:t>
      </w:r>
    </w:p>
    <w:p>
      <w:pPr>
        <w:spacing w:before="0" w:after="0"/>
      </w:pPr>
    </w:p>
    <w:p>
      <w:pPr/>
    </w:p>
    <w:p>
      <w:pPr>
        <w:spacing w:before="212" w:after="0"/>
      </w:pPr>
      <w:r>
        <w:rPr>
          <w:rFonts w:ascii="Times New Roman" w:hAnsi="Times New Roman" w:eastAsia="Times New Roman" w:cs="Times New Roman"/>
          <w:sz w:val="24"/>
        </w:rPr>
        <w:t>SS.</w:t>
      </w:r>
    </w:p>
    <w:p>
      <w:pPr/>
    </w:p>
    <w:p>
      <w:pPr>
        <w:spacing w:before="0" w:after="0" w:line="256" w:lineRule="exact"/>
      </w:pPr>
      <w:r>
        <w:rPr>
          <w:rFonts w:ascii="Times New Roman" w:hAnsi="Times New Roman" w:eastAsia="Times New Roman" w:cs="Times New Roman"/>
          <w:sz w:val="24"/>
        </w:rPr>
        <w:t xml:space="preserve">This instrument was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before</w:t>
      </w:r>
      <w:r>
        <w:rPr>
          <w:rFonts w:ascii="Times New Roman" w:hAnsi="Times New Roman" w:eastAsia="Times New Roman" w:cs="Times New Roman"/>
          <w:sz w:val="24"/>
        </w:rPr>
        <w:t xml:space="preserve"> 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by </w:t>
      </w:r>
      <w:r>
        <w:rPr>
          <w:rFonts w:ascii="Times New Roman" w:hAnsi="Times New Roman" w:eastAsia="Times New Roman" w:cs="Times New Roman"/>
          <w:sz w:val="24"/>
        </w:rPr>
        <w:t>[NAME OF PERSON]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>
        <w:spacing w:before="8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/>
      <w:r>
        <w:rPr>
          <w:rFonts w:ascii="Times New Roman" w:hAnsi="Times New Roman" w:eastAsia="Times New Roman" w:cs="Times New Roman"/>
          <w:sz w:val="24"/>
        </w:rPr>
        <w:t>(Signature of notary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public)</w:t>
      </w:r>
    </w:p>
    <w:p>
      <w:pPr/>
    </w:p>
    <w:p>
      <w:pPr>
        <w:spacing w:before="5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(Seal,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any)</w:t>
      </w:r>
    </w:p>
    <w:p>
      <w:pPr>
        <w:spacing w:before="6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My appointment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expires: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