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Kansas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p>
    <w:p>
      <w:pPr>
        <w:jc w:val="both"/>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date hereinunder.</w:t>
      </w: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Kansas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