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ANSAS</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Kansas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Kansas.</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