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Kansas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Chapter 59 (Probate Code)</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Kansas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Kansas</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