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35" w:after="0"/>
        <w:ind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POWER 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ATTORNEY</w:t>
      </w:r>
    </w:p>
    <w:p>
      <w:pPr>
        <w:spacing w:before="1" w:after="0"/>
        <w:ind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(For Vehicle Only)</w:t>
      </w:r>
    </w:p>
    <w:p>
      <w:pPr>
        <w:spacing w:before="9" w:after="0" w:line="240" w:lineRule="auto"/>
      </w:pPr>
    </w:p>
    <w:p>
      <w:pPr>
        <w:spacing w:line="240" w:lineRule="auto"/>
      </w:pPr>
      <w:r>
        <w:rPr>
          <w:rFonts w:ascii="Times New Roman" w:hAnsi="Times New Roman" w:eastAsia="Times New Roman" w:cs="Times New Roman"/>
          <w:sz w:val="24"/>
        </w:rPr>
        <w:t>I  the undersigned vehicle owner, hereby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appoint:</w:t>
      </w:r>
    </w:p>
    <w:p>
      <w:pPr>
        <w:spacing w:before="0" w:after="0" w:line="240" w:lineRule="auto"/>
      </w:pPr>
    </w:p>
    <w:p>
      <w:pPr>
        <w:spacing w:before="11" w:after="0" w:line="240" w:lineRule="auto"/>
      </w:pPr>
    </w:p>
    <w:p>
      <w:pPr>
        <w:spacing w:line="20" w:lineRule="exact"/>
        <w:ind w:firstLine="0"/>
      </w:pPr>
    </w:p>
    <w:p>
      <w:pPr>
        <w:spacing w:before="4" w:after="0" w:line="240" w:lineRule="auto"/>
      </w:pPr>
      <w:r>
        <w:rPr>
          <w:rFonts w:ascii="Times New Roman" w:hAnsi="Times New Roman" w:eastAsia="Times New Roman" w:cs="Times New Roman"/>
          <w:sz w:val="24"/>
        </w:rPr>
        <w:t>My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true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lawful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attorney-in-fact,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Certificate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Title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and/or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Registration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upon,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and/or endorse and transfer title thereto for the following described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vehicle:</w:t>
      </w:r>
    </w:p>
    <w:p>
      <w:pPr>
        <w:spacing w:before="0" w:after="0" w:line="240" w:lineRule="auto"/>
      </w:pPr>
    </w:p>
    <w:p>
      <w:pPr>
        <w:spacing w:line="240" w:lineRule="auto"/>
      </w:pPr>
      <w:r>
        <w:rPr>
          <w:rFonts w:ascii="Times New Roman" w:hAnsi="Times New Roman" w:eastAsia="Times New Roman" w:cs="Times New Roman"/>
          <w:sz w:val="24"/>
        </w:rPr>
        <w:t>Year</w:t>
        <w:tab/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ab/>
        <w:t>Make</w:t>
        <w:tab/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Style</w:t>
        <w:tab/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>
        <w:spacing w:before="10" w:after="0" w:line="240" w:lineRule="auto"/>
      </w:pPr>
    </w:p>
    <w:p>
      <w:pPr>
        <w:spacing w:before="71" w:after="0" w:line="252" w:lineRule="exact"/>
      </w:pPr>
      <w:r>
        <w:rPr>
          <w:rFonts w:ascii="Times New Roman" w:hAnsi="Times New Roman" w:eastAsia="Times New Roman" w:cs="Times New Roman"/>
          <w:sz w:val="24"/>
        </w:rPr>
        <w:t>ID#</w:t>
        <w:tab/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>
        <w:spacing w:line="240" w:lineRule="auto"/>
      </w:pPr>
      <w:r>
        <w:rPr>
          <w:rFonts w:ascii="Times New Roman" w:hAnsi="Times New Roman" w:eastAsia="Times New Roman" w:cs="Times New Roman"/>
          <w:sz w:val="24"/>
        </w:rPr>
        <w:t>And represent in such transfer assignment that aforementioned vehicle title is free and clear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liens and encumbrances, except:  (if none, write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“None”</w:t>
      </w:r>
    </w:p>
    <w:p>
      <w:pPr>
        <w:spacing w:before="10" w:after="0" w:line="240" w:lineRule="auto"/>
      </w:pPr>
    </w:p>
    <w:p>
      <w:pPr>
        <w:spacing w:line="434" w:lineRule="auto"/>
      </w:pPr>
      <w:r>
        <w:rPr>
          <w:rFonts w:ascii="Times New Roman" w:hAnsi="Times New Roman" w:eastAsia="Times New Roman" w:cs="Times New Roman"/>
          <w:sz w:val="24"/>
        </w:rPr>
        <w:t>1</w:t>
      </w:r>
      <w:r>
        <w:rPr>
          <w:rFonts w:ascii="Times New Roman" w:hAnsi="Times New Roman" w:eastAsia="Times New Roman" w:cs="Times New Roman"/>
          <w:sz w:val="24"/>
        </w:rPr>
        <w:t>st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Lienholder</w:t>
        <w:tab/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2</w:t>
      </w:r>
      <w:r>
        <w:rPr>
          <w:rFonts w:ascii="Times New Roman" w:hAnsi="Times New Roman" w:eastAsia="Times New Roman" w:cs="Times New Roman"/>
          <w:sz w:val="24"/>
        </w:rPr>
        <w:t>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Lienholder 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 w:line="240" w:lineRule="auto"/>
      </w:pPr>
    </w:p>
    <w:p>
      <w:pPr>
        <w:spacing w:before="5" w:after="0" w:line="240" w:lineRule="auto"/>
      </w:pPr>
    </w:p>
    <w:p>
      <w:pPr>
        <w:spacing w:before="71" w:after="0"/>
        <w:ind w:firstLine="0"/>
      </w:pPr>
      <w:r>
        <w:rPr>
          <w:rFonts w:ascii="Times New Roman" w:hAnsi="Times New Roman" w:eastAsia="Times New Roman" w:cs="Times New Roman"/>
          <w:b/>
          <w:sz w:val="24"/>
        </w:rPr>
        <w:t>By my signature I swear or affirm that this is a true and correct statement. I am aware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that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the law provides severe penalties for making false statements under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oath.</w:t>
      </w:r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9" w:after="0" w:line="240" w:lineRule="auto"/>
      </w:pPr>
    </w:p>
    <w:p>
      <w:pPr>
        <w:spacing w:line="20" w:lineRule="exact"/>
        <w:ind w:firstLine="0"/>
      </w:pPr>
    </w:p>
    <w:p>
      <w:pPr>
        <w:spacing w:before="4" w:after="0" w:line="240" w:lineRule="auto"/>
      </w:pPr>
      <w:r>
        <w:rPr>
          <w:rFonts w:ascii="Times New Roman" w:hAnsi="Times New Roman" w:eastAsia="Times New Roman" w:cs="Times New Roman"/>
          <w:sz w:val="24"/>
        </w:rPr>
        <w:t>Hand Printed Owner(s)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Name</w:t>
      </w:r>
    </w:p>
    <w:p>
      <w:pPr>
        <w:spacing w:before="0" w:after="0" w:line="240" w:lineRule="auto"/>
      </w:pPr>
    </w:p>
    <w:p>
      <w:pPr>
        <w:spacing w:before="10" w:after="0" w:line="240" w:lineRule="auto"/>
      </w:pPr>
    </w:p>
    <w:p>
      <w:pPr>
        <w:spacing w:line="20" w:lineRule="exact"/>
        <w:ind w:firstLine="0"/>
      </w:pPr>
    </w:p>
    <w:p>
      <w:pPr/>
    </w:p>
    <w:p>
      <w:pPr>
        <w:spacing w:before="4" w:after="0" w:line="240" w:lineRule="auto"/>
      </w:pPr>
      <w:r>
        <w:rPr>
          <w:rFonts w:ascii="Times New Roman" w:hAnsi="Times New Roman" w:eastAsia="Times New Roman" w:cs="Times New Roman"/>
          <w:sz w:val="24"/>
        </w:rPr>
        <w:t>Signature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Owner</w:t>
      </w:r>
    </w:p>
    <w:p>
      <w:pPr>
        <w:spacing w:before="12" w:after="0"/>
        <w:ind w:firstLine="0"/>
      </w:pPr>
      <w:r>
        <w:rPr>
          <w:rFonts w:ascii="Times New Roman" w:hAnsi="Times New Roman" w:eastAsia="Times New Roman" w:cs="Times New Roman"/>
          <w:sz w:val="24"/>
        </w:rPr>
        <w:t>Date</w:t>
      </w:r>
    </w:p>
    <w:p>
      <w:pPr/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71" w:after="0" w:line="24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Federal/State law prohibits a person from signing for both buyer and seller and disclosing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mileage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same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transaction,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exception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exempt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vehicles,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i.e.,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heavy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trucks,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vehicles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ten</w:t>
      </w:r>
    </w:p>
    <w:p>
      <w:pPr>
        <w:spacing w:line="24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(10)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model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years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old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older.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order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person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sign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both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buyer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seller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conforming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title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odometer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disclosure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statement,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“Secured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Attorney”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must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used.</w:t>
      </w:r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0" w:after="0" w:line="240" w:lineRule="auto"/>
      </w:pPr>
    </w:p>
    <w:p>
      <w:pPr>
        <w:spacing w:before="11" w:after="0" w:line="240" w:lineRule="auto"/>
      </w:pPr>
    </w:p>
    <w:p>
      <w:pPr>
        <w:spacing w:line="24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TR-41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02/07)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