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KANSAS POWER OF ATTORNEY FOR MINOR CHILD</w:t>
      </w:r>
    </w:p>
    <w:p>
      <w:pPr>
        <w:jc w:val="both"/>
      </w:pPr>
    </w:p>
    <w:p>
      <w:pPr>
        <w:spacing w:line="360" w:lineRule="exact"/>
      </w:pPr>
      <w:r>
        <w:rPr>
          <w:rFonts w:ascii="Times New Roman" w:hAnsi="Times New Roman" w:eastAsia="Times New Roman" w:cs="Times New Roman"/>
          <w:sz w:val="24"/>
        </w:rPr>
        <w:tab/>
        <w:t xml:space="preserve">I, </w:t>
      </w:r>
      <w:r>
        <w:rPr>
          <w:rFonts w:ascii="Times New Roman" w:hAnsi="Times New Roman" w:eastAsia="Times New Roman" w:cs="Times New Roman"/>
          <w:b/>
          <w:sz w:val="24"/>
        </w:rPr>
        <w:t>[NAME OF PRINCIPAL]</w:t>
      </w:r>
      <w:r>
        <w:rPr>
          <w:rFonts w:ascii="Times New Roman" w:hAnsi="Times New Roman" w:eastAsia="Times New Roman" w:cs="Times New Roman"/>
          <w:sz w:val="24"/>
        </w:rPr>
        <w:t xml:space="preserve">, the undersigned principal, hereby appoint </w:t>
      </w:r>
      <w:r>
        <w:rPr>
          <w:rFonts w:ascii="Times New Roman" w:hAnsi="Times New Roman" w:eastAsia="Times New Roman" w:cs="Times New Roman"/>
          <w:b/>
          <w:sz w:val="24"/>
        </w:rPr>
        <w:t>[NAME OF AGENT]</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to act on my behalf, and to be my minor children’s </w:t>
      </w:r>
      <w:r>
        <w:rPr>
          <w:rFonts w:ascii="Times New Roman" w:hAnsi="Times New Roman" w:eastAsia="Times New Roman" w:cs="Times New Roman"/>
          <w:b/>
          <w:sz w:val="24"/>
        </w:rPr>
        <w:t>(</w:t>
      </w:r>
      <w:r>
        <w:rPr>
          <w:rFonts w:ascii="Times New Roman" w:hAnsi="Times New Roman" w:eastAsia="Times New Roman" w:cs="Times New Roman"/>
          <w:b/>
          <w:sz w:val="24"/>
        </w:rPr>
        <w:t>[NAME OF MINOR]</w:t>
      </w:r>
      <w:r>
        <w:rPr>
          <w:rFonts w:ascii="Times New Roman" w:hAnsi="Times New Roman" w:eastAsia="Times New Roman" w:cs="Times New Roman"/>
          <w:b/>
          <w:sz w:val="24"/>
        </w:rPr>
        <w:t xml:space="preserve">, DOB </w:t>
      </w:r>
      <w:r>
        <w:rPr>
          <w:rFonts w:ascii="Times New Roman" w:hAnsi="Times New Roman" w:eastAsia="Times New Roman" w:cs="Times New Roman"/>
          <w:b/>
          <w:sz w:val="24"/>
        </w:rPr>
        <w:t>[BIRTH DATE]</w:t>
      </w:r>
      <w:r>
        <w:rPr>
          <w:rFonts w:ascii="Times New Roman" w:hAnsi="Times New Roman" w:eastAsia="Times New Roman" w:cs="Times New Roman"/>
          <w:b/>
          <w:sz w:val="24"/>
        </w:rPr>
        <w:t xml:space="preserve">, and </w:t>
      </w:r>
      <w:r>
        <w:rPr>
          <w:rFonts w:ascii="Times New Roman" w:hAnsi="Times New Roman" w:eastAsia="Times New Roman" w:cs="Times New Roman"/>
          <w:b/>
          <w:sz w:val="24"/>
        </w:rPr>
        <w:t>[NAME OF MINOR]</w:t>
      </w:r>
      <w:r>
        <w:rPr>
          <w:rFonts w:ascii="Times New Roman" w:hAnsi="Times New Roman" w:eastAsia="Times New Roman" w:cs="Times New Roman"/>
          <w:b/>
          <w:sz w:val="24"/>
        </w:rPr>
        <w:t xml:space="preserve">, DOB </w:t>
      </w:r>
      <w:r>
        <w:rPr>
          <w:rFonts w:ascii="Times New Roman" w:hAnsi="Times New Roman" w:eastAsia="Times New Roman" w:cs="Times New Roman"/>
          <w:b/>
          <w:sz w:val="24"/>
        </w:rPr>
        <w:t>[BIRTH DATE]</w:t>
      </w:r>
      <w:r>
        <w:rPr>
          <w:rFonts w:ascii="Times New Roman" w:hAnsi="Times New Roman" w:eastAsia="Times New Roman" w:cs="Times New Roman"/>
          <w:b/>
          <w:sz w:val="24"/>
        </w:rPr>
        <w:t>)</w:t>
      </w:r>
      <w:r>
        <w:rPr>
          <w:rFonts w:ascii="Times New Roman" w:hAnsi="Times New Roman" w:eastAsia="Times New Roman" w:cs="Times New Roman"/>
          <w:sz w:val="24"/>
        </w:rPr>
        <w:t xml:space="preserve"> agent for health care and education related decisions and pursuant to the language stated below, on my behalf to:</w:t>
      </w:r>
    </w:p>
    <w:p>
      <w:pPr>
        <w:spacing w:line="360" w:lineRule="exact"/>
        <w:jc w:val="both"/>
      </w:pPr>
    </w:p>
    <w:p>
      <w:pPr/>
      <w:r>
        <w:rPr>
          <w:rFonts w:ascii="Times New Roman" w:hAnsi="Times New Roman" w:eastAsia="Times New Roman" w:cs="Times New Roman"/>
          <w:sz w:val="24"/>
        </w:rPr>
        <w:t>HEALTH CARE DECISIONS</w:t>
      </w:r>
    </w:p>
    <w:p>
      <w:pPr>
        <w:spacing w:line="360" w:lineRule="exact"/>
        <w:jc w:val="both"/>
      </w:pPr>
      <w:r>
        <w:rPr>
          <w:rFonts w:ascii="Times New Roman" w:hAnsi="Times New Roman" w:eastAsia="Times New Roman" w:cs="Times New Roman"/>
          <w:sz w:val="24"/>
        </w:rPr>
        <w:tab/>
        <w:t>1.</w:t>
        <w:tab/>
        <w:t xml:space="preserve">Consent, refuse consent, or withdraw consent, concerning my minor children </w:t>
      </w:r>
      <w:r>
        <w:rPr>
          <w:rFonts w:ascii="Times New Roman" w:hAnsi="Times New Roman" w:eastAsia="Times New Roman" w:cs="Times New Roman"/>
          <w:b/>
          <w:sz w:val="24"/>
        </w:rPr>
        <w:t>[NAMES OF MINOR CHILDREN]</w:t>
      </w:r>
      <w:r>
        <w:rPr>
          <w:rFonts w:ascii="Times New Roman" w:hAnsi="Times New Roman" w:eastAsia="Times New Roman" w:cs="Times New Roman"/>
          <w:sz w:val="24"/>
        </w:rPr>
        <w:t>, to any care, treatment, service or procedure to maintain, diagnose or treat a physical or mental condition, and to make decisions about organ donation, autopsy and disposition of the body;</w:t>
      </w:r>
    </w:p>
    <w:p>
      <w:pPr>
        <w:spacing w:line="360" w:lineRule="exact"/>
        <w:jc w:val="both"/>
      </w:pPr>
    </w:p>
    <w:p>
      <w:pPr>
        <w:spacing w:line="360" w:lineRule="exact"/>
        <w:jc w:val="both"/>
      </w:pPr>
      <w:r>
        <w:rPr>
          <w:rFonts w:ascii="Times New Roman" w:hAnsi="Times New Roman" w:eastAsia="Times New Roman" w:cs="Times New Roman"/>
          <w:sz w:val="24"/>
        </w:rPr>
        <w:tab/>
        <w:t>2.</w:t>
        <w:tab/>
        <w:t xml:space="preserve">Make all necessary arrangements at any hospital, psychiatric hospital or psychiatric treatment facility, hospice, nursing home or similar institution; to employ or discharge health care personnel to include physicians, psychiatrists, psychologists, dentists, nurses, therapists or any other person who is licensed, certified or otherwise authorized or permitted by the laws of this state to administer health care as the agent shall deem necessary for the physical, mental and emotional well being of my minor children, </w:t>
      </w:r>
      <w:r>
        <w:rPr>
          <w:rFonts w:ascii="Times New Roman" w:hAnsi="Times New Roman" w:eastAsia="Times New Roman" w:cs="Times New Roman"/>
          <w:b/>
          <w:sz w:val="24"/>
        </w:rPr>
        <w:t>[NAMES OF MINOR CHILDREN]</w:t>
      </w:r>
      <w:r>
        <w:rPr>
          <w:rFonts w:ascii="Times New Roman" w:hAnsi="Times New Roman" w:eastAsia="Times New Roman" w:cs="Times New Roman"/>
          <w:sz w:val="24"/>
        </w:rPr>
        <w:t>; and</w:t>
      </w:r>
    </w:p>
    <w:p>
      <w:pPr>
        <w:spacing w:line="360" w:lineRule="exact"/>
        <w:jc w:val="both"/>
      </w:pPr>
    </w:p>
    <w:p>
      <w:pPr>
        <w:spacing w:line="360" w:lineRule="exact"/>
        <w:jc w:val="both"/>
      </w:pPr>
      <w:r>
        <w:rPr>
          <w:rFonts w:ascii="Times New Roman" w:hAnsi="Times New Roman" w:eastAsia="Times New Roman" w:cs="Times New Roman"/>
          <w:sz w:val="24"/>
        </w:rPr>
        <w:tab/>
        <w:t>3.</w:t>
        <w:tab/>
        <w:t xml:space="preserve">Request, receive and review any information, verbal or written, regarding my minor children, </w:t>
      </w:r>
      <w:r>
        <w:rPr>
          <w:rFonts w:ascii="Times New Roman" w:hAnsi="Times New Roman" w:eastAsia="Times New Roman" w:cs="Times New Roman"/>
          <w:b/>
          <w:sz w:val="24"/>
        </w:rPr>
        <w:t>[NAMES OF MINOR CHILDREN]</w:t>
      </w:r>
      <w:r>
        <w:rPr>
          <w:rFonts w:ascii="Times New Roman" w:hAnsi="Times New Roman" w:eastAsia="Times New Roman" w:cs="Times New Roman"/>
          <w:b/>
          <w:sz w:val="24"/>
        </w:rPr>
        <w:t xml:space="preserve"> </w:t>
      </w:r>
      <w:r>
        <w:rPr>
          <w:rFonts w:ascii="Times New Roman" w:hAnsi="Times New Roman" w:eastAsia="Times New Roman" w:cs="Times New Roman"/>
          <w:sz w:val="24"/>
        </w:rPr>
        <w:t>personal affairs or physical or mental health including medical and hospital records and to execute any releases of other documents that may be required in order to obtain such information.</w:t>
      </w:r>
    </w:p>
    <w:p>
      <w:pPr>
        <w:spacing w:line="360" w:lineRule="exact"/>
        <w:jc w:val="both"/>
      </w:pPr>
    </w:p>
    <w:p>
      <w:pPr>
        <w:spacing w:line="360" w:lineRule="exact"/>
        <w:jc w:val="both"/>
      </w:pPr>
      <w:r>
        <w:rPr>
          <w:rFonts w:ascii="Times New Roman" w:hAnsi="Times New Roman" w:eastAsia="Times New Roman" w:cs="Times New Roman"/>
          <w:b/>
          <w:sz w:val="24"/>
        </w:rPr>
        <w:t>EDUCATION RELATED DECISIONS</w:t>
      </w:r>
    </w:p>
    <w:p>
      <w:pPr/>
      <w:r>
        <w:rPr>
          <w:rFonts w:ascii="Times New Roman" w:hAnsi="Times New Roman" w:eastAsia="Times New Roman" w:cs="Times New Roman"/>
          <w:sz w:val="24"/>
        </w:rPr>
        <w:tab/>
        <w:t>4.</w:t>
        <w:tab/>
        <w:t>Serve as the decision maker in education related matters of</w:t>
      </w:r>
      <w:r>
        <w:rPr>
          <w:rFonts w:ascii="Times New Roman" w:hAnsi="Times New Roman" w:eastAsia="Times New Roman" w:cs="Times New Roman"/>
          <w:b/>
          <w:sz w:val="24"/>
        </w:rPr>
        <w:t>[NAMES OF MINOR CHILDREN]</w:t>
      </w:r>
      <w:r>
        <w:rPr>
          <w:rFonts w:ascii="Times New Roman" w:hAnsi="Times New Roman" w:eastAsia="Times New Roman" w:cs="Times New Roman"/>
          <w:sz w:val="24"/>
        </w:rPr>
        <w:t>, including, but not limited to: enrollment in secondary or post-secondary school or schools;</w:t>
      </w:r>
    </w:p>
    <w:p>
      <w:pPr/>
    </w:p>
    <w:p>
      <w:pPr>
        <w:ind w:firstLine="720"/>
      </w:pPr>
      <w:r>
        <w:rPr>
          <w:rFonts w:ascii="Times New Roman" w:hAnsi="Times New Roman" w:eastAsia="Times New Roman" w:cs="Times New Roman"/>
          <w:sz w:val="24"/>
        </w:rPr>
        <w:t>5.</w:t>
        <w:tab/>
        <w:t xml:space="preserve">Serve as the decision maker in any issues concerning </w:t>
      </w:r>
      <w:r>
        <w:rPr>
          <w:rFonts w:ascii="Times New Roman" w:hAnsi="Times New Roman" w:eastAsia="Times New Roman" w:cs="Times New Roman"/>
          <w:b/>
          <w:sz w:val="24"/>
        </w:rPr>
        <w:t>[NAMES OF MINOR CHILDREN]</w:t>
      </w:r>
      <w:r>
        <w:rPr>
          <w:rFonts w:ascii="Times New Roman" w:hAnsi="Times New Roman" w:eastAsia="Times New Roman" w:cs="Times New Roman"/>
          <w:b/>
          <w:sz w:val="24"/>
        </w:rPr>
        <w:t xml:space="preserve">, </w:t>
      </w:r>
      <w:r>
        <w:rPr>
          <w:rFonts w:ascii="Times New Roman" w:hAnsi="Times New Roman" w:eastAsia="Times New Roman" w:cs="Times New Roman"/>
          <w:sz w:val="24"/>
        </w:rPr>
        <w:t>including, but not limited to transfers, transcripts, extra-curricular activities, special education, sports, field trips, parent teacher conferences, disciplinary action, progress reports, transportation, and attendance.</w:t>
      </w:r>
    </w:p>
    <w:p>
      <w:pPr>
        <w:spacing w:line="360" w:lineRule="exact"/>
        <w:jc w:val="center"/>
      </w:pPr>
    </w:p>
    <w:p>
      <w:pPr>
        <w:spacing w:line="360" w:lineRule="exact"/>
        <w:jc w:val="center"/>
      </w:pPr>
      <w:r>
        <w:rPr>
          <w:rFonts w:ascii="Times New Roman" w:hAnsi="Times New Roman" w:eastAsia="Times New Roman" w:cs="Times New Roman"/>
          <w:b/>
          <w:sz w:val="24"/>
        </w:rPr>
        <w:t>LIMITATIONS OF AUTHORITY</w:t>
      </w:r>
    </w:p>
    <w:p>
      <w:pPr>
        <w:spacing w:line="360" w:lineRule="exact"/>
        <w:jc w:val="both"/>
      </w:pPr>
      <w:r>
        <w:rPr>
          <w:rFonts w:ascii="Times New Roman" w:hAnsi="Times New Roman" w:eastAsia="Times New Roman" w:cs="Times New Roman"/>
          <w:sz w:val="24"/>
        </w:rPr>
        <w:tab/>
        <w:t>The powers of the agent herein shall be limited to the extent set out in writing in this durable power of attorney for health care and education related decisions, and shall not include the power to revoke or invalidate any previously existing declaration made in accordance with the natural death act.</w:t>
      </w:r>
    </w:p>
    <w:p>
      <w:pPr>
        <w:spacing w:line="360" w:lineRule="exact"/>
        <w:jc w:val="center"/>
      </w:pPr>
    </w:p>
    <w:p>
      <w:pPr>
        <w:spacing w:line="360" w:lineRule="exact"/>
        <w:jc w:val="center"/>
      </w:pPr>
      <w:r>
        <w:rPr>
          <w:rFonts w:ascii="Times New Roman" w:hAnsi="Times New Roman" w:eastAsia="Times New Roman" w:cs="Times New Roman"/>
          <w:b/>
          <w:sz w:val="24"/>
        </w:rPr>
        <w:t>EFFECTIVE TIME</w:t>
      </w:r>
    </w:p>
    <w:p>
      <w:pPr>
        <w:spacing w:line="360" w:lineRule="exact"/>
        <w:jc w:val="both"/>
      </w:pPr>
      <w:r>
        <w:rPr>
          <w:rFonts w:ascii="Times New Roman" w:hAnsi="Times New Roman" w:eastAsia="Times New Roman" w:cs="Times New Roman"/>
          <w:sz w:val="24"/>
        </w:rPr>
        <w:tab/>
        <w:t>This power of attorney for health care and education related decisions shall become effective immediately and shall not be affected by my subsequent disability.  The rights, powers, and authority granted herein shall remain in full force and effect thereafter until my death.  This power of attorney shall not be affected by any subsequent disability or incapacity.</w:t>
      </w:r>
    </w:p>
    <w:p>
      <w:pPr>
        <w:spacing w:line="360" w:lineRule="exact"/>
        <w:jc w:val="both"/>
      </w:pPr>
    </w:p>
    <w:p>
      <w:pPr>
        <w:spacing w:line="360" w:lineRule="exact"/>
        <w:jc w:val="center"/>
      </w:pPr>
      <w:r>
        <w:rPr>
          <w:rFonts w:ascii="Times New Roman" w:hAnsi="Times New Roman" w:eastAsia="Times New Roman" w:cs="Times New Roman"/>
          <w:b/>
          <w:sz w:val="24"/>
        </w:rPr>
        <w:t>REVOCATION</w:t>
      </w:r>
    </w:p>
    <w:p>
      <w:pPr>
        <w:spacing w:line="360" w:lineRule="exact"/>
        <w:jc w:val="both"/>
      </w:pPr>
      <w:r>
        <w:rPr>
          <w:rFonts w:ascii="Times New Roman" w:hAnsi="Times New Roman" w:eastAsia="Times New Roman" w:cs="Times New Roman"/>
          <w:sz w:val="24"/>
        </w:rPr>
        <w:tab/>
        <w:t>Any durable power of attorney for health care and education related decisions I have previously made is hereby revoked.</w:t>
      </w:r>
    </w:p>
    <w:p>
      <w:pPr>
        <w:spacing w:line="360" w:lineRule="exact"/>
        <w:jc w:val="both"/>
      </w:pPr>
    </w:p>
    <w:p>
      <w:pPr>
        <w:spacing w:line="360" w:lineRule="exact"/>
        <w:jc w:val="both"/>
      </w:pPr>
      <w:r>
        <w:rPr>
          <w:rFonts w:ascii="Times New Roman" w:hAnsi="Times New Roman" w:eastAsia="Times New Roman" w:cs="Times New Roman"/>
          <w:sz w:val="24"/>
        </w:rPr>
        <w:tab/>
        <w:t>Any party presented with a copy of this Durable Power of Attorney for Health Care and Education Related Decisions may rely upon such presentation as conclusive evidence of its present validity and effectiveness.  No person who acts in reliance upon the representations of or the authority granted my agent shall incur any liability to me or to my estate as a result of permitting my agent to exercise any power.</w:t>
      </w:r>
    </w:p>
    <w:p>
      <w:pPr>
        <w:jc w:val="both"/>
      </w:pPr>
    </w:p>
    <w:p>
      <w:pPr>
        <w:spacing w:line="360" w:lineRule="exact"/>
        <w:jc w:val="both"/>
      </w:pPr>
      <w:r>
        <w:rPr>
          <w:rFonts w:ascii="Times New Roman" w:hAnsi="Times New Roman" w:eastAsia="Times New Roman" w:cs="Times New Roman"/>
          <w:sz w:val="24"/>
        </w:rPr>
        <w:tab/>
        <w:t xml:space="preserve">Dated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w:t>
      </w:r>
    </w:p>
    <w:p>
      <w:pPr>
        <w:spacing w:line="360" w:lineRule="exact"/>
        <w:jc w:val="both"/>
      </w:pPr>
    </w:p>
    <w:p>
      <w:pPr>
        <w:jc w:val="both"/>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w:t>
      </w:r>
    </w:p>
    <w:p>
      <w:pPr>
        <w:jc w:val="both"/>
      </w:pPr>
      <w:r>
        <w:rPr>
          <w:rFonts w:ascii="Times New Roman" w:hAnsi="Times New Roman" w:eastAsia="Times New Roman" w:cs="Times New Roman"/>
          <w:sz w:val="24"/>
        </w:rPr>
        <w:tab/>
        <w:tab/>
        <w:tab/>
        <w:tab/>
        <w:tab/>
        <w:tab/>
        <w:t>Signature</w:t>
      </w:r>
    </w:p>
    <w:p>
      <w:pPr>
        <w:spacing w:before="0" w:after="0"/>
        <w:jc w:val="both"/>
      </w:pPr>
      <w:r>
        <w:rPr>
          <w:rFonts w:ascii="Times New Roman" w:hAnsi="Times New Roman" w:eastAsia="Times New Roman" w:cs="Times New Roman"/>
          <w:sz w:val="24"/>
        </w:rPr>
        <w:tab/>
      </w:r>
    </w:p>
    <w:p>
      <w:pPr>
        <w:jc w:val="both"/>
      </w:pPr>
    </w:p>
    <w:p>
      <w:pPr>
        <w:jc w:val="center"/>
      </w:pPr>
      <w:r>
        <w:rPr>
          <w:rFonts w:ascii="Times New Roman" w:hAnsi="Times New Roman" w:eastAsia="Times New Roman" w:cs="Times New Roman"/>
          <w:b/>
          <w:sz w:val="24"/>
        </w:rPr>
        <w:t>ACKNOWLEDGMENT TO</w:t>
      </w:r>
    </w:p>
    <w:p>
      <w:pPr>
        <w:jc w:val="center"/>
      </w:pPr>
      <w:r>
        <w:rPr>
          <w:rFonts w:ascii="Times New Roman" w:hAnsi="Times New Roman" w:eastAsia="Times New Roman" w:cs="Times New Roman"/>
          <w:b/>
          <w:sz w:val="24"/>
        </w:rPr>
        <w:t xml:space="preserve">DURABLE POWER OF ATTORNEY </w:t>
      </w:r>
    </w:p>
    <w:p>
      <w:pPr>
        <w:jc w:val="center"/>
      </w:pPr>
      <w:r>
        <w:rPr>
          <w:rFonts w:ascii="Times New Roman" w:hAnsi="Times New Roman" w:eastAsia="Times New Roman" w:cs="Times New Roman"/>
          <w:b/>
          <w:sz w:val="24"/>
        </w:rPr>
        <w:t>FOR HEALTH CARE AND EDUCATION RELATED DECISIONS</w:t>
      </w:r>
    </w:p>
    <w:p>
      <w:pPr>
        <w:jc w:val="center"/>
      </w:pPr>
      <w:r>
        <w:rPr>
          <w:rFonts w:ascii="Times New Roman" w:hAnsi="Times New Roman" w:eastAsia="Times New Roman" w:cs="Times New Roman"/>
          <w:b/>
          <w:sz w:val="24"/>
        </w:rPr>
        <w:t xml:space="preserve">OF </w:t>
      </w:r>
      <w:r>
        <w:rPr>
          <w:rFonts w:ascii="Times New Roman" w:hAnsi="Times New Roman" w:eastAsia="Times New Roman" w:cs="Times New Roman"/>
          <w:b/>
          <w:sz w:val="24"/>
        </w:rPr>
        <w:t>[NAMES OF MINOR CHILDREN]</w:t>
      </w:r>
    </w:p>
    <w:p>
      <w:pPr>
        <w:jc w:val="center"/>
      </w:pPr>
    </w:p>
    <w:p>
      <w:pPr>
        <w:jc w:val="both"/>
      </w:pPr>
      <w:r>
        <w:rPr>
          <w:rFonts w:ascii="Times New Roman" w:hAnsi="Times New Roman" w:eastAsia="Times New Roman" w:cs="Times New Roman"/>
          <w:b/>
          <w:sz w:val="24"/>
        </w:rPr>
        <w:t>STATE OF KANSAS</w:t>
        <w:tab/>
        <w:tab/>
        <w:tab/>
        <w:t>)</w:t>
      </w:r>
    </w:p>
    <w:p>
      <w:pPr>
        <w:jc w:val="both"/>
      </w:pPr>
      <w:r>
        <w:rPr>
          <w:rFonts w:ascii="Times New Roman" w:hAnsi="Times New Roman" w:eastAsia="Times New Roman" w:cs="Times New Roman"/>
          <w:b/>
          <w:sz w:val="24"/>
        </w:rPr>
        <w:tab/>
        <w:tab/>
        <w:tab/>
        <w:tab/>
        <w:tab/>
        <w:tab/>
        <w:t>)  SS:</w:t>
      </w:r>
    </w:p>
    <w:p>
      <w:pPr/>
      <w:r>
        <w:rPr>
          <w:rFonts w:ascii="Times New Roman" w:hAnsi="Times New Roman" w:eastAsia="Times New Roman" w:cs="Times New Roman"/>
          <w:b/>
          <w:sz w:val="24"/>
        </w:rPr>
        <w:t xml:space="preserve">COUNTY OF  </w:t>
      </w:r>
      <w:r>
        <w:rPr>
          <w:rFonts w:ascii="Times New Roman" w:hAnsi="Times New Roman" w:eastAsia="Times New Roman" w:cs="Times New Roman"/>
          <w:b/>
          <w:sz w:val="24"/>
        </w:rPr>
        <w:t>[COUNTY]</w:t>
      </w:r>
      <w:r>
        <w:rPr>
          <w:rFonts w:ascii="Times New Roman" w:hAnsi="Times New Roman" w:eastAsia="Times New Roman" w:cs="Times New Roman"/>
          <w:b/>
          <w:sz w:val="24"/>
        </w:rPr>
        <w:t>)</w:t>
      </w:r>
    </w:p>
    <w:p>
      <w:pPr/>
    </w:p>
    <w:p>
      <w:pPr>
        <w:jc w:val="both"/>
      </w:pPr>
      <w:r>
        <w:rPr>
          <w:rFonts w:ascii="Times New Roman" w:hAnsi="Times New Roman" w:eastAsia="Times New Roman" w:cs="Times New Roman"/>
          <w:sz w:val="24"/>
        </w:rPr>
        <w:tab/>
        <w:t xml:space="preserve">Before me, the undersigned authority, on this day personally appeared </w:t>
      </w:r>
      <w:r>
        <w:rPr>
          <w:rFonts w:ascii="Times New Roman" w:hAnsi="Times New Roman" w:eastAsia="Times New Roman" w:cs="Times New Roman"/>
          <w:b/>
          <w:sz w:val="24"/>
        </w:rPr>
        <w:t>[NAME OF PARENT]</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known to me to be the person executing this Durable Power of Attorney, whose name is subscribed to the foregoing instrument; and, she being by me first duly sworn, declared to me in my presence that said instrument, Durable Power of Attorney for Health Care and Education Related Decisions, is for her minor children </w:t>
      </w:r>
      <w:r>
        <w:rPr>
          <w:rFonts w:ascii="Times New Roman" w:hAnsi="Times New Roman" w:eastAsia="Times New Roman" w:cs="Times New Roman"/>
          <w:b/>
          <w:sz w:val="24"/>
        </w:rPr>
        <w:t>[NAMES OF MINOR CHILDREN]</w:t>
      </w:r>
      <w:r>
        <w:rPr>
          <w:rFonts w:ascii="Times New Roman" w:hAnsi="Times New Roman" w:eastAsia="Times New Roman" w:cs="Times New Roman"/>
          <w:b/>
          <w:sz w:val="24"/>
        </w:rPr>
        <w:t>,</w:t>
      </w:r>
      <w:r>
        <w:rPr>
          <w:rFonts w:ascii="Times New Roman" w:hAnsi="Times New Roman" w:eastAsia="Times New Roman" w:cs="Times New Roman"/>
          <w:sz w:val="24"/>
        </w:rPr>
        <w:t xml:space="preserve"> and she has willingly made and executed it as her free and voluntary act and deed for the purposes therein expressed; and that said Principal, at that time possessed the rights of majority, was of sound mind and under no restraint.</w:t>
      </w:r>
    </w:p>
    <w:p>
      <w:pPr>
        <w:jc w:val="both"/>
      </w:pPr>
    </w:p>
    <w:p>
      <w:pPr>
        <w:jc w:val="both"/>
      </w:pPr>
      <w:r>
        <w:rPr>
          <w:rFonts w:ascii="Times New Roman" w:hAnsi="Times New Roman" w:eastAsia="Times New Roman" w:cs="Times New Roman"/>
          <w:sz w:val="24"/>
        </w:rPr>
        <w:tab/>
        <w:t xml:space="preserve">Subscribed and sworn to before me by </w:t>
      </w:r>
      <w:r>
        <w:rPr>
          <w:rFonts w:ascii="Times New Roman" w:hAnsi="Times New Roman" w:eastAsia="Times New Roman" w:cs="Times New Roman"/>
          <w:b/>
          <w:sz w:val="24"/>
        </w:rPr>
        <w:t>[METHOD]</w:t>
      </w:r>
      <w:r>
        <w:rPr>
          <w:rFonts w:ascii="Times New Roman" w:hAnsi="Times New Roman" w:eastAsia="Times New Roman" w:cs="Times New Roman"/>
          <w:sz w:val="24"/>
        </w:rPr>
        <w:t xml:space="preserve">,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w:t>
      </w:r>
    </w:p>
    <w:p>
      <w:pPr>
        <w:jc w:val="both"/>
      </w:pPr>
    </w:p>
    <w:p>
      <w:pPr>
        <w:jc w:val="both"/>
      </w:pPr>
    </w:p>
    <w:p>
      <w:pPr>
        <w:jc w:val="both"/>
      </w:pPr>
      <w:r>
        <w:rPr>
          <w:rFonts w:ascii="Times New Roman" w:hAnsi="Times New Roman" w:eastAsia="Times New Roman" w:cs="Times New Roman"/>
          <w:sz w:val="24"/>
        </w:rPr>
        <w:tab/>
        <w:tab/>
        <w:tab/>
        <w:tab/>
        <w:tab/>
        <w:tab/>
        <w:tab/>
        <w:tab/>
      </w:r>
      <w:r>
        <w:rPr>
          <w:rFonts w:ascii="Times New Roman" w:hAnsi="Times New Roman" w:eastAsia="Times New Roman" w:cs="Times New Roman"/>
          <w:sz w:val="24"/>
        </w:rPr>
        <w:tab/>
        <w:tab/>
        <w:tab/>
        <w:tab/>
        <w:tab/>
        <w:tab/>
      </w:r>
    </w:p>
    <w:p>
      <w:pPr>
        <w:jc w:val="both"/>
      </w:pPr>
      <w:r>
        <w:rPr>
          <w:rFonts w:ascii="Times New Roman" w:hAnsi="Times New Roman" w:eastAsia="Times New Roman" w:cs="Times New Roman"/>
          <w:sz w:val="24"/>
        </w:rPr>
        <w:tab/>
        <w:tab/>
        <w:tab/>
        <w:tab/>
        <w:tab/>
        <w:tab/>
        <w:tab/>
        <w:tab/>
        <w:t>NOTARY PUBLIC</w:t>
      </w:r>
    </w:p>
    <w:p>
      <w:pPr>
        <w:jc w:val="both"/>
      </w:pPr>
    </w:p>
    <w:p>
      <w:pPr>
        <w:jc w:val="both"/>
      </w:pPr>
      <w:r>
        <w:rPr>
          <w:rFonts w:ascii="Times New Roman" w:hAnsi="Times New Roman" w:eastAsia="Times New Roman" w:cs="Times New Roman"/>
          <w:sz w:val="24"/>
        </w:rPr>
        <w:t>My appointment expires:</w:t>
      </w:r>
    </w:p>
    <w:p>
      <w:pPr>
        <w:jc w:val="both"/>
      </w:pPr>
    </w:p>
    <w:p>
      <w:pPr>
        <w:jc w:val="both"/>
      </w:pPr>
    </w:p>
    <w:p>
      <w:pPr>
        <w:jc w:val="both"/>
      </w:pPr>
      <w:r>
        <w:rPr>
          <w:rFonts w:ascii="Times New Roman" w:hAnsi="Times New Roman" w:eastAsia="Times New Roman" w:cs="Times New Roman"/>
          <w:sz w:val="24"/>
        </w:rPr>
        <w:t>[DATE]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