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KANSAS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________________________ County, State of Kansas,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KANSAS</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