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p>
    <w:p>
      <w:pPr>
        <w:spacing w:before="90" w:after="0"/>
        <w:jc w:val="center"/>
      </w:pPr>
      <w:r>
        <w:rPr>
          <w:rFonts w:ascii="Times New Roman" w:hAnsi="Times New Roman" w:eastAsia="Times New Roman" w:cs="Times New Roman"/>
          <w:sz w:val="24"/>
        </w:rPr>
        <w:br/>
        <w:t>space above this line for recorder’s use only</w:t>
        <w:br/>
      </w:r>
    </w:p>
    <w:p>
      <w:pPr>
        <w:jc w:val="center"/>
      </w:pPr>
      <w:r>
        <w:rPr>
          <w:rFonts w:ascii="Times New Roman" w:hAnsi="Times New Roman" w:eastAsia="Times New Roman" w:cs="Times New Roman"/>
          <w:sz w:val="24"/>
        </w:rPr>
        <w:br/>
      </w:r>
    </w:p>
    <w:p>
      <w:pPr>
        <w:jc w:val="center"/>
      </w:pPr>
      <w:r>
        <w:rPr>
          <w:rFonts w:ascii="Times New Roman" w:hAnsi="Times New Roman" w:eastAsia="Times New Roman" w:cs="Times New Roman"/>
          <w:b/>
          <w:sz w:val="24"/>
        </w:rPr>
        <w:t xml:space="preserve"> </w:t>
      </w:r>
      <w:r>
        <w:rPr>
          <w:rFonts w:ascii="Times New Roman" w:hAnsi="Times New Roman" w:eastAsia="Times New Roman" w:cs="Times New Roman"/>
          <w:b/>
          <w:sz w:val="24"/>
        </w:rPr>
        <w:t>Kansas Transfer on Death Deed</w:t>
      </w:r>
    </w:p>
    <w:p>
      <w:pPr>
        <w:spacing w:line="276" w:lineRule="auto"/>
      </w:pPr>
    </w:p>
    <w:p>
      <w:pPr>
        <w:spacing w:line="276" w:lineRule="auto"/>
      </w:pPr>
      <w:r>
        <w:rPr>
          <w:rFonts w:ascii="Times New Roman" w:hAnsi="Times New Roman" w:eastAsia="Times New Roman" w:cs="Times New Roman"/>
          <w:sz w:val="24"/>
        </w:rPr>
        <w:t>I/We, _______________________________________________________________ Owner(s),</w:t>
      </w:r>
    </w:p>
    <w:p>
      <w:pPr>
        <w:spacing w:line="276" w:lineRule="auto"/>
      </w:pPr>
      <w:r>
        <w:rPr>
          <w:rFonts w:ascii="Times New Roman" w:hAnsi="Times New Roman" w:eastAsia="Times New Roman" w:cs="Times New Roman"/>
          <w:sz w:val="24"/>
        </w:rPr>
        <w:t>being of sound mind and legal capacity, hereby convey, effective upon my death, the following described real property located in Kansas:</w:t>
      </w:r>
    </w:p>
    <w:p>
      <w:pPr>
        <w:spacing w:line="276" w:lineRule="auto"/>
      </w:pPr>
    </w:p>
    <w:p>
      <w:pPr>
        <w:jc w:val="center"/>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spacing w:line="276" w:lineRule="auto"/>
      </w:pPr>
    </w:p>
    <w:p>
      <w:pPr>
        <w:spacing w:line="276" w:lineRule="auto"/>
        <w:jc w:val="center"/>
      </w:pPr>
      <w:r>
        <w:rPr>
          <w:rFonts w:ascii="Times New Roman" w:hAnsi="Times New Roman" w:eastAsia="Times New Roman" w:cs="Times New Roman"/>
          <w:sz w:val="24"/>
        </w:rPr>
        <w:t>EXCEPT AND SUBJECT TO: Any liens and encumbrances of record, if any.</w:t>
      </w:r>
    </w:p>
    <w:p>
      <w:pPr/>
    </w:p>
    <w:p>
      <w:pPr>
        <w:spacing w:line="276" w:lineRule="auto"/>
      </w:pPr>
    </w:p>
    <w:p>
      <w:pPr>
        <w:spacing w:line="276" w:lineRule="auto"/>
      </w:pPr>
    </w:p>
    <w:p>
      <w:pPr>
        <w:spacing w:line="276" w:lineRule="auto"/>
      </w:pPr>
      <w:r>
        <w:rPr>
          <w:rFonts w:ascii="Times New Roman" w:hAnsi="Times New Roman" w:eastAsia="Times New Roman" w:cs="Times New Roman"/>
          <w:sz w:val="24"/>
        </w:rPr>
        <w:t>I designate the following primary beneficiary as grantee:</w:t>
      </w:r>
    </w:p>
    <w:p>
      <w:pPr>
        <w:spacing w:line="276" w:lineRule="auto"/>
      </w:pPr>
    </w:p>
    <w:p>
      <w:pPr>
        <w:spacing w:line="276" w:lineRule="auto"/>
      </w:pPr>
    </w:p>
    <w:p>
      <w:pPr>
        <w:spacing w:line="276" w:lineRule="auto"/>
      </w:pPr>
      <w:r>
        <w:rPr>
          <w:rFonts w:ascii="Times New Roman" w:hAnsi="Times New Roman" w:eastAsia="Times New Roman" w:cs="Times New Roman"/>
          <w:sz w:val="24"/>
        </w:rPr>
        <w:t>If the beneficiary does not survive me, I designate the following alternate beneficiary as grantee:</w:t>
      </w:r>
    </w:p>
    <w:p>
      <w:pPr>
        <w:spacing w:line="276" w:lineRule="auto"/>
      </w:pPr>
    </w:p>
    <w:p>
      <w:pPr>
        <w:spacing w:line="276" w:lineRule="auto"/>
      </w:pPr>
    </w:p>
    <w:p>
      <w:pPr>
        <w:spacing w:line="276" w:lineRule="auto"/>
      </w:pPr>
    </w:p>
    <w:p>
      <w:pPr>
        <w:spacing w:line="276" w:lineRule="auto"/>
      </w:pPr>
    </w:p>
    <w:p>
      <w:pPr/>
    </w:p>
    <w:p>
      <w:pPr>
        <w:spacing w:line="276" w:lineRule="auto"/>
      </w:pPr>
      <w:r>
        <w:rPr>
          <w:rFonts w:ascii="Times New Roman" w:hAnsi="Times New Roman" w:eastAsia="Times New Roman" w:cs="Times New Roman"/>
          <w:sz w:val="24"/>
        </w:rPr>
        <w:t>THIS TRANSFER ON DEATH DEED IS REVOCABLE. IT DOES NOT TRANSFER ANY OWNERSHIP UNTIL THE DEATH OF THE OWNER(S). IT REVOKES ALL PRIOR BENEFICIARY DESIGNATIONS BY THIS/THESE OWNER(S) FOR THIS INTEREST IN REAL ESTATE.</w:t>
      </w:r>
    </w:p>
    <w:p>
      <w:pPr>
        <w:spacing w:line="276" w:lineRule="auto"/>
      </w:pPr>
    </w:p>
    <w:p>
      <w:pPr>
        <w:spacing w:line="276" w:lineRule="auto"/>
      </w:pPr>
    </w:p>
    <w:p>
      <w:pPr>
        <w:spacing w:line="276" w:lineRule="auto"/>
      </w:pPr>
    </w:p>
    <w:p>
      <w:pPr>
        <w:spacing w:line="276" w:lineRule="auto"/>
      </w:pPr>
    </w:p>
    <w:p>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Kansas }</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 xml:space="preserve">20____, before me,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(insert name and title of the officer), personally appeared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(seller’s name) who proved to me on the basis of satisfactory evidence to be the person whose name is subscribed within the Transfer on Death Deed and acknowledged to me that they executed the same in their authorized capacity, and that by their signature on the instrument the person, or the entity upon behalf of which the person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 xml:space="preserve">that the foregoing paragraph is true and correct. </w:t>
      </w:r>
    </w:p>
    <w:p>
      <w:pPr/>
    </w:p>
    <w:p>
      <w:pPr/>
      <w:r>
        <w:rPr>
          <w:rFonts w:ascii="Times New Roman" w:hAnsi="Times New Roman" w:eastAsia="Times New Roman" w:cs="Times New Roman"/>
          <w:sz w:val="24"/>
        </w:rPr>
        <w:t xml:space="preserve">WITNESS my hand and official seal. </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w:t>
      </w: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w:t>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20____</w:t>
      </w:r>
    </w:p>
    <w:p>
      <w:pPr/>
    </w:p>
    <w:p>
      <w:pPr/>
    </w:p>
    <w:p>
      <w:pPr/>
      <w:r>
        <w:rPr>
          <w:rFonts w:ascii="Times New Roman" w:hAnsi="Times New Roman" w:eastAsia="Times New Roman" w:cs="Times New Roman"/>
          <w:sz w:val="24"/>
        </w:rPr>
        <w:t>(seal)</w:t>
      </w:r>
    </w:p>
    <w:p>
      <w:pPr/>
    </w:p>
    <w:p>
      <w:pPr>
        <w:spacing w:before="0" w:after="0"/>
        <w:jc w:val="center"/>
      </w:pPr>
      <w:r>
        <w:rPr>
          <w:rFonts w:ascii="Times New Roman" w:hAnsi="Times New Roman" w:eastAsia="Times New Roman" w:cs="Times New Roman"/>
          <w:sz w:val="24"/>
        </w:rPr>
        <w:t>EXHIBIT A</w:t>
      </w:r>
    </w:p>
    <w:p>
      <w:pPr>
        <w:jc w:val="center"/>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