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KENTUCKY 14-DAY NOTICE TO COMPLY OR QUIT</w:t>
      </w:r>
    </w:p>
    <w:p>
      <w:pPr>
        <w:jc w:val="center"/>
      </w:pPr>
      <w:r>
        <w:rPr>
          <w:rFonts w:ascii="Times New Roman" w:hAnsi="Times New Roman" w:eastAsia="Times New Roman" w:cs="Times New Roman"/>
          <w:b/>
          <w:sz w:val="24"/>
        </w:rPr>
        <w:t>(NON-COMPLIANCE)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 xml:space="preserve">This notice is sent to </w:t>
      </w:r>
      <w:r>
        <w:rPr>
          <w:rFonts w:ascii="Times New Roman" w:hAnsi="Times New Roman" w:eastAsia="Times New Roman" w:cs="Times New Roman"/>
          <w:sz w:val="24"/>
        </w:rPr>
        <w:t>[TENANT'S NAME]</w:t>
      </w:r>
      <w:r>
        <w:rPr>
          <w:rFonts w:ascii="Times New Roman" w:hAnsi="Times New Roman" w:eastAsia="Times New Roman" w:cs="Times New Roman"/>
          <w:sz w:val="24"/>
        </w:rPr>
        <w:t xml:space="preserve"> (“Tenant”) and further directed to all residents, occupants, subtenants, and any others in possession of the Premises.</w:t>
      </w:r>
    </w:p>
    <w:p>
      <w:pPr/>
    </w:p>
    <w:p>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(“Premises”)</w:t>
      </w:r>
    </w:p>
    <w:p>
      <w:pPr/>
    </w:p>
    <w:p>
      <w:pP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(“Lease”)</w:t>
      </w:r>
    </w:p>
    <w:p>
      <w:pPr/>
    </w:p>
    <w:p>
      <w:pPr/>
      <w:r>
        <w:rPr>
          <w:rFonts w:ascii="Times New Roman" w:hAnsi="Times New Roman" w:eastAsia="Times New Roman" w:cs="Times New Roman"/>
          <w:sz w:val="24"/>
        </w:rPr>
        <w:t>In accordance with your Lease and the laws located in this State, after service on you of this notice, you are hereby given the following instructions: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This is </w:t>
      </w:r>
      <w:r>
        <w:rPr>
          <w:rFonts w:ascii="Times New Roman" w:hAnsi="Times New Roman" w:eastAsia="Times New Roman" w:cs="Times New Roman"/>
          <w:b/>
          <w:sz w:val="24"/>
        </w:rPr>
        <w:t>Curable</w:t>
      </w:r>
      <w:r>
        <w:rPr>
          <w:rFonts w:ascii="Times New Roman" w:hAnsi="Times New Roman" w:eastAsia="Times New Roman" w:cs="Times New Roman"/>
          <w:b/>
          <w:sz w:val="24"/>
        </w:rPr>
        <w:t xml:space="preserve"> Notice</w:t>
      </w:r>
      <w:r>
        <w:rPr>
          <w:rFonts w:ascii="Times New Roman" w:hAnsi="Times New Roman" w:eastAsia="Times New Roman" w:cs="Times New Roman"/>
          <w:sz w:val="24"/>
        </w:rPr>
        <w:t xml:space="preserve">. Within 14 days, you are hereby required to remedy the following violation of your Lease: </w:t>
      </w:r>
      <w:r>
        <w:rPr>
          <w:rFonts w:ascii="Times New Roman" w:hAnsi="Times New Roman" w:eastAsia="Times New Roman" w:cs="Times New Roman"/>
          <w:sz w:val="24"/>
        </w:rPr>
        <w:t>[DESCRIBE THE LEASE VIOLATION]</w:t>
      </w:r>
    </w:p>
    <w:p>
      <w:pPr/>
    </w:p>
    <w:p>
      <w:pPr/>
      <w:r>
        <w:rPr>
          <w:rFonts w:ascii="Times New Roman" w:hAnsi="Times New Roman" w:eastAsia="Times New Roman" w:cs="Times New Roman"/>
          <w:sz w:val="24"/>
        </w:rPr>
        <w:t>This is in non-compliance with your Lease. You are hereby obligated to notify the Landlord by the end of the notice period that the violation has been cured or quit and deliver possession of the Premises on the fifteenth day after receipt. If this same or similar violation shall reoccur in the next 6 months, the Landlord has the right to terminate your Lease upon issuing this same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This is </w:t>
      </w:r>
      <w:r>
        <w:rPr>
          <w:rFonts w:ascii="Times New Roman" w:hAnsi="Times New Roman" w:eastAsia="Times New Roman" w:cs="Times New Roman"/>
          <w:b/>
          <w:sz w:val="24"/>
        </w:rPr>
        <w:t>Non-Curable</w:t>
      </w:r>
      <w:r>
        <w:rPr>
          <w:rFonts w:ascii="Times New Roman" w:hAnsi="Times New Roman" w:eastAsia="Times New Roman" w:cs="Times New Roman"/>
          <w:b/>
          <w:sz w:val="24"/>
        </w:rPr>
        <w:t xml:space="preserve"> Notice</w:t>
      </w:r>
      <w:r>
        <w:rPr>
          <w:rFonts w:ascii="Times New Roman" w:hAnsi="Times New Roman" w:eastAsia="Times New Roman" w:cs="Times New Roman"/>
          <w:sz w:val="24"/>
        </w:rPr>
        <w:t xml:space="preserve">. Within 14 days, you are hereby required to vacate the Premises due to the following recurring lease violation: </w:t>
      </w:r>
      <w:r>
        <w:rPr>
          <w:rFonts w:ascii="Times New Roman" w:hAnsi="Times New Roman" w:eastAsia="Times New Roman" w:cs="Times New Roman"/>
          <w:sz w:val="24"/>
        </w:rPr>
        <w:t>[DESCRIBE THE LEASE VIOLATION]</w:t>
      </w:r>
    </w:p>
    <w:p>
      <w:pPr/>
    </w:p>
    <w:p>
      <w:pPr/>
      <w:r>
        <w:rPr>
          <w:rFonts w:ascii="Times New Roman" w:hAnsi="Times New Roman" w:eastAsia="Times New Roman" w:cs="Times New Roman"/>
          <w:sz w:val="24"/>
        </w:rPr>
        <w:t xml:space="preserve">This is considered a recurring violation as a previous notice was sent to you on </w:t>
      </w:r>
    </w:p>
    <w:p>
      <w:pPr/>
      <w:r>
        <w:rPr>
          <w:rFonts w:ascii="Times New Roman" w:hAnsi="Times New Roman" w:eastAsia="Times New Roman" w:cs="Times New Roman"/>
          <w:sz w:val="24"/>
        </w:rPr>
        <w:t>[NOTICE DATE]</w:t>
      </w:r>
      <w:r>
        <w:rPr>
          <w:rFonts w:ascii="Times New Roman" w:hAnsi="Times New Roman" w:eastAsia="Times New Roman" w:cs="Times New Roman"/>
          <w:sz w:val="24"/>
        </w:rPr>
        <w:t>. Under State law, if a recurring violation occurs within a six-month period, the Landlord has the right to terminate the lease. This notice expresses the Landlord’s decision to exercise this right and declare your lease to be terminated.</w:t>
      </w:r>
    </w:p>
    <w:p>
      <w:pPr/>
    </w:p>
    <w:p>
      <w:pPr/>
      <w:r>
        <w:rPr>
          <w:rFonts w:ascii="Times New Roman" w:hAnsi="Times New Roman" w:eastAsia="Times New Roman" w:cs="Times New Roman"/>
          <w:b/>
          <w:sz w:val="24"/>
        </w:rPr>
        <w:t>YOU ARE FURTHER NOTIFIED</w:t>
      </w:r>
      <w:r>
        <w:rPr>
          <w:rFonts w:ascii="Times New Roman" w:hAnsi="Times New Roman" w:eastAsia="Times New Roman" w:cs="Times New Roman"/>
          <w:sz w:val="24"/>
        </w:rPr>
        <w:t xml:space="preserve"> that refusal to acknowledge this notice may result in </w:t>
      </w:r>
      <w:r>
        <w:rPr>
          <w:rFonts w:ascii="Times New Roman" w:hAnsi="Times New Roman" w:eastAsia="Times New Roman" w:cs="Times New Roman"/>
          <w:sz w:val="24"/>
        </w:rPr>
        <w:t>legal proceedings to recover rent and possession of said Premises which shall result in a judgment against you including costs and necessary disbursements together with possible statutory damages as allowed by law for such unlawful detention.</w:t>
      </w:r>
    </w:p>
    <w:p>
      <w:pPr/>
    </w:p>
    <w:p>
      <w:pPr/>
      <w:r>
        <w:rPr>
          <w:rFonts w:ascii="Times New Roman" w:hAnsi="Times New Roman" w:eastAsia="Times New Roman" w:cs="Times New Roman"/>
          <w:b/>
          <w:sz w:val="24"/>
        </w:rPr>
        <w:t>Landlord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p>
      <w:pPr/>
      <w:r>
        <w:rPr>
          <w:rFonts w:ascii="Times New Roman" w:hAnsi="Times New Roman" w:eastAsia="Times New Roman" w:cs="Times New Roman"/>
          <w:sz w:val="24"/>
        </w:rPr>
        <w:t>Address: ________________________</w:t>
      </w:r>
    </w:p>
    <w:p>
      <w:pPr/>
      <w:r>
        <w:rPr>
          <w:rFonts w:ascii="Times New Roman" w:hAnsi="Times New Roman" w:eastAsia="Times New Roman" w:cs="Times New Roman"/>
          <w:sz w:val="24"/>
        </w:rPr>
        <w:t>Telephone: (____) ____-______</w:t>
      </w:r>
    </w:p>
    <w:p>
      <w:pPr/>
      <w:r>
        <w:rPr>
          <w:rFonts w:ascii="Times New Roman" w:hAnsi="Times New Roman" w:eastAsia="Times New Roman" w:cs="Times New Roman"/>
          <w:sz w:val="24"/>
        </w:rPr>
        <w:t>E-Mail: ________________________</w:t>
      </w:r>
    </w:p>
    <w:p>
      <w:pPr/>
    </w:p>
    <w:p>
      <w:pPr>
        <w:spacing w:before="0" w:after="0"/>
        <w:jc w:val="center"/>
      </w:pPr>
      <w:r>
        <w:rPr>
          <w:rFonts w:ascii="Times New Roman" w:hAnsi="Times New Roman" w:eastAsia="Times New Roman" w:cs="Times New Roman"/>
          <w:b/>
          <w:sz w:val="24"/>
        </w:rPr>
        <w:t>AFFIDAVIT OF SERVICE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Date: </w:t>
      </w:r>
      <w:r>
        <w:rPr>
          <w:rFonts w:ascii="Times New Roman" w:hAnsi="Times New Roman" w:eastAsia="Times New Roman" w:cs="Times New Roman"/>
          <w:sz w:val="24"/>
        </w:rPr>
        <w:t>[DATE]</w:t>
      </w:r>
    </w:p>
    <w:p>
      <w:pPr/>
    </w:p>
    <w:p>
      <w:pPr/>
      <w:r>
        <w:rPr>
          <w:rFonts w:ascii="Times New Roman" w:hAnsi="Times New Roman" w:eastAsia="Times New Roman" w:cs="Times New Roman"/>
          <w:b/>
          <w:sz w:val="24"/>
        </w:rPr>
        <w:t>I. SERVER</w:t>
      </w:r>
      <w:r>
        <w:rPr>
          <w:rFonts w:ascii="Times New Roman" w:hAnsi="Times New Roman" w:eastAsia="Times New Roman" w:cs="Times New Roman"/>
          <w:sz w:val="24"/>
        </w:rPr>
        <w:t xml:space="preserve">. I, </w:t>
      </w:r>
      <w:r>
        <w:rPr>
          <w:rFonts w:ascii="Times New Roman" w:hAnsi="Times New Roman" w:eastAsia="Times New Roman" w:cs="Times New Roman"/>
          <w:sz w:val="24"/>
        </w:rPr>
        <w:t>[SERVER'S NAME]</w:t>
      </w:r>
      <w:r>
        <w:rPr>
          <w:rFonts w:ascii="Times New Roman" w:hAnsi="Times New Roman" w:eastAsia="Times New Roman" w:cs="Times New Roman"/>
          <w:sz w:val="24"/>
        </w:rPr>
        <w:t xml:space="preserve"> (“Server”), declare under penalty of perjury that a notice for eviction was delivered and served in the following manner:</w:t>
      </w:r>
    </w:p>
    <w:p>
      <w:pPr/>
    </w:p>
    <w:p>
      <w:pPr/>
      <w:r>
        <w:rPr>
          <w:rFonts w:ascii="Times New Roman" w:hAnsi="Times New Roman" w:eastAsia="Times New Roman" w:cs="Times New Roman"/>
          <w:b/>
          <w:sz w:val="24"/>
        </w:rPr>
        <w:t>II. RECIPIENT</w:t>
      </w:r>
      <w:r>
        <w:rPr>
          <w:rFonts w:ascii="Times New Roman" w:hAnsi="Times New Roman" w:eastAsia="Times New Roman" w:cs="Times New Roman"/>
          <w:sz w:val="24"/>
        </w:rPr>
        <w:t>. The notice for eviction was delivered to:</w:t>
      </w:r>
    </w:p>
    <w:p>
      <w:pPr/>
      <w:r>
        <w:rPr>
          <w:rFonts w:ascii="Times New Roman" w:hAnsi="Times New Roman" w:eastAsia="Times New Roman" w:cs="Times New Roman"/>
          <w:sz w:val="24"/>
        </w:rPr>
        <w:t xml:space="preserve">Defendant/Respondent: </w:t>
      </w:r>
      <w:r>
        <w:rPr>
          <w:rFonts w:ascii="Times New Roman" w:hAnsi="Times New Roman" w:eastAsia="Times New Roman" w:cs="Times New Roman"/>
          <w:sz w:val="24"/>
        </w:rPr>
        <w:t>[RECIPIENT'S NAME]</w:t>
      </w:r>
      <w:r>
        <w:rPr>
          <w:rFonts w:ascii="Times New Roman" w:hAnsi="Times New Roman" w:eastAsia="Times New Roman" w:cs="Times New Roman"/>
          <w:sz w:val="24"/>
        </w:rPr>
        <w:t xml:space="preserve"> (“Recipient”)</w:t>
      </w:r>
    </w:p>
    <w:p>
      <w:pPr/>
      <w:r>
        <w:rPr>
          <w:rFonts w:ascii="Times New Roman" w:hAnsi="Times New Roman" w:eastAsia="Times New Roman" w:cs="Times New Roman"/>
          <w:sz w:val="24"/>
        </w:rPr>
        <w:t xml:space="preserve">Address/Location: </w:t>
      </w:r>
      <w:r>
        <w:rPr>
          <w:rFonts w:ascii="Times New Roman" w:hAnsi="Times New Roman" w:eastAsia="Times New Roman" w:cs="Times New Roman"/>
          <w:sz w:val="24"/>
        </w:rPr>
        <w:t>[ADDRESS/LOCATION]</w:t>
      </w:r>
    </w:p>
    <w:p>
      <w:pPr/>
      <w:r>
        <w:rPr>
          <w:rFonts w:ascii="Times New Roman" w:hAnsi="Times New Roman" w:eastAsia="Times New Roman" w:cs="Times New Roman"/>
          <w:sz w:val="24"/>
        </w:rPr>
        <w:t xml:space="preserve">Date &amp; Time: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Time: </w:t>
      </w:r>
      <w:r>
        <w:rPr>
          <w:rFonts w:ascii="Times New Roman" w:hAnsi="Times New Roman" w:eastAsia="Times New Roman" w:cs="Times New Roman"/>
          <w:sz w:val="24"/>
        </w:rPr>
        <w:t>[TIME]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AM </w:t>
      </w:r>
      <w:r>
        <w:rPr>
          <w:rFonts w:ascii="Times New Roman" w:hAnsi="Times New Roman" w:eastAsia="Times New Roman" w:cs="Times New Roman"/>
          <w:sz w:val="24"/>
        </w:rPr>
        <w:t xml:space="preserve"> PM</w:t>
      </w:r>
    </w:p>
    <w:p>
      <w:pPr/>
    </w:p>
    <w:p>
      <w:pPr/>
      <w:r>
        <w:rPr>
          <w:rFonts w:ascii="Times New Roman" w:hAnsi="Times New Roman" w:eastAsia="Times New Roman" w:cs="Times New Roman"/>
          <w:b/>
          <w:sz w:val="24"/>
        </w:rPr>
        <w:t>III. DELIVERY</w:t>
      </w:r>
      <w:r>
        <w:rPr>
          <w:rFonts w:ascii="Times New Roman" w:hAnsi="Times New Roman" w:eastAsia="Times New Roman" w:cs="Times New Roman"/>
          <w:sz w:val="24"/>
        </w:rPr>
        <w:t>. The Recipient received the eviction notice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Mail</w:t>
      </w:r>
      <w:r>
        <w:rPr>
          <w:rFonts w:ascii="Times New Roman" w:hAnsi="Times New Roman" w:eastAsia="Times New Roman" w:cs="Times New Roman"/>
          <w:sz w:val="24"/>
        </w:rPr>
        <w:t>. The Server sent the eviction notice in the mail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Standard Mail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Certified Mail (with return receipt)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FedEx</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Direct Service</w:t>
      </w:r>
      <w:r>
        <w:rPr>
          <w:rFonts w:ascii="Times New Roman" w:hAnsi="Times New Roman" w:eastAsia="Times New Roman" w:cs="Times New Roman"/>
          <w:sz w:val="24"/>
        </w:rPr>
        <w:t>. The Server handed the eviction notice to a person identified as the Recipient.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Residence</w:t>
      </w:r>
      <w:r>
        <w:rPr>
          <w:rFonts w:ascii="Times New Roman" w:hAnsi="Times New Roman" w:eastAsia="Times New Roman" w:cs="Times New Roman"/>
          <w:sz w:val="24"/>
        </w:rPr>
        <w:t xml:space="preserve">. The Server handed the eviction notice to someone who identified as living at the residence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Someone at the Workplace</w:t>
      </w:r>
      <w:r>
        <w:rPr>
          <w:rFonts w:ascii="Times New Roman" w:hAnsi="Times New Roman" w:eastAsia="Times New Roman" w:cs="Times New Roman"/>
          <w:sz w:val="24"/>
        </w:rPr>
        <w:t xml:space="preserve">. The Server handed the eviction notice to someone who identified to be the Recipient’s co-worker and stated their name is: </w:t>
      </w:r>
      <w:r>
        <w:rPr>
          <w:rFonts w:ascii="Times New Roman" w:hAnsi="Times New Roman" w:eastAsia="Times New Roman" w:cs="Times New Roman"/>
          <w:sz w:val="24"/>
        </w:rPr>
        <w:t>[INDIVIDUAL'S 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Leaving at the Residence</w:t>
      </w:r>
      <w:r>
        <w:rPr>
          <w:rFonts w:ascii="Times New Roman" w:hAnsi="Times New Roman" w:eastAsia="Times New Roman" w:cs="Times New Roman"/>
          <w:sz w:val="24"/>
        </w:rPr>
        <w:t xml:space="preserve">. The Server left the eviction notice in the following area: </w:t>
      </w:r>
      <w:r>
        <w:rPr>
          <w:rFonts w:ascii="Times New Roman" w:hAnsi="Times New Roman" w:eastAsia="Times New Roman" w:cs="Times New Roman"/>
          <w:sz w:val="24"/>
        </w:rPr>
        <w:t>[DESCRIBE AREA]</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Recipient Rejected Delivery</w:t>
      </w:r>
      <w:r>
        <w:rPr>
          <w:rFonts w:ascii="Times New Roman" w:hAnsi="Times New Roman" w:eastAsia="Times New Roman" w:cs="Times New Roman"/>
          <w:sz w:val="24"/>
        </w:rPr>
        <w:t>. The Server delivered the eviction notice to the Recipient in-person and did not accept delivery.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METHOD OF DELIVERY]</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IV. VERIFICATION</w:t>
      </w:r>
      <w:r>
        <w:rPr>
          <w:rFonts w:ascii="Times New Roman" w:hAnsi="Times New Roman" w:eastAsia="Times New Roman" w:cs="Times New Roman"/>
          <w:sz w:val="24"/>
        </w:rPr>
        <w:t>. I declare under penalty of perjury under the laws located in this State that the foregoing is true and correct.</w:t>
      </w:r>
    </w:p>
    <w:p>
      <w:pPr/>
    </w:p>
    <w:p>
      <w:pPr/>
    </w:p>
    <w:p>
      <w:pPr/>
      <w:r>
        <w:rPr>
          <w:rFonts w:ascii="Times New Roman" w:hAnsi="Times New Roman" w:eastAsia="Times New Roman" w:cs="Times New Roman"/>
          <w:b/>
          <w:sz w:val="24"/>
        </w:rPr>
        <w:t>Server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w:t>
      </w:r>
      <w:r>
        <w:rPr>
          <w:rFonts w:ascii="Times New Roman" w:hAnsi="Times New Roman" w:eastAsia="Times New Roman" w:cs="Times New Roman"/>
          <w:sz w:val="24"/>
        </w:rPr>
        <w:t xml:space="preserve"> Date: ______________</w:t>
      </w:r>
    </w:p>
    <w:p>
      <w:pPr/>
      <w:r>
        <w:rPr>
          <w:rFonts w:ascii="Times New Roman" w:hAnsi="Times New Roman" w:eastAsia="Times New Roman" w:cs="Times New Roman"/>
          <w:sz w:val="24"/>
        </w:rPr>
        <w:t>Print Name: 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